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252"/>
        <w:gridCol w:w="4252"/>
      </w:tblGrid>
      <w:tr>
        <w:tc>
          <w:tcPr>
            <w:tcW w:type="dxa" w:w="4759"/>
            <w:tcBorders>
              <w:top w:val="nil"/>
              <w:left w:val="nil"/>
              <w:bottom w:val="nil"/>
              <w:right w:val="nil"/>
            </w:tcBorders>
            <w:vAlign w:val="top"/>
          </w:tcPr>
          <w:p>
            <w:pPr>
              <w:jc w:val="center"/>
            </w:pPr>
            <w:r>
              <w:rPr>
                <w:rFonts w:ascii="Times New Roman" w:hAnsi="Times New Roman" w:eastAsia="Times New Roman"/>
                <w:b/>
                <w:i w:val="0"/>
                <w:sz w:val="24"/>
              </w:rPr>
              <w:t>[TÊN CƠ QUAN/ĐƠN VỊ]</w:t>
              <w:br/>
            </w:r>
            <w:r>
              <w:rPr>
                <w:rFonts w:ascii="Times New Roman" w:hAnsi="Times New Roman" w:eastAsia="Times New Roman"/>
                <w:b w:val="0"/>
                <w:i w:val="0"/>
                <w:sz w:val="24"/>
              </w:rPr>
              <w:t>Số: ……/……</w:t>
            </w:r>
          </w:p>
        </w:tc>
        <w:tc>
          <w:tcPr>
            <w:tcW w:type="dxa" w:w="4759"/>
            <w:tcBorders>
              <w:top w:val="nil"/>
              <w:left w:val="nil"/>
              <w:bottom w:val="nil"/>
              <w:right w:val="nil"/>
            </w:tcBorders>
            <w:vAlign w:val="top"/>
          </w:tcPr>
          <w:p>
            <w:pPr>
              <w:spacing w:after="0"/>
              <w:jc w:val="center"/>
            </w:pPr>
            <w:r>
              <w:rPr>
                <w:rFonts w:ascii="Times New Roman" w:hAnsi="Times New Roman" w:eastAsia="Times New Roman"/>
                <w:b/>
                <w:i w:val="0"/>
                <w:sz w:val="24"/>
              </w:rPr>
              <w:t>CỘNG HÒA XÃ HỘI CHỦ NGHĨA VIỆT NAM</w:t>
              <w:br/>
            </w:r>
            <w:r>
              <w:rPr>
                <w:rFonts w:ascii="Times New Roman" w:hAnsi="Times New Roman" w:eastAsia="Times New Roman"/>
                <w:b/>
                <w:i w:val="0"/>
                <w:sz w:val="24"/>
              </w:rPr>
              <w:t>Độc lập - Tự do - Hạnh phúc</w:t>
            </w:r>
          </w:p>
          <w:p>
            <w:pPr>
              <w:jc w:val="center"/>
            </w:pPr>
            <w:r>
              <w:rPr>
                <w:rFonts w:ascii="Times New Roman" w:hAnsi="Times New Roman" w:eastAsia="Times New Roman"/>
                <w:b w:val="0"/>
                <w:i w:val="0"/>
                <w:sz w:val="20"/>
              </w:rPr>
              <w:t>____________________</w:t>
            </w:r>
          </w:p>
        </w:tc>
      </w:tr>
    </w:tbl>
    <w:p>
      <w:pPr>
        <w:spacing w:after="0"/>
      </w:pPr>
    </w:p>
    <w:p>
      <w:pPr>
        <w:spacing w:before="40" w:after="40"/>
        <w:jc w:val="center"/>
      </w:pPr>
      <w:r>
        <w:rPr>
          <w:rFonts w:ascii="Times New Roman" w:hAnsi="Times New Roman" w:eastAsia="Times New Roman"/>
          <w:b/>
          <w:i w:val="0"/>
          <w:sz w:val="32"/>
        </w:rPr>
        <w:t>BẢN CAM KẾT CÁ NHÂN</w:t>
      </w:r>
    </w:p>
    <w:p>
      <w:pPr>
        <w:jc w:val="center"/>
      </w:pPr>
      <w:r>
        <w:rPr>
          <w:rFonts w:ascii="Times New Roman" w:hAnsi="Times New Roman" w:eastAsia="Times New Roman"/>
          <w:b w:val="0"/>
          <w:i/>
          <w:sz w:val="22"/>
        </w:rPr>
        <w:t>(Mẫu tham khảo)</w:t>
      </w:r>
    </w:p>
    <w:p>
      <w:pPr>
        <w:jc w:val="right"/>
      </w:pPr>
      <w:r>
        <w:rPr>
          <w:rFonts w:ascii="Times New Roman" w:hAnsi="Times New Roman" w:eastAsia="Times New Roman"/>
          <w:b w:val="0"/>
          <w:i/>
          <w:sz w:val="24"/>
        </w:rPr>
        <w:t>………, ngày …… tháng …… năm ……</w:t>
      </w:r>
    </w:p>
    <w:p>
      <w:pPr>
        <w:jc w:val="center"/>
      </w:pPr>
      <w:r>
        <w:rPr>
          <w:rFonts w:ascii="Times New Roman" w:hAnsi="Times New Roman" w:eastAsia="Times New Roman"/>
          <w:b w:val="0"/>
          <w:i w:val="0"/>
          <w:sz w:val="26"/>
        </w:rPr>
        <w:t>Kính gửi: ........................................................................................................</w:t>
      </w:r>
    </w:p>
    <w:p>
      <w:pPr>
        <w:keepNext/>
        <w:spacing w:before="140" w:after="60"/>
      </w:pPr>
      <w:r>
        <w:rPr>
          <w:rFonts w:ascii="Times New Roman" w:hAnsi="Times New Roman" w:eastAsia="Times New Roman"/>
          <w:b/>
          <w:i w:val="0"/>
          <w:sz w:val="26"/>
        </w:rPr>
        <w:t>1. Thông tin người cam kết</w:t>
      </w:r>
    </w:p>
    <w:p>
      <w:pPr>
        <w:spacing w:after="40"/>
      </w:pPr>
      <w:r>
        <w:rPr>
          <w:rFonts w:ascii="Times New Roman" w:hAnsi="Times New Roman" w:eastAsia="Times New Roman"/>
          <w:b/>
          <w:i w:val="0"/>
          <w:sz w:val="26"/>
        </w:rPr>
        <w:t>Họ và tên:</w:t>
      </w:r>
      <w:r>
        <w:rPr>
          <w:rFonts w:ascii="Times New Roman" w:hAnsi="Times New Roman" w:eastAsia="Times New Roman"/>
          <w:b w:val="0"/>
          <w:i w:val="0"/>
          <w:sz w:val="26"/>
        </w:rPr>
        <w:t xml:space="preserve"> ................................................................................................................</w:t>
      </w:r>
    </w:p>
    <w:p>
      <w:pPr>
        <w:spacing w:after="40"/>
      </w:pPr>
      <w:r>
        <w:rPr>
          <w:rFonts w:ascii="Times New Roman" w:hAnsi="Times New Roman" w:eastAsia="Times New Roman"/>
          <w:b/>
          <w:i w:val="0"/>
          <w:sz w:val="26"/>
        </w:rPr>
        <w:t>Ngày sinh:</w:t>
      </w:r>
      <w:r>
        <w:rPr>
          <w:rFonts w:ascii="Times New Roman" w:hAnsi="Times New Roman" w:eastAsia="Times New Roman"/>
          <w:b w:val="0"/>
          <w:i w:val="0"/>
          <w:sz w:val="26"/>
        </w:rPr>
        <w:t xml:space="preserve"> ................................................................................................................</w:t>
      </w:r>
    </w:p>
    <w:p>
      <w:pPr>
        <w:spacing w:after="40"/>
      </w:pPr>
      <w:r>
        <w:rPr>
          <w:rFonts w:ascii="Times New Roman" w:hAnsi="Times New Roman" w:eastAsia="Times New Roman"/>
          <w:b/>
          <w:i w:val="0"/>
          <w:sz w:val="26"/>
        </w:rPr>
        <w:t>Số CCCD/Hộ chiếu:</w:t>
      </w:r>
      <w:r>
        <w:rPr>
          <w:rFonts w:ascii="Times New Roman" w:hAnsi="Times New Roman" w:eastAsia="Times New Roman"/>
          <w:b w:val="0"/>
          <w:i w:val="0"/>
          <w:sz w:val="26"/>
        </w:rPr>
        <w:t xml:space="preserve"> ................................................................................................................</w:t>
      </w:r>
    </w:p>
    <w:p>
      <w:pPr>
        <w:spacing w:after="40"/>
      </w:pPr>
      <w:r>
        <w:rPr>
          <w:rFonts w:ascii="Times New Roman" w:hAnsi="Times New Roman" w:eastAsia="Times New Roman"/>
          <w:b/>
          <w:i w:val="0"/>
          <w:sz w:val="26"/>
        </w:rPr>
        <w:t>Địa chỉ:</w:t>
      </w:r>
      <w:r>
        <w:rPr>
          <w:rFonts w:ascii="Times New Roman" w:hAnsi="Times New Roman" w:eastAsia="Times New Roman"/>
          <w:b w:val="0"/>
          <w:i w:val="0"/>
          <w:sz w:val="26"/>
        </w:rPr>
        <w:t xml:space="preserve"> ................................................................................................................</w:t>
      </w:r>
    </w:p>
    <w:p>
      <w:pPr>
        <w:spacing w:after="40"/>
      </w:pPr>
      <w:r>
        <w:rPr>
          <w:rFonts w:ascii="Times New Roman" w:hAnsi="Times New Roman" w:eastAsia="Times New Roman"/>
          <w:b/>
          <w:i w:val="0"/>
          <w:sz w:val="26"/>
        </w:rPr>
        <w:t>Số điện thoại:</w:t>
      </w:r>
      <w:r>
        <w:rPr>
          <w:rFonts w:ascii="Times New Roman" w:hAnsi="Times New Roman" w:eastAsia="Times New Roman"/>
          <w:b w:val="0"/>
          <w:i w:val="0"/>
          <w:sz w:val="26"/>
        </w:rPr>
        <w:t xml:space="preserve"> ................................................................................................................</w:t>
      </w:r>
    </w:p>
    <w:p>
      <w:pPr>
        <w:spacing w:after="40"/>
      </w:pPr>
      <w:r>
        <w:rPr>
          <w:rFonts w:ascii="Times New Roman" w:hAnsi="Times New Roman" w:eastAsia="Times New Roman"/>
          <w:b/>
          <w:i w:val="0"/>
          <w:sz w:val="26"/>
        </w:rPr>
        <w:t>Chức vụ/Đơn vị (nếu có):</w:t>
      </w:r>
      <w:r>
        <w:rPr>
          <w:rFonts w:ascii="Times New Roman" w:hAnsi="Times New Roman" w:eastAsia="Times New Roman"/>
          <w:b w:val="0"/>
          <w:i w:val="0"/>
          <w:sz w:val="26"/>
        </w:rPr>
        <w:t xml:space="preserve"> ................................................................................................................</w:t>
      </w:r>
    </w:p>
    <w:p>
      <w:pPr>
        <w:keepNext/>
        <w:spacing w:before="140" w:after="60"/>
      </w:pPr>
      <w:r>
        <w:rPr>
          <w:rFonts w:ascii="Times New Roman" w:hAnsi="Times New Roman" w:eastAsia="Times New Roman"/>
          <w:b/>
          <w:i w:val="0"/>
          <w:sz w:val="26"/>
        </w:rPr>
        <w:t>2. Nội dung cam kết</w:t>
      </w:r>
    </w:p>
    <w:p>
      <w:pPr>
        <w:ind w:firstLine="397"/>
        <w:jc w:val="both"/>
      </w:pPr>
      <w:r>
        <w:rPr>
          <w:rFonts w:ascii="Times New Roman" w:hAnsi="Times New Roman" w:eastAsia="Times New Roman"/>
          <w:b w:val="0"/>
          <w:i w:val="0"/>
          <w:sz w:val="26"/>
        </w:rPr>
        <w:t>Tôi tự nguyện lập bản cam kết này và cam kết thực hiện đầy đủ các nội dung sau:</w:t>
      </w:r>
    </w:p>
    <w:p>
      <w:pPr>
        <w:ind w:left="340" w:hanging="198"/>
        <w:jc w:val="left"/>
      </w:pPr>
      <w:r>
        <w:rPr>
          <w:rFonts w:ascii="Times New Roman" w:hAnsi="Times New Roman" w:eastAsia="Times New Roman"/>
          <w:b/>
          <w:i w:val="0"/>
          <w:sz w:val="26"/>
        </w:rPr>
        <w:t xml:space="preserve">• </w:t>
      </w:r>
      <w:r>
        <w:rPr>
          <w:rFonts w:ascii="Times New Roman" w:hAnsi="Times New Roman" w:eastAsia="Times New Roman"/>
          <w:b w:val="0"/>
          <w:i w:val="0"/>
          <w:sz w:val="26"/>
        </w:rPr>
        <w:t>Nghĩa vụ/trách nhiệm phải thực hiện: ...............................................................................................................</w:t>
      </w:r>
    </w:p>
    <w:p>
      <w:pPr>
        <w:ind w:left="340" w:hanging="198"/>
        <w:jc w:val="left"/>
      </w:pPr>
      <w:r>
        <w:rPr>
          <w:rFonts w:ascii="Times New Roman" w:hAnsi="Times New Roman" w:eastAsia="Times New Roman"/>
          <w:b/>
          <w:i w:val="0"/>
          <w:sz w:val="26"/>
        </w:rPr>
        <w:t xml:space="preserve">• </w:t>
      </w:r>
      <w:r>
        <w:rPr>
          <w:rFonts w:ascii="Times New Roman" w:hAnsi="Times New Roman" w:eastAsia="Times New Roman"/>
          <w:b w:val="0"/>
          <w:i w:val="0"/>
          <w:sz w:val="26"/>
        </w:rPr>
        <w:t>Phạm vi công việc hoặc kết quả cần đạt: ..........................................................................................................</w:t>
      </w:r>
    </w:p>
    <w:p>
      <w:pPr>
        <w:ind w:left="340" w:hanging="198"/>
        <w:jc w:val="left"/>
      </w:pPr>
      <w:r>
        <w:rPr>
          <w:rFonts w:ascii="Times New Roman" w:hAnsi="Times New Roman" w:eastAsia="Times New Roman"/>
          <w:b/>
          <w:i w:val="0"/>
          <w:sz w:val="26"/>
        </w:rPr>
        <w:t xml:space="preserve">• </w:t>
      </w:r>
      <w:r>
        <w:rPr>
          <w:rFonts w:ascii="Times New Roman" w:hAnsi="Times New Roman" w:eastAsia="Times New Roman"/>
          <w:b w:val="0"/>
          <w:i w:val="0"/>
          <w:sz w:val="26"/>
        </w:rPr>
        <w:t>Tiêu chuẩn/yêu cầu thực hiện (nếu có): ............................................................................................................</w:t>
      </w:r>
    </w:p>
    <w:p>
      <w:pPr>
        <w:keepNext/>
        <w:spacing w:before="140" w:after="60"/>
      </w:pPr>
      <w:r>
        <w:rPr>
          <w:rFonts w:ascii="Times New Roman" w:hAnsi="Times New Roman" w:eastAsia="Times New Roman"/>
          <w:b/>
          <w:i w:val="0"/>
          <w:sz w:val="26"/>
        </w:rPr>
        <w:t>3. Thời hạn thực hiện</w:t>
      </w:r>
    </w:p>
    <w:p>
      <w:pPr>
        <w:spacing w:after="40"/>
      </w:pPr>
      <w:r>
        <w:rPr>
          <w:rFonts w:ascii="Times New Roman" w:hAnsi="Times New Roman" w:eastAsia="Times New Roman"/>
          <w:b/>
          <w:i w:val="0"/>
          <w:sz w:val="26"/>
        </w:rPr>
        <w:t>Thời điểm bắt đầu:</w:t>
      </w:r>
      <w:r>
        <w:rPr>
          <w:rFonts w:ascii="Times New Roman" w:hAnsi="Times New Roman" w:eastAsia="Times New Roman"/>
          <w:b w:val="0"/>
          <w:i w:val="0"/>
          <w:sz w:val="26"/>
        </w:rPr>
        <w:t xml:space="preserve"> ................................................................................................................</w:t>
      </w:r>
    </w:p>
    <w:p>
      <w:pPr>
        <w:spacing w:after="40"/>
      </w:pPr>
      <w:r>
        <w:rPr>
          <w:rFonts w:ascii="Times New Roman" w:hAnsi="Times New Roman" w:eastAsia="Times New Roman"/>
          <w:b/>
          <w:i w:val="0"/>
          <w:sz w:val="26"/>
        </w:rPr>
        <w:t>Thời hạn hoàn thành:</w:t>
      </w:r>
      <w:r>
        <w:rPr>
          <w:rFonts w:ascii="Times New Roman" w:hAnsi="Times New Roman" w:eastAsia="Times New Roman"/>
          <w:b w:val="0"/>
          <w:i w:val="0"/>
          <w:sz w:val="26"/>
        </w:rPr>
        <w:t xml:space="preserve"> ................................................................................................................</w:t>
      </w:r>
    </w:p>
    <w:p>
      <w:pPr>
        <w:spacing w:after="40"/>
      </w:pPr>
      <w:r>
        <w:rPr>
          <w:rFonts w:ascii="Times New Roman" w:hAnsi="Times New Roman" w:eastAsia="Times New Roman"/>
          <w:b/>
          <w:i w:val="0"/>
          <w:sz w:val="26"/>
        </w:rPr>
        <w:t>Mốc kiểm tra trung gian (nếu có):</w:t>
      </w:r>
      <w:r>
        <w:rPr>
          <w:rFonts w:ascii="Times New Roman" w:hAnsi="Times New Roman" w:eastAsia="Times New Roman"/>
          <w:b w:val="0"/>
          <w:i w:val="0"/>
          <w:sz w:val="26"/>
        </w:rPr>
        <w:t xml:space="preserve"> ................................................................................................................</w:t>
      </w:r>
    </w:p>
    <w:p>
      <w:pPr>
        <w:keepNext/>
        <w:spacing w:before="140" w:after="60"/>
      </w:pPr>
      <w:r>
        <w:rPr>
          <w:rFonts w:ascii="Times New Roman" w:hAnsi="Times New Roman" w:eastAsia="Times New Roman"/>
          <w:b/>
          <w:i w:val="0"/>
          <w:sz w:val="26"/>
        </w:rPr>
        <w:t>4. Cách xác nhận hoàn thành</w:t>
      </w:r>
    </w:p>
    <w:p>
      <w:pPr>
        <w:ind w:firstLine="397"/>
        <w:jc w:val="both"/>
      </w:pPr>
      <w:r>
        <w:rPr>
          <w:rFonts w:ascii="Times New Roman" w:hAnsi="Times New Roman" w:eastAsia="Times New Roman"/>
          <w:b w:val="0"/>
          <w:i w:val="0"/>
          <w:sz w:val="26"/>
        </w:rPr>
        <w:t>Việc hoàn thành cam kết được xác nhận bằng một hoặc nhiều căn cứ sau:</w:t>
      </w:r>
    </w:p>
    <w:p>
      <w:pPr>
        <w:ind w:left="340" w:hanging="198"/>
        <w:jc w:val="left"/>
      </w:pPr>
      <w:r>
        <w:rPr>
          <w:rFonts w:ascii="Times New Roman" w:hAnsi="Times New Roman" w:eastAsia="Times New Roman"/>
          <w:b/>
          <w:i w:val="0"/>
          <w:sz w:val="26"/>
        </w:rPr>
        <w:t xml:space="preserve">• </w:t>
      </w:r>
      <w:r>
        <w:rPr>
          <w:rFonts w:ascii="Times New Roman" w:hAnsi="Times New Roman" w:eastAsia="Times New Roman"/>
          <w:b w:val="0"/>
          <w:i w:val="0"/>
          <w:sz w:val="26"/>
        </w:rPr>
        <w:t>Biên bản xác nhận/nghiệm thu có chữ ký của bên có thẩm quyền;</w:t>
      </w:r>
    </w:p>
    <w:p>
      <w:pPr>
        <w:ind w:left="340" w:hanging="198"/>
        <w:jc w:val="left"/>
      </w:pPr>
      <w:r>
        <w:rPr>
          <w:rFonts w:ascii="Times New Roman" w:hAnsi="Times New Roman" w:eastAsia="Times New Roman"/>
          <w:b/>
          <w:i w:val="0"/>
          <w:sz w:val="26"/>
        </w:rPr>
        <w:t xml:space="preserve">• </w:t>
      </w:r>
      <w:r>
        <w:rPr>
          <w:rFonts w:ascii="Times New Roman" w:hAnsi="Times New Roman" w:eastAsia="Times New Roman"/>
          <w:b w:val="0"/>
          <w:i w:val="0"/>
          <w:sz w:val="26"/>
        </w:rPr>
        <w:t>Email, văn bản hoặc hệ thống quản lý công việc ghi nhận kết quả;</w:t>
      </w:r>
    </w:p>
    <w:p>
      <w:pPr>
        <w:ind w:left="340" w:hanging="198"/>
        <w:jc w:val="left"/>
      </w:pPr>
      <w:r>
        <w:rPr>
          <w:rFonts w:ascii="Times New Roman" w:hAnsi="Times New Roman" w:eastAsia="Times New Roman"/>
          <w:b/>
          <w:i w:val="0"/>
          <w:sz w:val="26"/>
        </w:rPr>
        <w:t xml:space="preserve">• </w:t>
      </w:r>
      <w:r>
        <w:rPr>
          <w:rFonts w:ascii="Times New Roman" w:hAnsi="Times New Roman" w:eastAsia="Times New Roman"/>
          <w:b w:val="0"/>
          <w:i w:val="0"/>
          <w:sz w:val="26"/>
        </w:rPr>
        <w:t>Tài liệu/minh chứng khác theo thỏa thuận: ....................................................................................................</w:t>
      </w:r>
    </w:p>
    <w:p>
      <w:pPr>
        <w:keepNext/>
        <w:spacing w:before="140" w:after="60"/>
      </w:pPr>
      <w:r>
        <w:rPr>
          <w:rFonts w:ascii="Times New Roman" w:hAnsi="Times New Roman" w:eastAsia="Times New Roman"/>
          <w:b/>
          <w:i w:val="0"/>
          <w:sz w:val="26"/>
        </w:rPr>
        <w:t>5. Trách nhiệm khi không thực hiện đúng cam kết</w:t>
      </w:r>
    </w:p>
    <w:p>
      <w:pPr>
        <w:ind w:firstLine="397"/>
        <w:jc w:val="both"/>
      </w:pPr>
      <w:r>
        <w:rPr>
          <w:rFonts w:ascii="Times New Roman" w:hAnsi="Times New Roman" w:eastAsia="Times New Roman"/>
          <w:b w:val="0"/>
          <w:i w:val="0"/>
          <w:sz w:val="26"/>
        </w:rPr>
        <w:t>Nếu không thực hiện hoặc thực hiện không đúng nội dung, thời hạn nêu trên, tôi chịu trách nhiệm theo quy định nội bộ, thỏa thuận/hợp đồng có liên quan và quy định pháp luật áp dụng (nếu có).</w:t>
      </w:r>
    </w:p>
    <w:p>
      <w:pPr>
        <w:keepNext/>
        <w:spacing w:before="140" w:after="60"/>
      </w:pPr>
      <w:r>
        <w:rPr>
          <w:rFonts w:ascii="Times New Roman" w:hAnsi="Times New Roman" w:eastAsia="Times New Roman"/>
          <w:b/>
          <w:i w:val="0"/>
          <w:sz w:val="26"/>
        </w:rPr>
        <w:t>6. Xác nhận</w:t>
      </w:r>
    </w:p>
    <w:p>
      <w:pPr>
        <w:ind w:firstLine="397"/>
        <w:jc w:val="both"/>
      </w:pPr>
      <w:r>
        <w:rPr>
          <w:rFonts w:ascii="Times New Roman" w:hAnsi="Times New Roman" w:eastAsia="Times New Roman"/>
          <w:b w:val="0"/>
          <w:i w:val="0"/>
          <w:sz w:val="26"/>
        </w:rPr>
        <w:t>Tôi xác nhận đã đọc, hiểu rõ toàn bộ nội dung và tự nguyện chịu trách nhiệm về cam kết này. Bản cam kết có hiệu lực kể từ ngày ký, trừ khi có thỏa thuận khác bằng văn bản.</w:t>
      </w:r>
    </w:p>
    <w:p/>
    <w:tbl>
      <w:tblPr>
        <w:tblW w:type="auto" w:w="0"/>
        <w:jc w:val="center"/>
        <w:tblLayout w:type="fixed"/>
        <w:tblLook w:firstColumn="1" w:firstRow="1" w:lastColumn="0" w:lastRow="0" w:noHBand="0" w:noVBand="1" w:val="04A0"/>
      </w:tblPr>
      <w:tblGrid>
        <w:gridCol w:w="4759"/>
        <w:gridCol w:w="4759"/>
      </w:tblGrid>
      <w:tr>
        <w:tc>
          <w:tcPr>
            <w:tcW w:type="dxa" w:w="4394"/>
            <w:tcBorders>
              <w:top w:val="nil"/>
              <w:left w:val="nil"/>
              <w:bottom w:val="nil"/>
              <w:right w:val="nil"/>
            </w:tcBorders>
          </w:tcPr>
          <w:p>
            <w:pPr>
              <w:jc w:val="center"/>
            </w:pPr>
            <w:r>
              <w:rPr>
                <w:rFonts w:ascii="Times New Roman" w:hAnsi="Times New Roman" w:eastAsia="Times New Roman"/>
                <w:b/>
                <w:i w:val="0"/>
                <w:sz w:val="24"/>
              </w:rPr>
              <w:t>NGƯỜI CAM KẾT</w:t>
            </w:r>
          </w:p>
          <w:p>
            <w:pPr>
              <w:jc w:val="center"/>
            </w:pPr>
            <w:r>
              <w:rPr>
                <w:rFonts w:ascii="Times New Roman" w:hAnsi="Times New Roman" w:eastAsia="Times New Roman"/>
                <w:b w:val="0"/>
                <w:i/>
                <w:sz w:val="22"/>
              </w:rPr>
              <w:t>(Ký, ghi rõ họ tên)</w:t>
            </w:r>
          </w:p>
          <w:p/>
          <w:p/>
          <w:p/>
          <w:p/>
        </w:tc>
        <w:tc>
          <w:tcPr>
            <w:tcW w:type="dxa" w:w="4394"/>
            <w:tcBorders>
              <w:top w:val="nil"/>
              <w:left w:val="nil"/>
              <w:bottom w:val="nil"/>
              <w:right w:val="nil"/>
            </w:tcBorders>
          </w:tcPr>
          <w:p>
            <w:pPr>
              <w:jc w:val="center"/>
            </w:pPr>
            <w:r>
              <w:rPr>
                <w:rFonts w:ascii="Times New Roman" w:hAnsi="Times New Roman" w:eastAsia="Times New Roman"/>
                <w:b/>
                <w:i w:val="0"/>
                <w:sz w:val="24"/>
              </w:rPr>
              <w:t>XÁC NHẬN CỦA ĐƠN VỊ/BÊN LIÊN QUAN</w:t>
            </w:r>
          </w:p>
          <w:p>
            <w:pPr>
              <w:jc w:val="center"/>
            </w:pPr>
            <w:r>
              <w:rPr>
                <w:rFonts w:ascii="Times New Roman" w:hAnsi="Times New Roman" w:eastAsia="Times New Roman"/>
                <w:b w:val="0"/>
                <w:i/>
                <w:sz w:val="22"/>
              </w:rPr>
              <w:t>(Ký, ghi rõ họ tên)</w:t>
            </w:r>
          </w:p>
          <w:p/>
          <w:p/>
          <w:p/>
          <w:p/>
        </w:tc>
      </w:tr>
    </w:tbl>
    <w:sectPr w:rsidR="00FC693F" w:rsidRPr="0006063C" w:rsidSect="00034616">
      <w:footerReference w:type="default" r:id="rId9"/>
      <w:pgSz w:w="12240" w:h="15840"/>
      <w:pgMar w:top="1134" w:right="1134" w:bottom="1134" w:left="158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sz w:val="18"/>
      </w:rPr>
      <w:t>Mẫu tham khảo - Có thể điều chỉnh theo nhu cầu thực tế</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