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before="0" w:line="276" w:lineRule="auto"/>
        <w:jc w:val="center"/>
      </w:pPr>
      <w:r>
        <w:rPr>
          <w:rFonts w:ascii="Times New Roman" w:hAnsi="Times New Roman" w:eastAsia="Times New Roman"/>
          <w:b/>
          <w:i w:val="0"/>
          <w:sz w:val="24"/>
        </w:rPr>
        <w:t>CỘNG HÒA XÃ HỘI CHỦ NGHĨA VIỆT NAM</w:t>
      </w:r>
    </w:p>
    <w:p>
      <w:pPr>
        <w:spacing w:after="0" w:before="0" w:line="276" w:lineRule="auto"/>
        <w:jc w:val="center"/>
      </w:pPr>
      <w:r>
        <w:rPr>
          <w:rFonts w:ascii="Times New Roman" w:hAnsi="Times New Roman" w:eastAsia="Times New Roman"/>
          <w:b/>
          <w:i w:val="0"/>
          <w:sz w:val="24"/>
        </w:rPr>
        <w:t>Độc lập - Tự do - Hạnh phúc</w:t>
      </w:r>
    </w:p>
    <w:p>
      <w:pPr>
        <w:spacing w:after="160" w:before="0" w:line="276" w:lineRule="auto"/>
        <w:jc w:val="center"/>
      </w:pPr>
      <w:r>
        <w:rPr>
          <w:rFonts w:ascii="Times New Roman" w:hAnsi="Times New Roman" w:eastAsia="Times New Roman"/>
          <w:b w:val="0"/>
          <w:i w:val="0"/>
          <w:sz w:val="24"/>
        </w:rPr>
        <w:t>--------------------</w:t>
      </w:r>
    </w:p>
    <w:p>
      <w:pPr>
        <w:spacing w:after="60" w:before="0" w:line="276" w:lineRule="auto"/>
        <w:jc w:val="center"/>
      </w:pPr>
      <w:r>
        <w:rPr>
          <w:rFonts w:ascii="Times New Roman" w:hAnsi="Times New Roman" w:eastAsia="Times New Roman"/>
          <w:b/>
          <w:i w:val="0"/>
          <w:sz w:val="30"/>
        </w:rPr>
        <w:t>BIÊN BẢN CAM KẾT 2 BÊN</w:t>
      </w:r>
    </w:p>
    <w:p>
      <w:pPr>
        <w:spacing w:after="200" w:before="0" w:line="276" w:lineRule="auto"/>
        <w:jc w:val="center"/>
      </w:pPr>
      <w:r>
        <w:rPr>
          <w:rFonts w:ascii="Times New Roman" w:hAnsi="Times New Roman" w:eastAsia="Times New Roman"/>
          <w:b w:val="0"/>
          <w:i/>
          <w:sz w:val="22"/>
        </w:rPr>
        <w:t>(V/v: ....................................................................................................)</w:t>
      </w:r>
    </w:p>
    <w:p>
      <w:pPr>
        <w:spacing w:after="160" w:before="0" w:line="276" w:lineRule="auto"/>
      </w:pPr>
      <w:r>
        <w:rPr>
          <w:rFonts w:ascii="Times New Roman" w:hAnsi="Times New Roman" w:eastAsia="Times New Roman"/>
          <w:b w:val="0"/>
          <w:i w:val="0"/>
          <w:sz w:val="24"/>
        </w:rPr>
        <w:t>Hôm nay, ngày ...... tháng ...... năm ........, tại ............................................................, chúng tôi gồm:</w:t>
      </w:r>
    </w:p>
    <w:p>
      <w:pPr>
        <w:spacing w:after="60" w:before="0" w:line="276" w:lineRule="auto"/>
      </w:pPr>
      <w:r>
        <w:rPr>
          <w:rFonts w:ascii="Times New Roman" w:hAnsi="Times New Roman" w:eastAsia="Times New Roman"/>
          <w:b/>
          <w:i w:val="0"/>
          <w:sz w:val="24"/>
        </w:rPr>
        <w:t>BÊN A: ............................................................................................................................</w:t>
      </w:r>
    </w:p>
    <w:p>
      <w:pPr>
        <w:spacing w:after="60" w:before="0" w:line="276" w:lineRule="auto"/>
      </w:pPr>
      <w:r>
        <w:rPr>
          <w:rFonts w:ascii="Times New Roman" w:hAnsi="Times New Roman" w:eastAsia="Times New Roman"/>
          <w:b w:val="0"/>
          <w:i w:val="0"/>
          <w:sz w:val="24"/>
        </w:rPr>
        <w:t>Địa chỉ: ................................................................................................................................</w:t>
      </w:r>
    </w:p>
    <w:p>
      <w:pPr>
        <w:spacing w:after="60" w:before="0" w:line="276" w:lineRule="auto"/>
      </w:pPr>
      <w:r>
        <w:rPr>
          <w:rFonts w:ascii="Times New Roman" w:hAnsi="Times New Roman" w:eastAsia="Times New Roman"/>
          <w:b w:val="0"/>
          <w:i w:val="0"/>
          <w:sz w:val="24"/>
        </w:rPr>
        <w:t>Mã số thuế/CCCD: .............................................................................................................</w:t>
      </w:r>
    </w:p>
    <w:p>
      <w:pPr>
        <w:spacing w:after="60" w:before="0" w:line="276" w:lineRule="auto"/>
      </w:pPr>
      <w:r>
        <w:rPr>
          <w:rFonts w:ascii="Times New Roman" w:hAnsi="Times New Roman" w:eastAsia="Times New Roman"/>
          <w:b w:val="0"/>
          <w:i w:val="0"/>
          <w:sz w:val="24"/>
        </w:rPr>
        <w:t>Đại diện (nếu là tổ chức): ..................................................................................................</w:t>
      </w:r>
    </w:p>
    <w:p>
      <w:pPr>
        <w:spacing w:after="60" w:before="0" w:line="276" w:lineRule="auto"/>
      </w:pPr>
      <w:r>
        <w:rPr>
          <w:rFonts w:ascii="Times New Roman" w:hAnsi="Times New Roman" w:eastAsia="Times New Roman"/>
          <w:b w:val="0"/>
          <w:i w:val="0"/>
          <w:sz w:val="24"/>
        </w:rPr>
        <w:t>Chức vụ: ................................................................................................................................</w:t>
      </w:r>
    </w:p>
    <w:p>
      <w:pPr>
        <w:spacing w:after="160" w:before="0" w:line="276" w:lineRule="auto"/>
      </w:pPr>
      <w:r>
        <w:rPr>
          <w:rFonts w:ascii="Times New Roman" w:hAnsi="Times New Roman" w:eastAsia="Times New Roman"/>
          <w:b w:val="0"/>
          <w:i w:val="0"/>
          <w:sz w:val="24"/>
        </w:rPr>
        <w:t>Điện thoại: ..........................................................  Email: ...................................................</w:t>
      </w:r>
    </w:p>
    <w:p>
      <w:pPr>
        <w:spacing w:after="60" w:before="0" w:line="276" w:lineRule="auto"/>
      </w:pPr>
      <w:r>
        <w:rPr>
          <w:rFonts w:ascii="Times New Roman" w:hAnsi="Times New Roman" w:eastAsia="Times New Roman"/>
          <w:b/>
          <w:i w:val="0"/>
          <w:sz w:val="24"/>
        </w:rPr>
        <w:t>BÊN B: ............................................................................................................................</w:t>
      </w:r>
    </w:p>
    <w:p>
      <w:pPr>
        <w:spacing w:after="60" w:before="0" w:line="276" w:lineRule="auto"/>
      </w:pPr>
      <w:r>
        <w:rPr>
          <w:rFonts w:ascii="Times New Roman" w:hAnsi="Times New Roman" w:eastAsia="Times New Roman"/>
          <w:b w:val="0"/>
          <w:i w:val="0"/>
          <w:sz w:val="24"/>
        </w:rPr>
        <w:t>Địa chỉ: ................................................................................................................................</w:t>
      </w:r>
    </w:p>
    <w:p>
      <w:pPr>
        <w:spacing w:after="60" w:before="0" w:line="276" w:lineRule="auto"/>
      </w:pPr>
      <w:r>
        <w:rPr>
          <w:rFonts w:ascii="Times New Roman" w:hAnsi="Times New Roman" w:eastAsia="Times New Roman"/>
          <w:b w:val="0"/>
          <w:i w:val="0"/>
          <w:sz w:val="24"/>
        </w:rPr>
        <w:t>Mã số thuế/CCCD: .............................................................................................................</w:t>
      </w:r>
    </w:p>
    <w:p>
      <w:pPr>
        <w:spacing w:after="60" w:before="0" w:line="276" w:lineRule="auto"/>
      </w:pPr>
      <w:r>
        <w:rPr>
          <w:rFonts w:ascii="Times New Roman" w:hAnsi="Times New Roman" w:eastAsia="Times New Roman"/>
          <w:b w:val="0"/>
          <w:i w:val="0"/>
          <w:sz w:val="24"/>
        </w:rPr>
        <w:t>Đại diện (nếu là tổ chức): ..................................................................................................</w:t>
      </w:r>
    </w:p>
    <w:p>
      <w:pPr>
        <w:spacing w:after="60" w:before="0" w:line="276" w:lineRule="auto"/>
      </w:pPr>
      <w:r>
        <w:rPr>
          <w:rFonts w:ascii="Times New Roman" w:hAnsi="Times New Roman" w:eastAsia="Times New Roman"/>
          <w:b w:val="0"/>
          <w:i w:val="0"/>
          <w:sz w:val="24"/>
        </w:rPr>
        <w:t>Chức vụ: ................................................................................................................................</w:t>
      </w:r>
    </w:p>
    <w:p>
      <w:pPr>
        <w:spacing w:after="200" w:before="0" w:line="276" w:lineRule="auto"/>
      </w:pPr>
      <w:r>
        <w:rPr>
          <w:rFonts w:ascii="Times New Roman" w:hAnsi="Times New Roman" w:eastAsia="Times New Roman"/>
          <w:b w:val="0"/>
          <w:i w:val="0"/>
          <w:sz w:val="24"/>
        </w:rPr>
        <w:t>Điện thoại: ..........................................................  Email: ...................................................</w:t>
      </w:r>
    </w:p>
    <w:p>
      <w:pPr>
        <w:spacing w:after="160" w:before="0" w:line="276" w:lineRule="auto"/>
      </w:pPr>
      <w:r>
        <w:rPr>
          <w:rFonts w:ascii="Times New Roman" w:hAnsi="Times New Roman" w:eastAsia="Times New Roman"/>
          <w:b w:val="0"/>
          <w:i w:val="0"/>
          <w:sz w:val="24"/>
        </w:rPr>
        <w:t>Sau khi trao đổi và thống nhất, hai bên cùng cam kết thực hiện các nội dung sau:</w:t>
      </w:r>
    </w:p>
    <w:p>
      <w:pPr>
        <w:spacing w:after="80" w:before="120" w:line="276" w:lineRule="auto"/>
      </w:pPr>
      <w:r>
        <w:rPr>
          <w:rFonts w:ascii="Times New Roman" w:hAnsi="Times New Roman" w:eastAsia="Times New Roman"/>
          <w:b/>
          <w:i w:val="0"/>
          <w:sz w:val="24"/>
        </w:rPr>
        <w:t>ĐIỀU 1. NỘI DUNG CAM KẾT</w:t>
      </w:r>
    </w:p>
    <w:p>
      <w:pPr>
        <w:spacing w:after="40" w:before="0" w:line="276" w:lineRule="auto"/>
      </w:pPr>
      <w:r>
        <w:rPr>
          <w:rFonts w:ascii="Times New Roman" w:hAnsi="Times New Roman" w:eastAsia="Times New Roman"/>
          <w:b w:val="0"/>
          <w:i w:val="0"/>
          <w:sz w:val="24"/>
        </w:rPr>
        <w:t>1.1. Nội dung công việc/nghĩa vụ chung: ...................................................................................</w:t>
      </w:r>
    </w:p>
    <w:p>
      <w:pPr>
        <w:spacing w:after="40" w:before="0" w:line="276" w:lineRule="auto"/>
      </w:pPr>
      <w:r>
        <w:rPr>
          <w:rFonts w:ascii="Times New Roman" w:hAnsi="Times New Roman" w:eastAsia="Times New Roman"/>
          <w:b w:val="0"/>
          <w:i w:val="0"/>
          <w:sz w:val="24"/>
        </w:rPr>
        <w:t>...................................................................................................................................................</w:t>
      </w:r>
    </w:p>
    <w:p>
      <w:pPr>
        <w:spacing w:after="40" w:before="0" w:line="276" w:lineRule="auto"/>
      </w:pPr>
      <w:r>
        <w:rPr>
          <w:rFonts w:ascii="Times New Roman" w:hAnsi="Times New Roman" w:eastAsia="Times New Roman"/>
          <w:b w:val="0"/>
          <w:i w:val="0"/>
          <w:sz w:val="24"/>
        </w:rPr>
        <w:t>1.2. Kết quả cần đạt: ................................................................................................................</w:t>
      </w:r>
    </w:p>
    <w:p>
      <w:pPr>
        <w:spacing w:after="40" w:before="0" w:line="276" w:lineRule="auto"/>
      </w:pPr>
      <w:r>
        <w:rPr>
          <w:rFonts w:ascii="Times New Roman" w:hAnsi="Times New Roman" w:eastAsia="Times New Roman"/>
          <w:b w:val="0"/>
          <w:i w:val="0"/>
          <w:sz w:val="24"/>
        </w:rPr>
        <w:t>...................................................................................................................................................</w:t>
      </w:r>
    </w:p>
    <w:p>
      <w:pPr>
        <w:spacing w:after="80" w:before="120" w:line="276" w:lineRule="auto"/>
      </w:pPr>
      <w:r>
        <w:rPr>
          <w:rFonts w:ascii="Times New Roman" w:hAnsi="Times New Roman" w:eastAsia="Times New Roman"/>
          <w:b/>
          <w:i w:val="0"/>
          <w:sz w:val="24"/>
        </w:rPr>
        <w:t>ĐIỀU 2. TRÁCH NHIỆM CỦA BÊN A</w:t>
      </w:r>
    </w:p>
    <w:p>
      <w:pPr>
        <w:spacing w:after="40" w:before="0" w:line="276" w:lineRule="auto"/>
      </w:pPr>
      <w:r>
        <w:rPr>
          <w:rFonts w:ascii="Times New Roman" w:hAnsi="Times New Roman" w:eastAsia="Times New Roman"/>
          <w:b w:val="0"/>
          <w:i w:val="0"/>
          <w:sz w:val="24"/>
        </w:rPr>
        <w:t>- Thực hiện: ................................................................................................................................</w:t>
      </w:r>
    </w:p>
    <w:p>
      <w:pPr>
        <w:spacing w:after="40" w:before="0" w:line="276" w:lineRule="auto"/>
      </w:pPr>
      <w:r>
        <w:rPr>
          <w:rFonts w:ascii="Times New Roman" w:hAnsi="Times New Roman" w:eastAsia="Times New Roman"/>
          <w:b w:val="0"/>
          <w:i w:val="0"/>
          <w:sz w:val="24"/>
        </w:rPr>
        <w:t>- Cung cấp/phối hợp: ..................................................................................................................</w:t>
      </w:r>
    </w:p>
    <w:p>
      <w:pPr>
        <w:spacing w:after="40" w:before="0" w:line="276" w:lineRule="auto"/>
      </w:pPr>
      <w:r>
        <w:rPr>
          <w:rFonts w:ascii="Times New Roman" w:hAnsi="Times New Roman" w:eastAsia="Times New Roman"/>
          <w:b w:val="0"/>
          <w:i w:val="0"/>
          <w:sz w:val="24"/>
        </w:rPr>
        <w:t>- Thời hạn thực hiện: ..................................................................................................................</w:t>
      </w:r>
    </w:p>
    <w:p>
      <w:pPr>
        <w:spacing w:after="80" w:before="120" w:line="276" w:lineRule="auto"/>
      </w:pPr>
      <w:r>
        <w:rPr>
          <w:rFonts w:ascii="Times New Roman" w:hAnsi="Times New Roman" w:eastAsia="Times New Roman"/>
          <w:b/>
          <w:i w:val="0"/>
          <w:sz w:val="24"/>
        </w:rPr>
        <w:t>ĐIỀU 3. TRÁCH NHIỆM CỦA BÊN B</w:t>
      </w:r>
    </w:p>
    <w:p>
      <w:pPr>
        <w:spacing w:after="40" w:before="0" w:line="276" w:lineRule="auto"/>
      </w:pPr>
      <w:r>
        <w:rPr>
          <w:rFonts w:ascii="Times New Roman" w:hAnsi="Times New Roman" w:eastAsia="Times New Roman"/>
          <w:b w:val="0"/>
          <w:i w:val="0"/>
          <w:sz w:val="24"/>
        </w:rPr>
        <w:t>- Thực hiện: ................................................................................................................................</w:t>
      </w:r>
    </w:p>
    <w:p>
      <w:pPr>
        <w:spacing w:after="40" w:before="0" w:line="276" w:lineRule="auto"/>
      </w:pPr>
      <w:r>
        <w:rPr>
          <w:rFonts w:ascii="Times New Roman" w:hAnsi="Times New Roman" w:eastAsia="Times New Roman"/>
          <w:b w:val="0"/>
          <w:i w:val="0"/>
          <w:sz w:val="24"/>
        </w:rPr>
        <w:t>- Cung cấp/phối hợp: ..................................................................................................................</w:t>
      </w:r>
    </w:p>
    <w:p>
      <w:pPr>
        <w:spacing w:after="40" w:before="0" w:line="276" w:lineRule="auto"/>
      </w:pPr>
      <w:r>
        <w:rPr>
          <w:rFonts w:ascii="Times New Roman" w:hAnsi="Times New Roman" w:eastAsia="Times New Roman"/>
          <w:b w:val="0"/>
          <w:i w:val="0"/>
          <w:sz w:val="24"/>
        </w:rPr>
        <w:t>- Thời hạn thực hiện: ..................................................................................................................</w:t>
      </w:r>
    </w:p>
    <w:p>
      <w:pPr>
        <w:spacing w:after="80" w:before="120" w:line="276" w:lineRule="auto"/>
      </w:pPr>
      <w:r>
        <w:rPr>
          <w:rFonts w:ascii="Times New Roman" w:hAnsi="Times New Roman" w:eastAsia="Times New Roman"/>
          <w:b/>
          <w:i w:val="0"/>
          <w:sz w:val="24"/>
        </w:rPr>
        <w:t>ĐIỀU 4. THỜI HẠN VÀ TIẾN ĐỘ THỰC HIỆN</w:t>
      </w:r>
    </w:p>
    <w:p>
      <w:pPr>
        <w:spacing w:after="40" w:before="0" w:line="276" w:lineRule="auto"/>
      </w:pPr>
      <w:r>
        <w:rPr>
          <w:rFonts w:ascii="Times New Roman" w:hAnsi="Times New Roman" w:eastAsia="Times New Roman"/>
          <w:b w:val="0"/>
          <w:i w:val="0"/>
          <w:sz w:val="24"/>
        </w:rPr>
        <w:t>- Thời điểm bắt đầu: ...................................................................................................................</w:t>
      </w:r>
    </w:p>
    <w:p>
      <w:pPr>
        <w:spacing w:after="40" w:before="0" w:line="276" w:lineRule="auto"/>
      </w:pPr>
      <w:r>
        <w:rPr>
          <w:rFonts w:ascii="Times New Roman" w:hAnsi="Times New Roman" w:eastAsia="Times New Roman"/>
          <w:b w:val="0"/>
          <w:i w:val="0"/>
          <w:sz w:val="24"/>
        </w:rPr>
        <w:t>- Thời hạn hoàn thành: ................................................................................................................</w:t>
      </w:r>
    </w:p>
    <w:p>
      <w:pPr>
        <w:spacing w:after="40" w:before="0" w:line="276" w:lineRule="auto"/>
      </w:pPr>
      <w:r>
        <w:rPr>
          <w:rFonts w:ascii="Times New Roman" w:hAnsi="Times New Roman" w:eastAsia="Times New Roman"/>
          <w:b w:val="0"/>
          <w:i w:val="0"/>
          <w:sz w:val="24"/>
        </w:rPr>
        <w:t>- Các mốc trung gian (nếu có): ....................................................................................................</w:t>
      </w:r>
    </w:p>
    <w:p>
      <w:pPr>
        <w:spacing w:after="80" w:before="120" w:line="276" w:lineRule="auto"/>
      </w:pPr>
      <w:r>
        <w:rPr>
          <w:rFonts w:ascii="Times New Roman" w:hAnsi="Times New Roman" w:eastAsia="Times New Roman"/>
          <w:b/>
          <w:i w:val="0"/>
          <w:sz w:val="24"/>
        </w:rPr>
        <w:t>ĐIỀU 5. CÁCH THỨC XÁC NHẬN KẾT QUẢ</w:t>
      </w:r>
    </w:p>
    <w:p>
      <w:pPr>
        <w:spacing w:after="40" w:before="0" w:line="276" w:lineRule="auto"/>
      </w:pPr>
      <w:r>
        <w:rPr>
          <w:rFonts w:ascii="Times New Roman" w:hAnsi="Times New Roman" w:eastAsia="Times New Roman"/>
          <w:b w:val="0"/>
          <w:i w:val="0"/>
          <w:sz w:val="24"/>
        </w:rPr>
        <w:t>Kết quả thực hiện được xác nhận thông qua một hoặc nhiều hình thức sau:</w:t>
      </w:r>
    </w:p>
    <w:p>
      <w:pPr>
        <w:spacing w:after="40" w:before="0" w:line="276" w:lineRule="auto"/>
      </w:pPr>
      <w:r>
        <w:rPr>
          <w:rFonts w:ascii="Times New Roman" w:hAnsi="Times New Roman" w:eastAsia="Times New Roman"/>
          <w:b w:val="0"/>
          <w:i w:val="0"/>
          <w:sz w:val="24"/>
        </w:rPr>
        <w:t>☐ Biên bản nghiệm thu/biên bản xác nhận hoàn thành</w:t>
      </w:r>
    </w:p>
    <w:p>
      <w:pPr>
        <w:spacing w:after="40" w:before="0" w:line="276" w:lineRule="auto"/>
      </w:pPr>
      <w:r>
        <w:rPr>
          <w:rFonts w:ascii="Times New Roman" w:hAnsi="Times New Roman" w:eastAsia="Times New Roman"/>
          <w:b w:val="0"/>
          <w:i w:val="0"/>
          <w:sz w:val="24"/>
        </w:rPr>
        <w:t>☐ Email hoặc văn bản xác nhận của hai bên</w:t>
      </w:r>
    </w:p>
    <w:p>
      <w:pPr>
        <w:spacing w:after="40" w:before="0" w:line="276" w:lineRule="auto"/>
      </w:pPr>
      <w:r>
        <w:rPr>
          <w:rFonts w:ascii="Times New Roman" w:hAnsi="Times New Roman" w:eastAsia="Times New Roman"/>
          <w:b w:val="0"/>
          <w:i w:val="0"/>
          <w:sz w:val="24"/>
        </w:rPr>
        <w:t>☐ Tài liệu, sản phẩm, chứng từ hoặc hồ sơ bàn giao</w:t>
      </w:r>
    </w:p>
    <w:p>
      <w:pPr>
        <w:spacing w:after="40" w:before="0" w:line="276" w:lineRule="auto"/>
      </w:pPr>
      <w:r>
        <w:rPr>
          <w:rFonts w:ascii="Times New Roman" w:hAnsi="Times New Roman" w:eastAsia="Times New Roman"/>
          <w:b w:val="0"/>
          <w:i w:val="0"/>
          <w:sz w:val="24"/>
        </w:rPr>
        <w:t>☐ Hình thức khác: ......................................................................................................................</w:t>
      </w:r>
    </w:p>
    <w:p>
      <w:pPr>
        <w:spacing w:after="80" w:before="120" w:line="276" w:lineRule="auto"/>
      </w:pPr>
      <w:r>
        <w:rPr>
          <w:rFonts w:ascii="Times New Roman" w:hAnsi="Times New Roman" w:eastAsia="Times New Roman"/>
          <w:b/>
          <w:i w:val="0"/>
          <w:sz w:val="24"/>
        </w:rPr>
        <w:t>ĐIỀU 6. XỬ LÝ TRƯỜNG HỢP KHÔNG THỰC HIỆN ĐÚNG CAM KẾT</w:t>
      </w:r>
    </w:p>
    <w:p>
      <w:pPr>
        <w:spacing w:after="40" w:before="0" w:line="276" w:lineRule="auto"/>
      </w:pPr>
      <w:r>
        <w:rPr>
          <w:rFonts w:ascii="Times New Roman" w:hAnsi="Times New Roman" w:eastAsia="Times New Roman"/>
          <w:b w:val="0"/>
          <w:i w:val="0"/>
          <w:sz w:val="24"/>
        </w:rPr>
        <w:t>Bên không thực hiện hoặc thực hiện không đúng nội dung đã cam kết có trách nhiệm thông báo cho bên còn lại và phối hợp xử lý. Phương án xử lý/khắc phục cụ thể:</w:t>
      </w:r>
    </w:p>
    <w:p>
      <w:pPr>
        <w:spacing w:after="40" w:before="0" w:line="276" w:lineRule="auto"/>
      </w:pPr>
      <w:r>
        <w:rPr>
          <w:rFonts w:ascii="Times New Roman" w:hAnsi="Times New Roman" w:eastAsia="Times New Roman"/>
          <w:b w:val="0"/>
          <w:i w:val="0"/>
          <w:sz w:val="24"/>
        </w:rPr>
        <w:t>...................................................................................................................................................</w:t>
      </w:r>
    </w:p>
    <w:p>
      <w:pPr>
        <w:spacing w:after="40" w:before="0" w:line="276" w:lineRule="auto"/>
      </w:pPr>
      <w:r>
        <w:rPr>
          <w:rFonts w:ascii="Times New Roman" w:hAnsi="Times New Roman" w:eastAsia="Times New Roman"/>
          <w:b w:val="0"/>
          <w:i w:val="0"/>
          <w:sz w:val="24"/>
        </w:rPr>
        <w:t>...................................................................................................................................................</w:t>
      </w:r>
    </w:p>
    <w:p>
      <w:pPr>
        <w:spacing w:after="80" w:before="120" w:line="276" w:lineRule="auto"/>
      </w:pPr>
      <w:r>
        <w:rPr>
          <w:rFonts w:ascii="Times New Roman" w:hAnsi="Times New Roman" w:eastAsia="Times New Roman"/>
          <w:b/>
          <w:i w:val="0"/>
          <w:sz w:val="24"/>
        </w:rPr>
        <w:t>ĐIỀU 7. ĐIỀU KHOẢN CHUNG</w:t>
      </w:r>
    </w:p>
    <w:p>
      <w:pPr>
        <w:spacing w:after="40" w:before="0" w:line="276" w:lineRule="auto"/>
      </w:pPr>
      <w:r>
        <w:rPr>
          <w:rFonts w:ascii="Times New Roman" w:hAnsi="Times New Roman" w:eastAsia="Times New Roman"/>
          <w:b w:val="0"/>
          <w:i w:val="0"/>
          <w:sz w:val="24"/>
        </w:rPr>
        <w:t>- Hai bên cam kết các thông tin trong biên bản là đúng và tự nguyện thực hiện các nội dung đã thống nhất.</w:t>
      </w:r>
    </w:p>
    <w:p>
      <w:pPr>
        <w:spacing w:after="40" w:before="0" w:line="276" w:lineRule="auto"/>
      </w:pPr>
      <w:r>
        <w:rPr>
          <w:rFonts w:ascii="Times New Roman" w:hAnsi="Times New Roman" w:eastAsia="Times New Roman"/>
          <w:b w:val="0"/>
          <w:i w:val="0"/>
          <w:sz w:val="24"/>
        </w:rPr>
        <w:t>- Mọi sửa đổi, bổ sung chỉ có giá trị khi được hai bên thống nhất bằng văn bản hoặc hình thức xác nhận có thể đối chiếu.</w:t>
      </w:r>
    </w:p>
    <w:p>
      <w:pPr>
        <w:spacing w:after="40" w:before="0" w:line="276" w:lineRule="auto"/>
      </w:pPr>
      <w:r>
        <w:rPr>
          <w:rFonts w:ascii="Times New Roman" w:hAnsi="Times New Roman" w:eastAsia="Times New Roman"/>
          <w:b w:val="0"/>
          <w:i w:val="0"/>
          <w:sz w:val="24"/>
        </w:rPr>
        <w:t>- Biên bản có hiệu lực kể từ ngày ký, được lập thành 02 bản có giá trị như nhau, mỗi bên giữ 01 bản.</w:t>
      </w:r>
    </w:p>
    <w:p>
      <w:pPr>
        <w:spacing w:after="200" w:before="0" w:line="276" w:lineRule="auto"/>
      </w:pPr>
      <w:r>
        <w:rPr>
          <w:rFonts w:ascii="Times New Roman" w:hAnsi="Times New Roman" w:eastAsia="Times New Roman"/>
          <w:b w:val="0"/>
          <w:i w:val="0"/>
          <w:sz w:val="24"/>
        </w:rPr>
        <w:t>Biên bản kết thúc vào lúc ...... giờ ...... phút, ngày ...... tháng ...... năm ........</w:t>
      </w:r>
    </w:p>
    <w:tbl>
      <w:tblPr>
        <w:tblW w:type="auto" w:w="0"/>
        <w:jc w:val="center"/>
        <w:tblLayout w:type="fixed"/>
        <w:tblLook w:firstColumn="1" w:firstRow="1" w:lastColumn="0" w:lastRow="0" w:noHBand="0" w:noVBand="1" w:val="04A0"/>
      </w:tblPr>
      <w:tblGrid>
        <w:gridCol w:w="4844"/>
        <w:gridCol w:w="4844"/>
      </w:tblGrid>
      <w:tr>
        <w:tc>
          <w:tcPr>
            <w:tcW w:type="dxa" w:w="4535"/>
            <w:vAlign w:val="top"/>
            <w:tcBorders>
              <w:top w:val="nil"/>
              <w:left w:val="nil"/>
              <w:bottom w:val="nil"/>
              <w:right w:val="nil"/>
              <w:insideH w:val="nil"/>
              <w:insideV w:val="nil"/>
            </w:tcBorders>
          </w:tcPr>
          <w:p>
            <w:pPr>
              <w:jc w:val="center"/>
            </w:pPr>
            <w:r>
              <w:rPr>
                <w:rFonts w:ascii="Times New Roman" w:hAnsi="Times New Roman" w:eastAsia="Times New Roman"/>
                <w:b/>
                <w:sz w:val="24"/>
              </w:rPr>
              <w:t>ĐẠI DIỆN BÊN A</w:t>
            </w:r>
          </w:p>
          <w:p>
            <w:pPr>
              <w:jc w:val="center"/>
            </w:pPr>
            <w:r>
              <w:rPr>
                <w:rFonts w:ascii="Times New Roman" w:hAnsi="Times New Roman" w:eastAsia="Times New Roman"/>
                <w:i/>
                <w:sz w:val="20"/>
              </w:rPr>
              <w:t>(Ký, ghi rõ họ tên và đóng dấu nếu có)</w:t>
            </w:r>
          </w:p>
          <w:p/>
          <w:p/>
          <w:p/>
          <w:p/>
          <w:p/>
        </w:tc>
        <w:tc>
          <w:tcPr>
            <w:tcW w:type="dxa" w:w="4535"/>
            <w:vAlign w:val="top"/>
            <w:tcBorders>
              <w:top w:val="nil"/>
              <w:left w:val="nil"/>
              <w:bottom w:val="nil"/>
              <w:right w:val="nil"/>
              <w:insideH w:val="nil"/>
              <w:insideV w:val="nil"/>
            </w:tcBorders>
          </w:tcPr>
          <w:p>
            <w:pPr>
              <w:jc w:val="center"/>
            </w:pPr>
            <w:r>
              <w:rPr>
                <w:rFonts w:ascii="Times New Roman" w:hAnsi="Times New Roman" w:eastAsia="Times New Roman"/>
                <w:b/>
                <w:sz w:val="24"/>
              </w:rPr>
              <w:t>ĐẠI DIỆN BÊN B</w:t>
            </w:r>
          </w:p>
          <w:p>
            <w:pPr>
              <w:jc w:val="center"/>
            </w:pPr>
            <w:r>
              <w:rPr>
                <w:rFonts w:ascii="Times New Roman" w:hAnsi="Times New Roman" w:eastAsia="Times New Roman"/>
                <w:i/>
                <w:sz w:val="20"/>
              </w:rPr>
              <w:t>(Ký, ghi rõ họ tên và đóng dấu nếu có)</w:t>
            </w:r>
          </w:p>
          <w:p/>
          <w:p/>
          <w:p/>
          <w:p/>
          <w:p/>
        </w:tc>
      </w:tr>
    </w:tbl>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Times New Roman"/>
        <w:i/>
        <w:sz w:val="18"/>
      </w:rPr>
      <w:t>Mẫu Biên bản cam kết 2 bên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