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jc w:val="center"/>
        <w:tblLayout w:type="fixed"/>
        <w:tblLook w:firstColumn="1" w:firstRow="1" w:lastColumn="0" w:lastRow="0" w:noHBand="0" w:noVBand="1" w:val="04A0"/>
      </w:tblPr>
      <w:tblGrid>
        <w:gridCol w:w="4309"/>
        <w:gridCol w:w="5159"/>
      </w:tblGrid>
      <w:tr>
        <w:tc>
          <w:tcPr>
            <w:tcW w:type="dxa" w:w="4986"/>
            <w:tcBorders>
              <w:top w:val="nil"/>
              <w:left w:val="nil"/>
              <w:bottom w:val="nil"/>
              <w:right w:val="nil"/>
              <w:insideH w:val="nil"/>
              <w:insideV w:val="nil"/>
            </w:tcBorders>
          </w:tcPr>
          <w:p>
            <w:pPr>
              <w:jc w:val="center"/>
            </w:pPr>
            <w:r>
              <w:rPr>
                <w:rFonts w:ascii="Times New Roman" w:hAnsi="Times New Roman" w:eastAsia="Times New Roman"/>
                <w:b/>
                <w:i w:val="0"/>
                <w:sz w:val="21"/>
              </w:rPr>
              <w:t>ĐƠN VỊ/DOANH NGHIỆP: .......................</w:t>
            </w:r>
          </w:p>
          <w:p>
            <w:pPr>
              <w:jc w:val="center"/>
            </w:pPr>
            <w:r>
              <w:rPr>
                <w:rFonts w:ascii="Times New Roman" w:hAnsi="Times New Roman" w:eastAsia="Times New Roman"/>
                <w:b w:val="0"/>
                <w:i w:val="0"/>
                <w:sz w:val="21"/>
              </w:rPr>
              <w:t>Số: ....../BBCĐ-TĐTC</w:t>
            </w:r>
          </w:p>
        </w:tc>
        <w:tc>
          <w:tcPr>
            <w:tcW w:type="dxa" w:w="4986"/>
            <w:tcBorders>
              <w:top w:val="nil"/>
              <w:left w:val="nil"/>
              <w:bottom w:val="nil"/>
              <w:right w:val="nil"/>
              <w:insideH w:val="nil"/>
              <w:insideV w:val="nil"/>
            </w:tcBorders>
          </w:tcPr>
          <w:p>
            <w:pPr>
              <w:jc w:val="center"/>
            </w:pPr>
            <w:r>
              <w:rPr>
                <w:rFonts w:ascii="Times New Roman" w:hAnsi="Times New Roman" w:eastAsia="Times New Roman"/>
                <w:b/>
                <w:i w:val="0"/>
                <w:sz w:val="21"/>
              </w:rPr>
              <w:t>CỘNG HÒA XÃ HỘI CHỦ NGHĨA VIỆT NAM</w:t>
            </w:r>
          </w:p>
          <w:p>
            <w:pPr>
              <w:jc w:val="center"/>
            </w:pPr>
            <w:r>
              <w:rPr>
                <w:rFonts w:ascii="Times New Roman" w:hAnsi="Times New Roman" w:eastAsia="Times New Roman"/>
                <w:b/>
                <w:i w:val="0"/>
                <w:sz w:val="21"/>
              </w:rPr>
              <w:t>Độc lập - Tự do - Hạnh phúc</w:t>
            </w:r>
          </w:p>
          <w:p>
            <w:pPr>
              <w:jc w:val="center"/>
            </w:pPr>
            <w:r>
              <w:rPr>
                <w:rFonts w:ascii="Times New Roman" w:hAnsi="Times New Roman" w:eastAsia="Times New Roman"/>
                <w:b w:val="0"/>
                <w:i w:val="0"/>
                <w:sz w:val="21"/>
              </w:rPr>
              <w:t>--------------------</w:t>
            </w:r>
          </w:p>
        </w:tc>
      </w:tr>
    </w:tbl>
    <w:p>
      <w:pPr>
        <w:spacing w:after="40" w:line="276" w:lineRule="auto"/>
        <w:jc w:val="center"/>
      </w:pPr>
      <w:r>
        <w:rPr>
          <w:rFonts w:ascii="Times New Roman" w:hAnsi="Times New Roman" w:eastAsia="Times New Roman"/>
          <w:b/>
          <w:i w:val="0"/>
          <w:sz w:val="32"/>
        </w:rPr>
        <w:t>BIÊN BẢN CAM KẾT TIẾN ĐỘ THI CÔNG</w:t>
      </w:r>
    </w:p>
    <w:p>
      <w:pPr>
        <w:spacing w:after="160" w:line="276" w:lineRule="auto"/>
        <w:jc w:val="center"/>
      </w:pPr>
      <w:r>
        <w:rPr>
          <w:rFonts w:ascii="Times New Roman" w:hAnsi="Times New Roman" w:eastAsia="Times New Roman"/>
          <w:b w:val="0"/>
          <w:i/>
          <w:sz w:val="22"/>
        </w:rPr>
        <w:t>(V/v: Cam kết thực hiện và hoàn thành công việc theo tiến độ)</w:t>
      </w:r>
    </w:p>
    <w:p>
      <w:pPr>
        <w:spacing w:after="120" w:line="276" w:lineRule="auto"/>
      </w:pPr>
      <w:r>
        <w:rPr>
          <w:rFonts w:ascii="Times New Roman" w:hAnsi="Times New Roman" w:eastAsia="Times New Roman"/>
          <w:b w:val="0"/>
          <w:i w:val="0"/>
          <w:sz w:val="23"/>
        </w:rPr>
        <w:t>Hôm nay, ngày ..... tháng ..... năm ........, tại .............................................................................., các bên gồm:</w:t>
      </w:r>
    </w:p>
    <w:p>
      <w:pPr>
        <w:spacing w:after="80" w:line="276" w:lineRule="auto"/>
      </w:pPr>
      <w:r>
        <w:rPr>
          <w:rFonts w:ascii="Times New Roman" w:hAnsi="Times New Roman" w:eastAsia="Times New Roman"/>
          <w:b/>
          <w:i w:val="0"/>
          <w:sz w:val="25"/>
        </w:rPr>
        <w:t>I. THÔNG TIN CÁC BÊN</w:t>
      </w:r>
    </w:p>
    <w:p>
      <w:pPr>
        <w:spacing w:after="40" w:line="276" w:lineRule="auto"/>
      </w:pPr>
      <w:r>
        <w:rPr>
          <w:rFonts w:ascii="Times New Roman" w:hAnsi="Times New Roman" w:eastAsia="Times New Roman"/>
          <w:b/>
          <w:i w:val="0"/>
          <w:sz w:val="23"/>
        </w:rPr>
        <w:t>1. BÊN A (Chủ đầu tư/Bên giao thầu/Đại diện dự án)</w:t>
      </w:r>
    </w:p>
    <w:p>
      <w:pPr>
        <w:spacing w:after="40" w:line="264" w:lineRule="auto"/>
      </w:pPr>
      <w:r>
        <w:rPr>
          <w:rFonts w:ascii="Times New Roman" w:hAnsi="Times New Roman" w:eastAsia="Times New Roman"/>
          <w:b/>
          <w:i w:val="0"/>
          <w:sz w:val="24"/>
        </w:rPr>
        <w:t>Tên đơn vị:</w:t>
      </w:r>
      <w:r>
        <w:rPr>
          <w:rFonts w:ascii="Times New Roman" w:hAnsi="Times New Roman" w:eastAsia="Times New Roman"/>
          <w:b w:val="0"/>
          <w:i w:val="0"/>
          <w:sz w:val="24"/>
        </w:rPr>
        <w:t xml:space="preserve"> ........................................................................................................................</w:t>
      </w:r>
    </w:p>
    <w:p>
      <w:pPr>
        <w:spacing w:after="40" w:line="264" w:lineRule="auto"/>
      </w:pPr>
      <w:r>
        <w:rPr>
          <w:rFonts w:ascii="Times New Roman" w:hAnsi="Times New Roman" w:eastAsia="Times New Roman"/>
          <w:b/>
          <w:i w:val="0"/>
          <w:sz w:val="24"/>
        </w:rPr>
        <w:t>Địa chỉ:</w:t>
      </w:r>
      <w:r>
        <w:rPr>
          <w:rFonts w:ascii="Times New Roman" w:hAnsi="Times New Roman" w:eastAsia="Times New Roman"/>
          <w:b w:val="0"/>
          <w:i w:val="0"/>
          <w:sz w:val="24"/>
        </w:rPr>
        <w:t xml:space="preserve"> ........................................................................................................................</w:t>
      </w:r>
    </w:p>
    <w:p>
      <w:pPr>
        <w:spacing w:after="40" w:line="264" w:lineRule="auto"/>
      </w:pPr>
      <w:r>
        <w:rPr>
          <w:rFonts w:ascii="Times New Roman" w:hAnsi="Times New Roman" w:eastAsia="Times New Roman"/>
          <w:b/>
          <w:i w:val="0"/>
          <w:sz w:val="24"/>
        </w:rPr>
        <w:t>Mã số thuế:</w:t>
      </w:r>
      <w:r>
        <w:rPr>
          <w:rFonts w:ascii="Times New Roman" w:hAnsi="Times New Roman" w:eastAsia="Times New Roman"/>
          <w:b w:val="0"/>
          <w:i w:val="0"/>
          <w:sz w:val="24"/>
        </w:rPr>
        <w:t xml:space="preserve"> ........................................................................................................................</w:t>
      </w:r>
    </w:p>
    <w:p>
      <w:pPr>
        <w:spacing w:after="40" w:line="264" w:lineRule="auto"/>
      </w:pPr>
      <w:r>
        <w:rPr>
          <w:rFonts w:ascii="Times New Roman" w:hAnsi="Times New Roman" w:eastAsia="Times New Roman"/>
          <w:b/>
          <w:i w:val="0"/>
          <w:sz w:val="24"/>
        </w:rPr>
        <w:t>Đại diện:</w:t>
      </w:r>
      <w:r>
        <w:rPr>
          <w:rFonts w:ascii="Times New Roman" w:hAnsi="Times New Roman" w:eastAsia="Times New Roman"/>
          <w:b w:val="0"/>
          <w:i w:val="0"/>
          <w:sz w:val="24"/>
        </w:rPr>
        <w:t xml:space="preserve"> ........................................................................................................................</w:t>
      </w:r>
    </w:p>
    <w:p>
      <w:pPr>
        <w:spacing w:after="40" w:line="264" w:lineRule="auto"/>
      </w:pPr>
      <w:r>
        <w:rPr>
          <w:rFonts w:ascii="Times New Roman" w:hAnsi="Times New Roman" w:eastAsia="Times New Roman"/>
          <w:b/>
          <w:i w:val="0"/>
          <w:sz w:val="24"/>
        </w:rPr>
        <w:t>Chức vụ:</w:t>
      </w:r>
      <w:r>
        <w:rPr>
          <w:rFonts w:ascii="Times New Roman" w:hAnsi="Times New Roman" w:eastAsia="Times New Roman"/>
          <w:b w:val="0"/>
          <w:i w:val="0"/>
          <w:sz w:val="24"/>
        </w:rPr>
        <w:t xml:space="preserve"> ........................................................................................................................</w:t>
      </w:r>
    </w:p>
    <w:p>
      <w:pPr>
        <w:spacing w:after="40" w:line="264" w:lineRule="auto"/>
      </w:pPr>
      <w:r>
        <w:rPr>
          <w:rFonts w:ascii="Times New Roman" w:hAnsi="Times New Roman" w:eastAsia="Times New Roman"/>
          <w:b/>
          <w:i w:val="0"/>
          <w:sz w:val="24"/>
        </w:rPr>
        <w:t>Điện thoại/Email:</w:t>
      </w:r>
      <w:r>
        <w:rPr>
          <w:rFonts w:ascii="Times New Roman" w:hAnsi="Times New Roman" w:eastAsia="Times New Roman"/>
          <w:b w:val="0"/>
          <w:i w:val="0"/>
          <w:sz w:val="24"/>
        </w:rPr>
        <w:t xml:space="preserve"> ........................................................................................................................</w:t>
      </w:r>
    </w:p>
    <w:p>
      <w:pPr>
        <w:spacing w:after="40" w:line="276" w:lineRule="auto"/>
      </w:pPr>
      <w:r>
        <w:rPr>
          <w:rFonts w:ascii="Times New Roman" w:hAnsi="Times New Roman" w:eastAsia="Times New Roman"/>
          <w:b/>
          <w:i w:val="0"/>
          <w:sz w:val="23"/>
        </w:rPr>
        <w:t>2. BÊN B (Nhà thầu/Đơn vị thi công)</w:t>
      </w:r>
    </w:p>
    <w:p>
      <w:pPr>
        <w:spacing w:after="40" w:line="264" w:lineRule="auto"/>
      </w:pPr>
      <w:r>
        <w:rPr>
          <w:rFonts w:ascii="Times New Roman" w:hAnsi="Times New Roman" w:eastAsia="Times New Roman"/>
          <w:b/>
          <w:i w:val="0"/>
          <w:sz w:val="24"/>
        </w:rPr>
        <w:t>Tên đơn vị:</w:t>
      </w:r>
      <w:r>
        <w:rPr>
          <w:rFonts w:ascii="Times New Roman" w:hAnsi="Times New Roman" w:eastAsia="Times New Roman"/>
          <w:b w:val="0"/>
          <w:i w:val="0"/>
          <w:sz w:val="24"/>
        </w:rPr>
        <w:t xml:space="preserve"> ........................................................................................................................</w:t>
      </w:r>
    </w:p>
    <w:p>
      <w:pPr>
        <w:spacing w:after="40" w:line="264" w:lineRule="auto"/>
      </w:pPr>
      <w:r>
        <w:rPr>
          <w:rFonts w:ascii="Times New Roman" w:hAnsi="Times New Roman" w:eastAsia="Times New Roman"/>
          <w:b/>
          <w:i w:val="0"/>
          <w:sz w:val="24"/>
        </w:rPr>
        <w:t>Địa chỉ:</w:t>
      </w:r>
      <w:r>
        <w:rPr>
          <w:rFonts w:ascii="Times New Roman" w:hAnsi="Times New Roman" w:eastAsia="Times New Roman"/>
          <w:b w:val="0"/>
          <w:i w:val="0"/>
          <w:sz w:val="24"/>
        </w:rPr>
        <w:t xml:space="preserve"> ........................................................................................................................</w:t>
      </w:r>
    </w:p>
    <w:p>
      <w:pPr>
        <w:spacing w:after="40" w:line="264" w:lineRule="auto"/>
      </w:pPr>
      <w:r>
        <w:rPr>
          <w:rFonts w:ascii="Times New Roman" w:hAnsi="Times New Roman" w:eastAsia="Times New Roman"/>
          <w:b/>
          <w:i w:val="0"/>
          <w:sz w:val="24"/>
        </w:rPr>
        <w:t>Mã số thuế:</w:t>
      </w:r>
      <w:r>
        <w:rPr>
          <w:rFonts w:ascii="Times New Roman" w:hAnsi="Times New Roman" w:eastAsia="Times New Roman"/>
          <w:b w:val="0"/>
          <w:i w:val="0"/>
          <w:sz w:val="24"/>
        </w:rPr>
        <w:t xml:space="preserve"> ........................................................................................................................</w:t>
      </w:r>
    </w:p>
    <w:p>
      <w:pPr>
        <w:spacing w:after="40" w:line="264" w:lineRule="auto"/>
      </w:pPr>
      <w:r>
        <w:rPr>
          <w:rFonts w:ascii="Times New Roman" w:hAnsi="Times New Roman" w:eastAsia="Times New Roman"/>
          <w:b/>
          <w:i w:val="0"/>
          <w:sz w:val="24"/>
        </w:rPr>
        <w:t>Đại diện:</w:t>
      </w:r>
      <w:r>
        <w:rPr>
          <w:rFonts w:ascii="Times New Roman" w:hAnsi="Times New Roman" w:eastAsia="Times New Roman"/>
          <w:b w:val="0"/>
          <w:i w:val="0"/>
          <w:sz w:val="24"/>
        </w:rPr>
        <w:t xml:space="preserve"> ........................................................................................................................</w:t>
      </w:r>
    </w:p>
    <w:p>
      <w:pPr>
        <w:spacing w:after="40" w:line="264" w:lineRule="auto"/>
      </w:pPr>
      <w:r>
        <w:rPr>
          <w:rFonts w:ascii="Times New Roman" w:hAnsi="Times New Roman" w:eastAsia="Times New Roman"/>
          <w:b/>
          <w:i w:val="0"/>
          <w:sz w:val="24"/>
        </w:rPr>
        <w:t>Chức vụ:</w:t>
      </w:r>
      <w:r>
        <w:rPr>
          <w:rFonts w:ascii="Times New Roman" w:hAnsi="Times New Roman" w:eastAsia="Times New Roman"/>
          <w:b w:val="0"/>
          <w:i w:val="0"/>
          <w:sz w:val="24"/>
        </w:rPr>
        <w:t xml:space="preserve"> ........................................................................................................................</w:t>
      </w:r>
    </w:p>
    <w:p>
      <w:pPr>
        <w:spacing w:after="40" w:line="264" w:lineRule="auto"/>
      </w:pPr>
      <w:r>
        <w:rPr>
          <w:rFonts w:ascii="Times New Roman" w:hAnsi="Times New Roman" w:eastAsia="Times New Roman"/>
          <w:b/>
          <w:i w:val="0"/>
          <w:sz w:val="24"/>
        </w:rPr>
        <w:t>Điện thoại/Email:</w:t>
      </w:r>
      <w:r>
        <w:rPr>
          <w:rFonts w:ascii="Times New Roman" w:hAnsi="Times New Roman" w:eastAsia="Times New Roman"/>
          <w:b w:val="0"/>
          <w:i w:val="0"/>
          <w:sz w:val="24"/>
        </w:rPr>
        <w:t xml:space="preserve"> ........................................................................................................................</w:t>
      </w:r>
    </w:p>
    <w:p>
      <w:pPr>
        <w:spacing w:after="60" w:line="276" w:lineRule="auto"/>
      </w:pPr>
      <w:r>
        <w:rPr>
          <w:rFonts w:ascii="Times New Roman" w:hAnsi="Times New Roman" w:eastAsia="Times New Roman"/>
          <w:b/>
          <w:i w:val="0"/>
          <w:sz w:val="25"/>
        </w:rPr>
        <w:t>II. CĂN CỨ CAM KẾT</w:t>
      </w:r>
    </w:p>
    <w:p>
      <w:pPr>
        <w:spacing w:after="40"/>
        <w:ind w:left="283" w:hanging="170"/>
      </w:pPr>
      <w:r>
        <w:rPr>
          <w:rFonts w:ascii="Times New Roman" w:hAnsi="Times New Roman" w:eastAsia="Times New Roman"/>
          <w:b w:val="0"/>
          <w:i w:val="0"/>
          <w:sz w:val="23"/>
        </w:rPr>
        <w:t xml:space="preserve">• </w:t>
      </w:r>
      <w:r>
        <w:rPr>
          <w:rFonts w:ascii="Times New Roman" w:hAnsi="Times New Roman" w:eastAsia="Times New Roman"/>
          <w:b w:val="0"/>
          <w:i w:val="0"/>
          <w:sz w:val="23"/>
        </w:rPr>
        <w:t>Hợp đồng thi công số: ................................. ký ngày ...../...../........ và các phụ lục kèm theo (nếu có);</w:t>
      </w:r>
    </w:p>
    <w:p>
      <w:pPr>
        <w:spacing w:after="40"/>
        <w:ind w:left="283" w:hanging="170"/>
      </w:pPr>
      <w:r>
        <w:rPr>
          <w:rFonts w:ascii="Times New Roman" w:hAnsi="Times New Roman" w:eastAsia="Times New Roman"/>
          <w:b w:val="0"/>
          <w:i w:val="0"/>
          <w:sz w:val="23"/>
        </w:rPr>
        <w:t xml:space="preserve">• </w:t>
      </w:r>
      <w:r>
        <w:rPr>
          <w:rFonts w:ascii="Times New Roman" w:hAnsi="Times New Roman" w:eastAsia="Times New Roman"/>
          <w:b w:val="0"/>
          <w:i w:val="0"/>
          <w:sz w:val="23"/>
        </w:rPr>
        <w:t>Hồ sơ thiết kế, bản vẽ thi công, biện pháp thi công, tiến độ tổng thể và các tài liệu dự án đã được phê duyệt;</w:t>
      </w:r>
    </w:p>
    <w:p>
      <w:pPr>
        <w:spacing w:after="40"/>
        <w:ind w:left="283" w:hanging="170"/>
      </w:pPr>
      <w:r>
        <w:rPr>
          <w:rFonts w:ascii="Times New Roman" w:hAnsi="Times New Roman" w:eastAsia="Times New Roman"/>
          <w:b w:val="0"/>
          <w:i w:val="0"/>
          <w:sz w:val="23"/>
        </w:rPr>
        <w:t xml:space="preserve">• </w:t>
      </w:r>
      <w:r>
        <w:rPr>
          <w:rFonts w:ascii="Times New Roman" w:hAnsi="Times New Roman" w:eastAsia="Times New Roman"/>
          <w:b w:val="0"/>
          <w:i w:val="0"/>
          <w:sz w:val="23"/>
        </w:rPr>
        <w:t>Biên bản bàn giao mặt bằng/biên bản họp/biên bản làm việc liên quan: ............................................................;</w:t>
      </w:r>
    </w:p>
    <w:p>
      <w:pPr>
        <w:spacing w:after="40"/>
        <w:ind w:left="283" w:hanging="170"/>
      </w:pPr>
      <w:r>
        <w:rPr>
          <w:rFonts w:ascii="Times New Roman" w:hAnsi="Times New Roman" w:eastAsia="Times New Roman"/>
          <w:b w:val="0"/>
          <w:i w:val="0"/>
          <w:sz w:val="23"/>
        </w:rPr>
        <w:t xml:space="preserve">• </w:t>
      </w:r>
      <w:r>
        <w:rPr>
          <w:rFonts w:ascii="Times New Roman" w:hAnsi="Times New Roman" w:eastAsia="Times New Roman"/>
          <w:b w:val="0"/>
          <w:i w:val="0"/>
          <w:sz w:val="23"/>
        </w:rPr>
        <w:t>Nhu cầu thực tế và sự thống nhất của hai bên tại thời điểm lập biên bản.</w:t>
      </w:r>
    </w:p>
    <w:p>
      <w:pPr>
        <w:spacing w:after="60" w:line="276" w:lineRule="auto"/>
      </w:pPr>
      <w:r>
        <w:rPr>
          <w:rFonts w:ascii="Times New Roman" w:hAnsi="Times New Roman" w:eastAsia="Times New Roman"/>
          <w:b/>
          <w:i w:val="0"/>
          <w:sz w:val="25"/>
        </w:rPr>
        <w:t>III. PHẠM VI CÔNG VIỆC CAM KẾT</w:t>
      </w:r>
    </w:p>
    <w:p>
      <w:pPr>
        <w:spacing w:after="40" w:line="264" w:lineRule="auto"/>
      </w:pPr>
      <w:r>
        <w:rPr>
          <w:rFonts w:ascii="Times New Roman" w:hAnsi="Times New Roman" w:eastAsia="Times New Roman"/>
          <w:b/>
          <w:i w:val="0"/>
          <w:sz w:val="24"/>
        </w:rPr>
        <w:t>Tên công trình/dự án:</w:t>
      </w:r>
      <w:r>
        <w:rPr>
          <w:rFonts w:ascii="Times New Roman" w:hAnsi="Times New Roman" w:eastAsia="Times New Roman"/>
          <w:b w:val="0"/>
          <w:i w:val="0"/>
          <w:sz w:val="24"/>
        </w:rPr>
        <w:t xml:space="preserve"> ........................................................................................................................</w:t>
      </w:r>
    </w:p>
    <w:p>
      <w:pPr>
        <w:spacing w:after="40" w:line="264" w:lineRule="auto"/>
      </w:pPr>
      <w:r>
        <w:rPr>
          <w:rFonts w:ascii="Times New Roman" w:hAnsi="Times New Roman" w:eastAsia="Times New Roman"/>
          <w:b/>
          <w:i w:val="0"/>
          <w:sz w:val="24"/>
        </w:rPr>
        <w:t>Hạng mục/gói thầu:</w:t>
      </w:r>
      <w:r>
        <w:rPr>
          <w:rFonts w:ascii="Times New Roman" w:hAnsi="Times New Roman" w:eastAsia="Times New Roman"/>
          <w:b w:val="0"/>
          <w:i w:val="0"/>
          <w:sz w:val="24"/>
        </w:rPr>
        <w:t xml:space="preserve"> ........................................................................................................................</w:t>
      </w:r>
    </w:p>
    <w:p>
      <w:pPr>
        <w:spacing w:after="40" w:line="264" w:lineRule="auto"/>
      </w:pPr>
      <w:r>
        <w:rPr>
          <w:rFonts w:ascii="Times New Roman" w:hAnsi="Times New Roman" w:eastAsia="Times New Roman"/>
          <w:b/>
          <w:i w:val="0"/>
          <w:sz w:val="24"/>
        </w:rPr>
        <w:t>Địa điểm thi công:</w:t>
      </w:r>
      <w:r>
        <w:rPr>
          <w:rFonts w:ascii="Times New Roman" w:hAnsi="Times New Roman" w:eastAsia="Times New Roman"/>
          <w:b w:val="0"/>
          <w:i w:val="0"/>
          <w:sz w:val="24"/>
        </w:rPr>
        <w:t xml:space="preserve"> ........................................................................................................................</w:t>
      </w:r>
    </w:p>
    <w:p>
      <w:pPr>
        <w:spacing w:after="40" w:line="264" w:lineRule="auto"/>
      </w:pPr>
      <w:r>
        <w:rPr>
          <w:rFonts w:ascii="Times New Roman" w:hAnsi="Times New Roman" w:eastAsia="Times New Roman"/>
          <w:b/>
          <w:i w:val="0"/>
          <w:sz w:val="24"/>
        </w:rPr>
        <w:t>Phạm vi công việc chính:</w:t>
      </w:r>
      <w:r>
        <w:rPr>
          <w:rFonts w:ascii="Times New Roman" w:hAnsi="Times New Roman" w:eastAsia="Times New Roman"/>
          <w:b w:val="0"/>
          <w:i w:val="0"/>
          <w:sz w:val="24"/>
        </w:rPr>
        <w:t xml:space="preserve"> ........................................................................................................................</w:t>
      </w:r>
    </w:p>
    <w:p>
      <w:pPr>
        <w:spacing w:after="20" w:line="276" w:lineRule="auto"/>
      </w:pPr>
      <w:r>
        <w:rPr>
          <w:rFonts w:ascii="Times New Roman" w:hAnsi="Times New Roman" w:eastAsia="Times New Roman"/>
          <w:b w:val="0"/>
          <w:i w:val="0"/>
          <w:sz w:val="23"/>
        </w:rPr>
        <w:t>........................................................................................................................................................................</w:t>
      </w:r>
    </w:p>
    <w:p>
      <w:pPr>
        <w:spacing w:after="80" w:line="276" w:lineRule="auto"/>
      </w:pPr>
      <w:r>
        <w:rPr>
          <w:rFonts w:ascii="Times New Roman" w:hAnsi="Times New Roman" w:eastAsia="Times New Roman"/>
          <w:b w:val="0"/>
          <w:i w:val="0"/>
          <w:sz w:val="23"/>
        </w:rPr>
        <w:t>........................................................................................................................................................................</w:t>
      </w:r>
    </w:p>
    <w:p>
      <w:r>
        <w:rPr>
          <w:rFonts w:ascii="Times New Roman" w:hAnsi="Times New Roman" w:eastAsia="Times New Roman"/>
          <w:b w:val="0"/>
          <w:i w:val="0"/>
          <w:sz w:val="24"/>
        </w:rPr>
        <w:br w:type="page"/>
      </w:r>
    </w:p>
    <w:p>
      <w:pPr>
        <w:spacing w:after="80" w:line="276" w:lineRule="auto"/>
      </w:pPr>
      <w:r>
        <w:rPr>
          <w:rFonts w:ascii="Times New Roman" w:hAnsi="Times New Roman" w:eastAsia="Times New Roman"/>
          <w:b/>
          <w:i w:val="0"/>
          <w:sz w:val="25"/>
        </w:rPr>
        <w:t>IV. TIẾN ĐỘ THỰC HIỆN VÀ MỐC NGHIỆM THU</w:t>
      </w:r>
    </w:p>
    <w:tbl>
      <w:tblPr>
        <w:tblStyle w:val="TableGrid"/>
        <w:tblW w:type="auto" w:w="0"/>
        <w:jc w:val="center"/>
        <w:tblLayout w:type="fixed"/>
        <w:tblLook w:firstColumn="1" w:firstRow="1" w:lastColumn="0" w:lastRow="0" w:noHBand="0" w:noVBand="1" w:val="04A0"/>
      </w:tblPr>
      <w:tblGrid>
        <w:gridCol w:w="454"/>
        <w:gridCol w:w="2154"/>
        <w:gridCol w:w="1361"/>
        <w:gridCol w:w="1361"/>
        <w:gridCol w:w="1417"/>
        <w:gridCol w:w="1531"/>
        <w:gridCol w:w="1247"/>
      </w:tblGrid>
      <w:tr>
        <w:trPr>
          <w:tblHeader w:val="true"/>
        </w:trPr>
        <w:tc>
          <w:tcPr>
            <w:tcW w:type="dxa" w:w="1425"/>
            <w:shd w:fill="E7E6E6"/>
            <w:vAlign w:val="center"/>
            <w:tcMar>
              <w:top w:w="90" w:type="dxa"/>
              <w:start w:w="90" w:type="dxa"/>
              <w:bottom w:w="90" w:type="dxa"/>
              <w:end w:w="90" w:type="dxa"/>
            </w:tcMar>
          </w:tcPr>
          <w:p>
            <w:pPr>
              <w:spacing w:after="0" w:line="240" w:lineRule="auto"/>
              <w:jc w:val="center"/>
            </w:pPr>
            <w:r>
              <w:rPr>
                <w:rFonts w:ascii="Times New Roman" w:hAnsi="Times New Roman" w:eastAsia="Times New Roman"/>
                <w:b w:val="0"/>
                <w:i w:val="0"/>
                <w:sz w:val="18"/>
              </w:rPr>
              <w:t>STT</w:t>
            </w:r>
          </w:p>
        </w:tc>
        <w:tc>
          <w:tcPr>
            <w:tcW w:type="dxa" w:w="1425"/>
            <w:shd w:fill="E7E6E6"/>
            <w:vAlign w:val="center"/>
            <w:tcMar>
              <w:top w:w="90" w:type="dxa"/>
              <w:start w:w="90" w:type="dxa"/>
              <w:bottom w:w="90" w:type="dxa"/>
              <w:end w:w="90" w:type="dxa"/>
            </w:tcMar>
          </w:tcPr>
          <w:p>
            <w:pPr>
              <w:spacing w:after="0" w:line="240" w:lineRule="auto"/>
              <w:jc w:val="center"/>
            </w:pPr>
            <w:r>
              <w:rPr>
                <w:rFonts w:ascii="Times New Roman" w:hAnsi="Times New Roman" w:eastAsia="Times New Roman"/>
                <w:b w:val="0"/>
                <w:i w:val="0"/>
                <w:sz w:val="18"/>
              </w:rPr>
              <w:t>Công việc/Hạng mục</w:t>
            </w:r>
          </w:p>
        </w:tc>
        <w:tc>
          <w:tcPr>
            <w:tcW w:type="dxa" w:w="1425"/>
            <w:shd w:fill="E7E6E6"/>
            <w:vAlign w:val="center"/>
            <w:tcMar>
              <w:top w:w="90" w:type="dxa"/>
              <w:start w:w="90" w:type="dxa"/>
              <w:bottom w:w="90" w:type="dxa"/>
              <w:end w:w="90" w:type="dxa"/>
            </w:tcMar>
          </w:tcPr>
          <w:p>
            <w:pPr>
              <w:spacing w:after="0" w:line="240" w:lineRule="auto"/>
              <w:jc w:val="center"/>
            </w:pPr>
            <w:r>
              <w:rPr>
                <w:rFonts w:ascii="Times New Roman" w:hAnsi="Times New Roman" w:eastAsia="Times New Roman"/>
                <w:b w:val="0"/>
                <w:i w:val="0"/>
                <w:sz w:val="18"/>
              </w:rPr>
              <w:t>Ngày bắt đầu</w:t>
            </w:r>
          </w:p>
        </w:tc>
        <w:tc>
          <w:tcPr>
            <w:tcW w:type="dxa" w:w="1425"/>
            <w:shd w:fill="E7E6E6"/>
            <w:vAlign w:val="center"/>
            <w:tcMar>
              <w:top w:w="90" w:type="dxa"/>
              <w:start w:w="90" w:type="dxa"/>
              <w:bottom w:w="90" w:type="dxa"/>
              <w:end w:w="90" w:type="dxa"/>
            </w:tcMar>
          </w:tcPr>
          <w:p>
            <w:pPr>
              <w:spacing w:after="0" w:line="240" w:lineRule="auto"/>
              <w:jc w:val="center"/>
            </w:pPr>
            <w:r>
              <w:rPr>
                <w:rFonts w:ascii="Times New Roman" w:hAnsi="Times New Roman" w:eastAsia="Times New Roman"/>
                <w:b w:val="0"/>
                <w:i w:val="0"/>
                <w:sz w:val="18"/>
              </w:rPr>
              <w:t>Ngày hoàn thành</w:t>
            </w:r>
          </w:p>
        </w:tc>
        <w:tc>
          <w:tcPr>
            <w:tcW w:type="dxa" w:w="1425"/>
            <w:shd w:fill="E7E6E6"/>
            <w:vAlign w:val="center"/>
            <w:tcMar>
              <w:top w:w="90" w:type="dxa"/>
              <w:start w:w="90" w:type="dxa"/>
              <w:bottom w:w="90" w:type="dxa"/>
              <w:end w:w="90" w:type="dxa"/>
            </w:tcMar>
          </w:tcPr>
          <w:p>
            <w:pPr>
              <w:spacing w:after="0" w:line="240" w:lineRule="auto"/>
              <w:jc w:val="center"/>
            </w:pPr>
            <w:r>
              <w:rPr>
                <w:rFonts w:ascii="Times New Roman" w:hAnsi="Times New Roman" w:eastAsia="Times New Roman"/>
                <w:b w:val="0"/>
                <w:i w:val="0"/>
                <w:sz w:val="18"/>
              </w:rPr>
              <w:t>Mốc nghiệm thu</w:t>
            </w:r>
          </w:p>
        </w:tc>
        <w:tc>
          <w:tcPr>
            <w:tcW w:type="dxa" w:w="1425"/>
            <w:shd w:fill="E7E6E6"/>
            <w:vAlign w:val="center"/>
            <w:tcMar>
              <w:top w:w="90" w:type="dxa"/>
              <w:start w:w="90" w:type="dxa"/>
              <w:bottom w:w="90" w:type="dxa"/>
              <w:end w:w="90" w:type="dxa"/>
            </w:tcMar>
          </w:tcPr>
          <w:p>
            <w:pPr>
              <w:spacing w:after="0" w:line="240" w:lineRule="auto"/>
              <w:jc w:val="center"/>
            </w:pPr>
            <w:r>
              <w:rPr>
                <w:rFonts w:ascii="Times New Roman" w:hAnsi="Times New Roman" w:eastAsia="Times New Roman"/>
                <w:b w:val="0"/>
                <w:i w:val="0"/>
                <w:sz w:val="18"/>
              </w:rPr>
              <w:t>Kết quả cần đạt</w:t>
            </w:r>
          </w:p>
        </w:tc>
        <w:tc>
          <w:tcPr>
            <w:tcW w:type="dxa" w:w="1425"/>
            <w:shd w:fill="E7E6E6"/>
            <w:vAlign w:val="center"/>
            <w:tcMar>
              <w:top w:w="90" w:type="dxa"/>
              <w:start w:w="90" w:type="dxa"/>
              <w:bottom w:w="90" w:type="dxa"/>
              <w:end w:w="90" w:type="dxa"/>
            </w:tcMar>
          </w:tcPr>
          <w:p>
            <w:pPr>
              <w:spacing w:after="0" w:line="240" w:lineRule="auto"/>
              <w:jc w:val="center"/>
            </w:pPr>
            <w:r>
              <w:rPr>
                <w:rFonts w:ascii="Times New Roman" w:hAnsi="Times New Roman" w:eastAsia="Times New Roman"/>
                <w:b w:val="0"/>
                <w:i w:val="0"/>
                <w:sz w:val="18"/>
              </w:rPr>
              <w:t>Ghi chú</w:t>
            </w:r>
          </w:p>
        </w:tc>
      </w:tr>
      <w:tr>
        <w:tc>
          <w:tcPr>
            <w:tcW w:type="dxa" w:w="454"/>
            <w:vAlign w:val="center"/>
            <w:tcMar>
              <w:top w:w="90" w:type="dxa"/>
              <w:start w:w="90" w:type="dxa"/>
              <w:bottom w:w="90" w:type="dxa"/>
              <w:end w:w="90" w:type="dxa"/>
            </w:tcMar>
          </w:tcPr>
          <w:p>
            <w:pPr>
              <w:spacing w:after="0" w:line="240" w:lineRule="auto"/>
              <w:jc w:val="center"/>
            </w:pPr>
            <w:r>
              <w:rPr>
                <w:rFonts w:ascii="Times New Roman" w:hAnsi="Times New Roman" w:eastAsia="Times New Roman"/>
                <w:b w:val="0"/>
                <w:i w:val="0"/>
                <w:sz w:val="18"/>
              </w:rPr>
              <w:t>1</w:t>
            </w:r>
          </w:p>
        </w:tc>
        <w:tc>
          <w:tcPr>
            <w:tcW w:type="dxa" w:w="2154"/>
            <w:vAlign w:val="center"/>
            <w:tcMar>
              <w:top w:w="90" w:type="dxa"/>
              <w:start w:w="90" w:type="dxa"/>
              <w:bottom w:w="90" w:type="dxa"/>
              <w:end w:w="90" w:type="dxa"/>
            </w:tcMar>
          </w:tcPr>
          <w:p>
            <w:pPr>
              <w:spacing w:after="0" w:line="240" w:lineRule="auto"/>
              <w:jc w:val="left"/>
            </w:pPr>
            <w:r>
              <w:rPr>
                <w:rFonts w:ascii="Times New Roman" w:hAnsi="Times New Roman" w:eastAsia="Times New Roman"/>
                <w:b w:val="0"/>
                <w:i w:val="0"/>
                <w:sz w:val="18"/>
              </w:rPr>
              <w:t>................................</w:t>
            </w:r>
          </w:p>
        </w:tc>
        <w:tc>
          <w:tcPr>
            <w:tcW w:type="dxa" w:w="1361"/>
            <w:vAlign w:val="center"/>
            <w:tcMar>
              <w:top w:w="90" w:type="dxa"/>
              <w:start w:w="90" w:type="dxa"/>
              <w:bottom w:w="90" w:type="dxa"/>
              <w:end w:w="90" w:type="dxa"/>
            </w:tcMar>
          </w:tcPr>
          <w:p>
            <w:pPr>
              <w:spacing w:after="0" w:line="240" w:lineRule="auto"/>
              <w:jc w:val="center"/>
            </w:pPr>
            <w:r>
              <w:rPr>
                <w:rFonts w:ascii="Times New Roman" w:hAnsi="Times New Roman" w:eastAsia="Times New Roman"/>
                <w:b w:val="0"/>
                <w:i w:val="0"/>
                <w:sz w:val="18"/>
              </w:rPr>
              <w:t>...../...../......</w:t>
            </w:r>
          </w:p>
        </w:tc>
        <w:tc>
          <w:tcPr>
            <w:tcW w:type="dxa" w:w="1361"/>
            <w:vAlign w:val="center"/>
            <w:tcMar>
              <w:top w:w="90" w:type="dxa"/>
              <w:start w:w="90" w:type="dxa"/>
              <w:bottom w:w="90" w:type="dxa"/>
              <w:end w:w="90" w:type="dxa"/>
            </w:tcMar>
          </w:tcPr>
          <w:p>
            <w:pPr>
              <w:spacing w:after="0" w:line="240" w:lineRule="auto"/>
              <w:jc w:val="center"/>
            </w:pPr>
            <w:r>
              <w:rPr>
                <w:rFonts w:ascii="Times New Roman" w:hAnsi="Times New Roman" w:eastAsia="Times New Roman"/>
                <w:b w:val="0"/>
                <w:i w:val="0"/>
                <w:sz w:val="18"/>
              </w:rPr>
              <w:t>...../...../......</w:t>
            </w:r>
          </w:p>
        </w:tc>
        <w:tc>
          <w:tcPr>
            <w:tcW w:type="dxa" w:w="1417"/>
            <w:vAlign w:val="center"/>
            <w:tcMar>
              <w:top w:w="90" w:type="dxa"/>
              <w:start w:w="90" w:type="dxa"/>
              <w:bottom w:w="90" w:type="dxa"/>
              <w:end w:w="90" w:type="dxa"/>
            </w:tcMar>
          </w:tcPr>
          <w:p>
            <w:pPr>
              <w:spacing w:after="0" w:line="240" w:lineRule="auto"/>
              <w:jc w:val="left"/>
            </w:pPr>
            <w:r>
              <w:rPr>
                <w:rFonts w:ascii="Times New Roman" w:hAnsi="Times New Roman" w:eastAsia="Times New Roman"/>
                <w:b w:val="0"/>
                <w:i w:val="0"/>
                <w:sz w:val="18"/>
              </w:rPr>
              <w:t>................................</w:t>
            </w:r>
          </w:p>
        </w:tc>
        <w:tc>
          <w:tcPr>
            <w:tcW w:type="dxa" w:w="1531"/>
            <w:vAlign w:val="center"/>
            <w:tcMar>
              <w:top w:w="90" w:type="dxa"/>
              <w:start w:w="90" w:type="dxa"/>
              <w:bottom w:w="90" w:type="dxa"/>
              <w:end w:w="90" w:type="dxa"/>
            </w:tcMar>
          </w:tcPr>
          <w:p>
            <w:pPr>
              <w:spacing w:after="0" w:line="240" w:lineRule="auto"/>
              <w:jc w:val="left"/>
            </w:pPr>
            <w:r>
              <w:rPr>
                <w:rFonts w:ascii="Times New Roman" w:hAnsi="Times New Roman" w:eastAsia="Times New Roman"/>
                <w:b w:val="0"/>
                <w:i w:val="0"/>
                <w:sz w:val="18"/>
              </w:rPr>
              <w:t>................................</w:t>
            </w:r>
          </w:p>
        </w:tc>
        <w:tc>
          <w:tcPr>
            <w:tcW w:type="dxa" w:w="1247"/>
            <w:vAlign w:val="center"/>
            <w:tcMar>
              <w:top w:w="90" w:type="dxa"/>
              <w:start w:w="90" w:type="dxa"/>
              <w:bottom w:w="90" w:type="dxa"/>
              <w:end w:w="90" w:type="dxa"/>
            </w:tcMar>
          </w:tcPr>
          <w:p>
            <w:pPr>
              <w:spacing w:after="0" w:line="240" w:lineRule="auto"/>
              <w:jc w:val="left"/>
            </w:pPr>
            <w:r>
              <w:rPr>
                <w:rFonts w:ascii="Times New Roman" w:hAnsi="Times New Roman" w:eastAsia="Times New Roman"/>
                <w:b w:val="0"/>
                <w:i w:val="0"/>
                <w:sz w:val="18"/>
              </w:rPr>
              <w:t>....................</w:t>
            </w:r>
          </w:p>
        </w:tc>
      </w:tr>
      <w:tr>
        <w:tc>
          <w:tcPr>
            <w:tcW w:type="dxa" w:w="454"/>
            <w:vAlign w:val="center"/>
            <w:tcMar>
              <w:top w:w="90" w:type="dxa"/>
              <w:start w:w="90" w:type="dxa"/>
              <w:bottom w:w="90" w:type="dxa"/>
              <w:end w:w="90" w:type="dxa"/>
            </w:tcMar>
          </w:tcPr>
          <w:p>
            <w:pPr>
              <w:spacing w:after="0" w:line="240" w:lineRule="auto"/>
              <w:jc w:val="center"/>
            </w:pPr>
            <w:r>
              <w:rPr>
                <w:rFonts w:ascii="Times New Roman" w:hAnsi="Times New Roman" w:eastAsia="Times New Roman"/>
                <w:b w:val="0"/>
                <w:i w:val="0"/>
                <w:sz w:val="18"/>
              </w:rPr>
              <w:t>2</w:t>
            </w:r>
          </w:p>
        </w:tc>
        <w:tc>
          <w:tcPr>
            <w:tcW w:type="dxa" w:w="2154"/>
            <w:vAlign w:val="center"/>
            <w:tcMar>
              <w:top w:w="90" w:type="dxa"/>
              <w:start w:w="90" w:type="dxa"/>
              <w:bottom w:w="90" w:type="dxa"/>
              <w:end w:w="90" w:type="dxa"/>
            </w:tcMar>
          </w:tcPr>
          <w:p>
            <w:pPr>
              <w:spacing w:after="0" w:line="240" w:lineRule="auto"/>
              <w:jc w:val="left"/>
            </w:pPr>
            <w:r>
              <w:rPr>
                <w:rFonts w:ascii="Times New Roman" w:hAnsi="Times New Roman" w:eastAsia="Times New Roman"/>
                <w:b w:val="0"/>
                <w:i w:val="0"/>
                <w:sz w:val="18"/>
              </w:rPr>
              <w:t>................................</w:t>
            </w:r>
          </w:p>
        </w:tc>
        <w:tc>
          <w:tcPr>
            <w:tcW w:type="dxa" w:w="1361"/>
            <w:vAlign w:val="center"/>
            <w:tcMar>
              <w:top w:w="90" w:type="dxa"/>
              <w:start w:w="90" w:type="dxa"/>
              <w:bottom w:w="90" w:type="dxa"/>
              <w:end w:w="90" w:type="dxa"/>
            </w:tcMar>
          </w:tcPr>
          <w:p>
            <w:pPr>
              <w:spacing w:after="0" w:line="240" w:lineRule="auto"/>
              <w:jc w:val="center"/>
            </w:pPr>
            <w:r>
              <w:rPr>
                <w:rFonts w:ascii="Times New Roman" w:hAnsi="Times New Roman" w:eastAsia="Times New Roman"/>
                <w:b w:val="0"/>
                <w:i w:val="0"/>
                <w:sz w:val="18"/>
              </w:rPr>
              <w:t>...../...../......</w:t>
            </w:r>
          </w:p>
        </w:tc>
        <w:tc>
          <w:tcPr>
            <w:tcW w:type="dxa" w:w="1361"/>
            <w:vAlign w:val="center"/>
            <w:tcMar>
              <w:top w:w="90" w:type="dxa"/>
              <w:start w:w="90" w:type="dxa"/>
              <w:bottom w:w="90" w:type="dxa"/>
              <w:end w:w="90" w:type="dxa"/>
            </w:tcMar>
          </w:tcPr>
          <w:p>
            <w:pPr>
              <w:spacing w:after="0" w:line="240" w:lineRule="auto"/>
              <w:jc w:val="center"/>
            </w:pPr>
            <w:r>
              <w:rPr>
                <w:rFonts w:ascii="Times New Roman" w:hAnsi="Times New Roman" w:eastAsia="Times New Roman"/>
                <w:b w:val="0"/>
                <w:i w:val="0"/>
                <w:sz w:val="18"/>
              </w:rPr>
              <w:t>...../...../......</w:t>
            </w:r>
          </w:p>
        </w:tc>
        <w:tc>
          <w:tcPr>
            <w:tcW w:type="dxa" w:w="1417"/>
            <w:vAlign w:val="center"/>
            <w:tcMar>
              <w:top w:w="90" w:type="dxa"/>
              <w:start w:w="90" w:type="dxa"/>
              <w:bottom w:w="90" w:type="dxa"/>
              <w:end w:w="90" w:type="dxa"/>
            </w:tcMar>
          </w:tcPr>
          <w:p>
            <w:pPr>
              <w:spacing w:after="0" w:line="240" w:lineRule="auto"/>
              <w:jc w:val="left"/>
            </w:pPr>
            <w:r>
              <w:rPr>
                <w:rFonts w:ascii="Times New Roman" w:hAnsi="Times New Roman" w:eastAsia="Times New Roman"/>
                <w:b w:val="0"/>
                <w:i w:val="0"/>
                <w:sz w:val="18"/>
              </w:rPr>
              <w:t>................................</w:t>
            </w:r>
          </w:p>
        </w:tc>
        <w:tc>
          <w:tcPr>
            <w:tcW w:type="dxa" w:w="1531"/>
            <w:vAlign w:val="center"/>
            <w:tcMar>
              <w:top w:w="90" w:type="dxa"/>
              <w:start w:w="90" w:type="dxa"/>
              <w:bottom w:w="90" w:type="dxa"/>
              <w:end w:w="90" w:type="dxa"/>
            </w:tcMar>
          </w:tcPr>
          <w:p>
            <w:pPr>
              <w:spacing w:after="0" w:line="240" w:lineRule="auto"/>
              <w:jc w:val="left"/>
            </w:pPr>
            <w:r>
              <w:rPr>
                <w:rFonts w:ascii="Times New Roman" w:hAnsi="Times New Roman" w:eastAsia="Times New Roman"/>
                <w:b w:val="0"/>
                <w:i w:val="0"/>
                <w:sz w:val="18"/>
              </w:rPr>
              <w:t>................................</w:t>
            </w:r>
          </w:p>
        </w:tc>
        <w:tc>
          <w:tcPr>
            <w:tcW w:type="dxa" w:w="1247"/>
            <w:vAlign w:val="center"/>
            <w:tcMar>
              <w:top w:w="90" w:type="dxa"/>
              <w:start w:w="90" w:type="dxa"/>
              <w:bottom w:w="90" w:type="dxa"/>
              <w:end w:w="90" w:type="dxa"/>
            </w:tcMar>
          </w:tcPr>
          <w:p>
            <w:pPr>
              <w:spacing w:after="0" w:line="240" w:lineRule="auto"/>
              <w:jc w:val="left"/>
            </w:pPr>
            <w:r>
              <w:rPr>
                <w:rFonts w:ascii="Times New Roman" w:hAnsi="Times New Roman" w:eastAsia="Times New Roman"/>
                <w:b w:val="0"/>
                <w:i w:val="0"/>
                <w:sz w:val="18"/>
              </w:rPr>
              <w:t>....................</w:t>
            </w:r>
          </w:p>
        </w:tc>
      </w:tr>
      <w:tr>
        <w:tc>
          <w:tcPr>
            <w:tcW w:type="dxa" w:w="454"/>
            <w:vAlign w:val="center"/>
            <w:tcMar>
              <w:top w:w="90" w:type="dxa"/>
              <w:start w:w="90" w:type="dxa"/>
              <w:bottom w:w="90" w:type="dxa"/>
              <w:end w:w="90" w:type="dxa"/>
            </w:tcMar>
          </w:tcPr>
          <w:p>
            <w:pPr>
              <w:spacing w:after="0" w:line="240" w:lineRule="auto"/>
              <w:jc w:val="center"/>
            </w:pPr>
            <w:r>
              <w:rPr>
                <w:rFonts w:ascii="Times New Roman" w:hAnsi="Times New Roman" w:eastAsia="Times New Roman"/>
                <w:b w:val="0"/>
                <w:i w:val="0"/>
                <w:sz w:val="18"/>
              </w:rPr>
              <w:t>3</w:t>
            </w:r>
          </w:p>
        </w:tc>
        <w:tc>
          <w:tcPr>
            <w:tcW w:type="dxa" w:w="2154"/>
            <w:vAlign w:val="center"/>
            <w:tcMar>
              <w:top w:w="90" w:type="dxa"/>
              <w:start w:w="90" w:type="dxa"/>
              <w:bottom w:w="90" w:type="dxa"/>
              <w:end w:w="90" w:type="dxa"/>
            </w:tcMar>
          </w:tcPr>
          <w:p>
            <w:pPr>
              <w:spacing w:after="0" w:line="240" w:lineRule="auto"/>
              <w:jc w:val="left"/>
            </w:pPr>
            <w:r>
              <w:rPr>
                <w:rFonts w:ascii="Times New Roman" w:hAnsi="Times New Roman" w:eastAsia="Times New Roman"/>
                <w:b w:val="0"/>
                <w:i w:val="0"/>
                <w:sz w:val="18"/>
              </w:rPr>
              <w:t>................................</w:t>
            </w:r>
          </w:p>
        </w:tc>
        <w:tc>
          <w:tcPr>
            <w:tcW w:type="dxa" w:w="1361"/>
            <w:vAlign w:val="center"/>
            <w:tcMar>
              <w:top w:w="90" w:type="dxa"/>
              <w:start w:w="90" w:type="dxa"/>
              <w:bottom w:w="90" w:type="dxa"/>
              <w:end w:w="90" w:type="dxa"/>
            </w:tcMar>
          </w:tcPr>
          <w:p>
            <w:pPr>
              <w:spacing w:after="0" w:line="240" w:lineRule="auto"/>
              <w:jc w:val="center"/>
            </w:pPr>
            <w:r>
              <w:rPr>
                <w:rFonts w:ascii="Times New Roman" w:hAnsi="Times New Roman" w:eastAsia="Times New Roman"/>
                <w:b w:val="0"/>
                <w:i w:val="0"/>
                <w:sz w:val="18"/>
              </w:rPr>
              <w:t>...../...../......</w:t>
            </w:r>
          </w:p>
        </w:tc>
        <w:tc>
          <w:tcPr>
            <w:tcW w:type="dxa" w:w="1361"/>
            <w:vAlign w:val="center"/>
            <w:tcMar>
              <w:top w:w="90" w:type="dxa"/>
              <w:start w:w="90" w:type="dxa"/>
              <w:bottom w:w="90" w:type="dxa"/>
              <w:end w:w="90" w:type="dxa"/>
            </w:tcMar>
          </w:tcPr>
          <w:p>
            <w:pPr>
              <w:spacing w:after="0" w:line="240" w:lineRule="auto"/>
              <w:jc w:val="center"/>
            </w:pPr>
            <w:r>
              <w:rPr>
                <w:rFonts w:ascii="Times New Roman" w:hAnsi="Times New Roman" w:eastAsia="Times New Roman"/>
                <w:b w:val="0"/>
                <w:i w:val="0"/>
                <w:sz w:val="18"/>
              </w:rPr>
              <w:t>...../...../......</w:t>
            </w:r>
          </w:p>
        </w:tc>
        <w:tc>
          <w:tcPr>
            <w:tcW w:type="dxa" w:w="1417"/>
            <w:vAlign w:val="center"/>
            <w:tcMar>
              <w:top w:w="90" w:type="dxa"/>
              <w:start w:w="90" w:type="dxa"/>
              <w:bottom w:w="90" w:type="dxa"/>
              <w:end w:w="90" w:type="dxa"/>
            </w:tcMar>
          </w:tcPr>
          <w:p>
            <w:pPr>
              <w:spacing w:after="0" w:line="240" w:lineRule="auto"/>
              <w:jc w:val="left"/>
            </w:pPr>
            <w:r>
              <w:rPr>
                <w:rFonts w:ascii="Times New Roman" w:hAnsi="Times New Roman" w:eastAsia="Times New Roman"/>
                <w:b w:val="0"/>
                <w:i w:val="0"/>
                <w:sz w:val="18"/>
              </w:rPr>
              <w:t>................................</w:t>
            </w:r>
          </w:p>
        </w:tc>
        <w:tc>
          <w:tcPr>
            <w:tcW w:type="dxa" w:w="1531"/>
            <w:vAlign w:val="center"/>
            <w:tcMar>
              <w:top w:w="90" w:type="dxa"/>
              <w:start w:w="90" w:type="dxa"/>
              <w:bottom w:w="90" w:type="dxa"/>
              <w:end w:w="90" w:type="dxa"/>
            </w:tcMar>
          </w:tcPr>
          <w:p>
            <w:pPr>
              <w:spacing w:after="0" w:line="240" w:lineRule="auto"/>
              <w:jc w:val="left"/>
            </w:pPr>
            <w:r>
              <w:rPr>
                <w:rFonts w:ascii="Times New Roman" w:hAnsi="Times New Roman" w:eastAsia="Times New Roman"/>
                <w:b w:val="0"/>
                <w:i w:val="0"/>
                <w:sz w:val="18"/>
              </w:rPr>
              <w:t>................................</w:t>
            </w:r>
          </w:p>
        </w:tc>
        <w:tc>
          <w:tcPr>
            <w:tcW w:type="dxa" w:w="1247"/>
            <w:vAlign w:val="center"/>
            <w:tcMar>
              <w:top w:w="90" w:type="dxa"/>
              <w:start w:w="90" w:type="dxa"/>
              <w:bottom w:w="90" w:type="dxa"/>
              <w:end w:w="90" w:type="dxa"/>
            </w:tcMar>
          </w:tcPr>
          <w:p>
            <w:pPr>
              <w:spacing w:after="0" w:line="240" w:lineRule="auto"/>
              <w:jc w:val="left"/>
            </w:pPr>
            <w:r>
              <w:rPr>
                <w:rFonts w:ascii="Times New Roman" w:hAnsi="Times New Roman" w:eastAsia="Times New Roman"/>
                <w:b w:val="0"/>
                <w:i w:val="0"/>
                <w:sz w:val="18"/>
              </w:rPr>
              <w:t>....................</w:t>
            </w:r>
          </w:p>
        </w:tc>
      </w:tr>
      <w:tr>
        <w:tc>
          <w:tcPr>
            <w:tcW w:type="dxa" w:w="454"/>
            <w:vAlign w:val="center"/>
            <w:tcMar>
              <w:top w:w="90" w:type="dxa"/>
              <w:start w:w="90" w:type="dxa"/>
              <w:bottom w:w="90" w:type="dxa"/>
              <w:end w:w="90" w:type="dxa"/>
            </w:tcMar>
          </w:tcPr>
          <w:p>
            <w:pPr>
              <w:spacing w:after="0" w:line="240" w:lineRule="auto"/>
              <w:jc w:val="center"/>
            </w:pPr>
            <w:r>
              <w:rPr>
                <w:rFonts w:ascii="Times New Roman" w:hAnsi="Times New Roman" w:eastAsia="Times New Roman"/>
                <w:b w:val="0"/>
                <w:i w:val="0"/>
                <w:sz w:val="18"/>
              </w:rPr>
              <w:t>4</w:t>
            </w:r>
          </w:p>
        </w:tc>
        <w:tc>
          <w:tcPr>
            <w:tcW w:type="dxa" w:w="2154"/>
            <w:vAlign w:val="center"/>
            <w:tcMar>
              <w:top w:w="90" w:type="dxa"/>
              <w:start w:w="90" w:type="dxa"/>
              <w:bottom w:w="90" w:type="dxa"/>
              <w:end w:w="90" w:type="dxa"/>
            </w:tcMar>
          </w:tcPr>
          <w:p>
            <w:pPr>
              <w:spacing w:after="0" w:line="240" w:lineRule="auto"/>
              <w:jc w:val="left"/>
            </w:pPr>
            <w:r>
              <w:rPr>
                <w:rFonts w:ascii="Times New Roman" w:hAnsi="Times New Roman" w:eastAsia="Times New Roman"/>
                <w:b w:val="0"/>
                <w:i w:val="0"/>
                <w:sz w:val="18"/>
              </w:rPr>
              <w:t>................................</w:t>
            </w:r>
          </w:p>
        </w:tc>
        <w:tc>
          <w:tcPr>
            <w:tcW w:type="dxa" w:w="1361"/>
            <w:vAlign w:val="center"/>
            <w:tcMar>
              <w:top w:w="90" w:type="dxa"/>
              <w:start w:w="90" w:type="dxa"/>
              <w:bottom w:w="90" w:type="dxa"/>
              <w:end w:w="90" w:type="dxa"/>
            </w:tcMar>
          </w:tcPr>
          <w:p>
            <w:pPr>
              <w:spacing w:after="0" w:line="240" w:lineRule="auto"/>
              <w:jc w:val="center"/>
            </w:pPr>
            <w:r>
              <w:rPr>
                <w:rFonts w:ascii="Times New Roman" w:hAnsi="Times New Roman" w:eastAsia="Times New Roman"/>
                <w:b w:val="0"/>
                <w:i w:val="0"/>
                <w:sz w:val="18"/>
              </w:rPr>
              <w:t>...../...../......</w:t>
            </w:r>
          </w:p>
        </w:tc>
        <w:tc>
          <w:tcPr>
            <w:tcW w:type="dxa" w:w="1361"/>
            <w:vAlign w:val="center"/>
            <w:tcMar>
              <w:top w:w="90" w:type="dxa"/>
              <w:start w:w="90" w:type="dxa"/>
              <w:bottom w:w="90" w:type="dxa"/>
              <w:end w:w="90" w:type="dxa"/>
            </w:tcMar>
          </w:tcPr>
          <w:p>
            <w:pPr>
              <w:spacing w:after="0" w:line="240" w:lineRule="auto"/>
              <w:jc w:val="center"/>
            </w:pPr>
            <w:r>
              <w:rPr>
                <w:rFonts w:ascii="Times New Roman" w:hAnsi="Times New Roman" w:eastAsia="Times New Roman"/>
                <w:b w:val="0"/>
                <w:i w:val="0"/>
                <w:sz w:val="18"/>
              </w:rPr>
              <w:t>...../...../......</w:t>
            </w:r>
          </w:p>
        </w:tc>
        <w:tc>
          <w:tcPr>
            <w:tcW w:type="dxa" w:w="1417"/>
            <w:vAlign w:val="center"/>
            <w:tcMar>
              <w:top w:w="90" w:type="dxa"/>
              <w:start w:w="90" w:type="dxa"/>
              <w:bottom w:w="90" w:type="dxa"/>
              <w:end w:w="90" w:type="dxa"/>
            </w:tcMar>
          </w:tcPr>
          <w:p>
            <w:pPr>
              <w:spacing w:after="0" w:line="240" w:lineRule="auto"/>
              <w:jc w:val="left"/>
            </w:pPr>
            <w:r>
              <w:rPr>
                <w:rFonts w:ascii="Times New Roman" w:hAnsi="Times New Roman" w:eastAsia="Times New Roman"/>
                <w:b w:val="0"/>
                <w:i w:val="0"/>
                <w:sz w:val="18"/>
              </w:rPr>
              <w:t>................................</w:t>
            </w:r>
          </w:p>
        </w:tc>
        <w:tc>
          <w:tcPr>
            <w:tcW w:type="dxa" w:w="1531"/>
            <w:vAlign w:val="center"/>
            <w:tcMar>
              <w:top w:w="90" w:type="dxa"/>
              <w:start w:w="90" w:type="dxa"/>
              <w:bottom w:w="90" w:type="dxa"/>
              <w:end w:w="90" w:type="dxa"/>
            </w:tcMar>
          </w:tcPr>
          <w:p>
            <w:pPr>
              <w:spacing w:after="0" w:line="240" w:lineRule="auto"/>
              <w:jc w:val="left"/>
            </w:pPr>
            <w:r>
              <w:rPr>
                <w:rFonts w:ascii="Times New Roman" w:hAnsi="Times New Roman" w:eastAsia="Times New Roman"/>
                <w:b w:val="0"/>
                <w:i w:val="0"/>
                <w:sz w:val="18"/>
              </w:rPr>
              <w:t>................................</w:t>
            </w:r>
          </w:p>
        </w:tc>
        <w:tc>
          <w:tcPr>
            <w:tcW w:type="dxa" w:w="1247"/>
            <w:vAlign w:val="center"/>
            <w:tcMar>
              <w:top w:w="90" w:type="dxa"/>
              <w:start w:w="90" w:type="dxa"/>
              <w:bottom w:w="90" w:type="dxa"/>
              <w:end w:w="90" w:type="dxa"/>
            </w:tcMar>
          </w:tcPr>
          <w:p>
            <w:pPr>
              <w:spacing w:after="0" w:line="240" w:lineRule="auto"/>
              <w:jc w:val="left"/>
            </w:pPr>
            <w:r>
              <w:rPr>
                <w:rFonts w:ascii="Times New Roman" w:hAnsi="Times New Roman" w:eastAsia="Times New Roman"/>
                <w:b w:val="0"/>
                <w:i w:val="0"/>
                <w:sz w:val="18"/>
              </w:rPr>
              <w:t>....................</w:t>
            </w:r>
          </w:p>
        </w:tc>
      </w:tr>
      <w:tr>
        <w:tc>
          <w:tcPr>
            <w:tcW w:type="dxa" w:w="454"/>
            <w:vAlign w:val="center"/>
            <w:tcMar>
              <w:top w:w="90" w:type="dxa"/>
              <w:start w:w="90" w:type="dxa"/>
              <w:bottom w:w="90" w:type="dxa"/>
              <w:end w:w="90" w:type="dxa"/>
            </w:tcMar>
          </w:tcPr>
          <w:p>
            <w:pPr>
              <w:spacing w:after="0" w:line="240" w:lineRule="auto"/>
              <w:jc w:val="center"/>
            </w:pPr>
            <w:r>
              <w:rPr>
                <w:rFonts w:ascii="Times New Roman" w:hAnsi="Times New Roman" w:eastAsia="Times New Roman"/>
                <w:b w:val="0"/>
                <w:i w:val="0"/>
                <w:sz w:val="18"/>
              </w:rPr>
              <w:t>5</w:t>
            </w:r>
          </w:p>
        </w:tc>
        <w:tc>
          <w:tcPr>
            <w:tcW w:type="dxa" w:w="2154"/>
            <w:vAlign w:val="center"/>
            <w:tcMar>
              <w:top w:w="90" w:type="dxa"/>
              <w:start w:w="90" w:type="dxa"/>
              <w:bottom w:w="90" w:type="dxa"/>
              <w:end w:w="90" w:type="dxa"/>
            </w:tcMar>
          </w:tcPr>
          <w:p>
            <w:pPr>
              <w:spacing w:after="0" w:line="240" w:lineRule="auto"/>
              <w:jc w:val="left"/>
            </w:pPr>
            <w:r>
              <w:rPr>
                <w:rFonts w:ascii="Times New Roman" w:hAnsi="Times New Roman" w:eastAsia="Times New Roman"/>
                <w:b w:val="0"/>
                <w:i w:val="0"/>
                <w:sz w:val="18"/>
              </w:rPr>
              <w:t>................................</w:t>
            </w:r>
          </w:p>
        </w:tc>
        <w:tc>
          <w:tcPr>
            <w:tcW w:type="dxa" w:w="1361"/>
            <w:vAlign w:val="center"/>
            <w:tcMar>
              <w:top w:w="90" w:type="dxa"/>
              <w:start w:w="90" w:type="dxa"/>
              <w:bottom w:w="90" w:type="dxa"/>
              <w:end w:w="90" w:type="dxa"/>
            </w:tcMar>
          </w:tcPr>
          <w:p>
            <w:pPr>
              <w:spacing w:after="0" w:line="240" w:lineRule="auto"/>
              <w:jc w:val="center"/>
            </w:pPr>
            <w:r>
              <w:rPr>
                <w:rFonts w:ascii="Times New Roman" w:hAnsi="Times New Roman" w:eastAsia="Times New Roman"/>
                <w:b w:val="0"/>
                <w:i w:val="0"/>
                <w:sz w:val="18"/>
              </w:rPr>
              <w:t>...../...../......</w:t>
            </w:r>
          </w:p>
        </w:tc>
        <w:tc>
          <w:tcPr>
            <w:tcW w:type="dxa" w:w="1361"/>
            <w:vAlign w:val="center"/>
            <w:tcMar>
              <w:top w:w="90" w:type="dxa"/>
              <w:start w:w="90" w:type="dxa"/>
              <w:bottom w:w="90" w:type="dxa"/>
              <w:end w:w="90" w:type="dxa"/>
            </w:tcMar>
          </w:tcPr>
          <w:p>
            <w:pPr>
              <w:spacing w:after="0" w:line="240" w:lineRule="auto"/>
              <w:jc w:val="center"/>
            </w:pPr>
            <w:r>
              <w:rPr>
                <w:rFonts w:ascii="Times New Roman" w:hAnsi="Times New Roman" w:eastAsia="Times New Roman"/>
                <w:b w:val="0"/>
                <w:i w:val="0"/>
                <w:sz w:val="18"/>
              </w:rPr>
              <w:t>...../...../......</w:t>
            </w:r>
          </w:p>
        </w:tc>
        <w:tc>
          <w:tcPr>
            <w:tcW w:type="dxa" w:w="1417"/>
            <w:vAlign w:val="center"/>
            <w:tcMar>
              <w:top w:w="90" w:type="dxa"/>
              <w:start w:w="90" w:type="dxa"/>
              <w:bottom w:w="90" w:type="dxa"/>
              <w:end w:w="90" w:type="dxa"/>
            </w:tcMar>
          </w:tcPr>
          <w:p>
            <w:pPr>
              <w:spacing w:after="0" w:line="240" w:lineRule="auto"/>
              <w:jc w:val="left"/>
            </w:pPr>
            <w:r>
              <w:rPr>
                <w:rFonts w:ascii="Times New Roman" w:hAnsi="Times New Roman" w:eastAsia="Times New Roman"/>
                <w:b w:val="0"/>
                <w:i w:val="0"/>
                <w:sz w:val="18"/>
              </w:rPr>
              <w:t>................................</w:t>
            </w:r>
          </w:p>
        </w:tc>
        <w:tc>
          <w:tcPr>
            <w:tcW w:type="dxa" w:w="1531"/>
            <w:vAlign w:val="center"/>
            <w:tcMar>
              <w:top w:w="90" w:type="dxa"/>
              <w:start w:w="90" w:type="dxa"/>
              <w:bottom w:w="90" w:type="dxa"/>
              <w:end w:w="90" w:type="dxa"/>
            </w:tcMar>
          </w:tcPr>
          <w:p>
            <w:pPr>
              <w:spacing w:after="0" w:line="240" w:lineRule="auto"/>
              <w:jc w:val="left"/>
            </w:pPr>
            <w:r>
              <w:rPr>
                <w:rFonts w:ascii="Times New Roman" w:hAnsi="Times New Roman" w:eastAsia="Times New Roman"/>
                <w:b w:val="0"/>
                <w:i w:val="0"/>
                <w:sz w:val="18"/>
              </w:rPr>
              <w:t>................................</w:t>
            </w:r>
          </w:p>
        </w:tc>
        <w:tc>
          <w:tcPr>
            <w:tcW w:type="dxa" w:w="1247"/>
            <w:vAlign w:val="center"/>
            <w:tcMar>
              <w:top w:w="90" w:type="dxa"/>
              <w:start w:w="90" w:type="dxa"/>
              <w:bottom w:w="90" w:type="dxa"/>
              <w:end w:w="90" w:type="dxa"/>
            </w:tcMar>
          </w:tcPr>
          <w:p>
            <w:pPr>
              <w:spacing w:after="0" w:line="240" w:lineRule="auto"/>
              <w:jc w:val="left"/>
            </w:pPr>
            <w:r>
              <w:rPr>
                <w:rFonts w:ascii="Times New Roman" w:hAnsi="Times New Roman" w:eastAsia="Times New Roman"/>
                <w:b w:val="0"/>
                <w:i w:val="0"/>
                <w:sz w:val="18"/>
              </w:rPr>
              <w:t>....................</w:t>
            </w:r>
          </w:p>
        </w:tc>
      </w:tr>
    </w:tbl>
    <w:p>
      <w:pPr>
        <w:spacing w:after="100" w:line="276" w:lineRule="auto"/>
      </w:pPr>
      <w:r>
        <w:rPr>
          <w:rFonts w:ascii="Times New Roman" w:hAnsi="Times New Roman" w:eastAsia="Times New Roman"/>
          <w:b/>
          <w:i w:val="0"/>
          <w:sz w:val="23"/>
        </w:rPr>
        <w:t>Thời hạn hoàn thành toàn bộ phạm vi cam kết: trước ..... giờ ....., ngày ..... tháng ..... năm ........</w:t>
      </w:r>
    </w:p>
    <w:p>
      <w:pPr>
        <w:spacing w:after="120" w:line="276" w:lineRule="auto"/>
      </w:pPr>
      <w:r>
        <w:rPr>
          <w:rFonts w:ascii="Times New Roman" w:hAnsi="Times New Roman" w:eastAsia="Times New Roman"/>
          <w:b w:val="0"/>
          <w:i/>
          <w:sz w:val="21"/>
        </w:rPr>
        <w:t>Mỗi mốc hoàn thành phải được xác nhận bằng biên bản nghiệm thu, biên bản xác nhận khối lượng hoặc tài liệu tương đương theo quy định của hợp đồng và hồ sơ dự án.</w:t>
      </w:r>
    </w:p>
    <w:p>
      <w:pPr>
        <w:spacing w:after="60" w:line="276" w:lineRule="auto"/>
      </w:pPr>
      <w:r>
        <w:rPr>
          <w:rFonts w:ascii="Times New Roman" w:hAnsi="Times New Roman" w:eastAsia="Times New Roman"/>
          <w:b/>
          <w:i w:val="0"/>
          <w:sz w:val="25"/>
        </w:rPr>
        <w:t>V. TRÁCH NHIỆM CỦA BÊN B - ĐƠN VỊ THI CÔNG</w:t>
      </w:r>
    </w:p>
    <w:p>
      <w:pPr>
        <w:spacing w:after="40"/>
        <w:ind w:left="283" w:hanging="283"/>
      </w:pPr>
      <w:r>
        <w:rPr>
          <w:rFonts w:ascii="Times New Roman" w:hAnsi="Times New Roman" w:eastAsia="Times New Roman"/>
          <w:b/>
          <w:i w:val="0"/>
          <w:sz w:val="22"/>
        </w:rPr>
        <w:t xml:space="preserve">1. </w:t>
      </w:r>
      <w:r>
        <w:rPr>
          <w:rFonts w:ascii="Times New Roman" w:hAnsi="Times New Roman" w:eastAsia="Times New Roman"/>
          <w:b w:val="0"/>
          <w:i w:val="0"/>
          <w:sz w:val="22"/>
        </w:rPr>
        <w:t>Tổ chức đủ nhân lực, vật tư, máy móc và biện pháp thi công cần thiết để đáp ứng tiến độ đã cam kết.</w:t>
      </w:r>
    </w:p>
    <w:p>
      <w:pPr>
        <w:spacing w:after="40"/>
        <w:ind w:left="283" w:hanging="283"/>
      </w:pPr>
      <w:r>
        <w:rPr>
          <w:rFonts w:ascii="Times New Roman" w:hAnsi="Times New Roman" w:eastAsia="Times New Roman"/>
          <w:b/>
          <w:i w:val="0"/>
          <w:sz w:val="22"/>
        </w:rPr>
        <w:t xml:space="preserve">2. </w:t>
      </w:r>
      <w:r>
        <w:rPr>
          <w:rFonts w:ascii="Times New Roman" w:hAnsi="Times New Roman" w:eastAsia="Times New Roman"/>
          <w:b w:val="0"/>
          <w:i w:val="0"/>
          <w:sz w:val="22"/>
        </w:rPr>
        <w:t>Thi công đúng phạm vi, hồ sơ thiết kế, tiêu chuẩn kỹ thuật, yêu cầu chất lượng, an toàn lao động và quy định tại công trường.</w:t>
      </w:r>
    </w:p>
    <w:p>
      <w:pPr>
        <w:spacing w:after="40"/>
        <w:ind w:left="283" w:hanging="283"/>
      </w:pPr>
      <w:r>
        <w:rPr>
          <w:rFonts w:ascii="Times New Roman" w:hAnsi="Times New Roman" w:eastAsia="Times New Roman"/>
          <w:b/>
          <w:i w:val="0"/>
          <w:sz w:val="22"/>
        </w:rPr>
        <w:t xml:space="preserve">3. </w:t>
      </w:r>
      <w:r>
        <w:rPr>
          <w:rFonts w:ascii="Times New Roman" w:hAnsi="Times New Roman" w:eastAsia="Times New Roman"/>
          <w:b w:val="0"/>
          <w:i w:val="0"/>
          <w:sz w:val="22"/>
        </w:rPr>
        <w:t>Chủ động báo cáo tiến độ; thông báo ngay cho Bên A khi phát sinh rủi ro có khả năng ảnh hưởng đến mốc hoàn thành.</w:t>
      </w:r>
    </w:p>
    <w:p>
      <w:pPr>
        <w:spacing w:after="40"/>
        <w:ind w:left="283" w:hanging="283"/>
      </w:pPr>
      <w:r>
        <w:rPr>
          <w:rFonts w:ascii="Times New Roman" w:hAnsi="Times New Roman" w:eastAsia="Times New Roman"/>
          <w:b/>
          <w:i w:val="0"/>
          <w:sz w:val="22"/>
        </w:rPr>
        <w:t xml:space="preserve">4. </w:t>
      </w:r>
      <w:r>
        <w:rPr>
          <w:rFonts w:ascii="Times New Roman" w:hAnsi="Times New Roman" w:eastAsia="Times New Roman"/>
          <w:b w:val="0"/>
          <w:i w:val="0"/>
          <w:sz w:val="22"/>
        </w:rPr>
        <w:t>Khắc phục các tồn tại sau kiểm tra/nghiệm thu trong thời hạn được thống nhất, không làm ảnh hưởng tiến độ chung.</w:t>
      </w:r>
    </w:p>
    <w:p>
      <w:pPr>
        <w:spacing w:after="40"/>
        <w:ind w:left="283" w:hanging="283"/>
      </w:pPr>
      <w:r>
        <w:rPr>
          <w:rFonts w:ascii="Times New Roman" w:hAnsi="Times New Roman" w:eastAsia="Times New Roman"/>
          <w:b/>
          <w:i w:val="0"/>
          <w:sz w:val="22"/>
        </w:rPr>
        <w:t xml:space="preserve">5. </w:t>
      </w:r>
      <w:r>
        <w:rPr>
          <w:rFonts w:ascii="Times New Roman" w:hAnsi="Times New Roman" w:eastAsia="Times New Roman"/>
          <w:b w:val="0"/>
          <w:i w:val="0"/>
          <w:sz w:val="22"/>
        </w:rPr>
        <w:t>Chịu trách nhiệm về phần công việc do mình thực hiện và các hậu quả phát sinh do chậm tiến độ thuộc lỗi của Bên B.</w:t>
      </w:r>
    </w:p>
    <w:p>
      <w:pPr>
        <w:spacing w:after="60" w:line="276" w:lineRule="auto"/>
      </w:pPr>
      <w:r>
        <w:rPr>
          <w:rFonts w:ascii="Times New Roman" w:hAnsi="Times New Roman" w:eastAsia="Times New Roman"/>
          <w:b/>
          <w:i w:val="0"/>
          <w:sz w:val="25"/>
        </w:rPr>
        <w:t>VI. TRÁCH NHIỆM CỦA BÊN A</w:t>
      </w:r>
    </w:p>
    <w:p>
      <w:pPr>
        <w:spacing w:after="40"/>
        <w:ind w:left="283" w:hanging="283"/>
      </w:pPr>
      <w:r>
        <w:rPr>
          <w:rFonts w:ascii="Times New Roman" w:hAnsi="Times New Roman" w:eastAsia="Times New Roman"/>
          <w:b/>
          <w:i w:val="0"/>
          <w:sz w:val="22"/>
        </w:rPr>
        <w:t xml:space="preserve">1. </w:t>
      </w:r>
      <w:r>
        <w:rPr>
          <w:rFonts w:ascii="Times New Roman" w:hAnsi="Times New Roman" w:eastAsia="Times New Roman"/>
          <w:b w:val="0"/>
          <w:i w:val="0"/>
          <w:sz w:val="22"/>
        </w:rPr>
        <w:t>Bàn giao mặt bằng, hồ sơ, thông tin và các điều kiện cần thiết thuộc trách nhiệm của Bên A theo thỏa thuận.</w:t>
      </w:r>
    </w:p>
    <w:p>
      <w:pPr>
        <w:spacing w:after="40"/>
        <w:ind w:left="283" w:hanging="283"/>
      </w:pPr>
      <w:r>
        <w:rPr>
          <w:rFonts w:ascii="Times New Roman" w:hAnsi="Times New Roman" w:eastAsia="Times New Roman"/>
          <w:b/>
          <w:i w:val="0"/>
          <w:sz w:val="22"/>
        </w:rPr>
        <w:t xml:space="preserve">2. </w:t>
      </w:r>
      <w:r>
        <w:rPr>
          <w:rFonts w:ascii="Times New Roman" w:hAnsi="Times New Roman" w:eastAsia="Times New Roman"/>
          <w:b w:val="0"/>
          <w:i w:val="0"/>
          <w:sz w:val="22"/>
        </w:rPr>
        <w:t>Phối hợp kiểm tra, xác nhận khối lượng và tổ chức nghiệm thu các mốc theo tiến độ khi Bên B đáp ứng điều kiện nghiệm thu.</w:t>
      </w:r>
    </w:p>
    <w:p>
      <w:pPr>
        <w:spacing w:after="40"/>
        <w:ind w:left="283" w:hanging="283"/>
      </w:pPr>
      <w:r>
        <w:rPr>
          <w:rFonts w:ascii="Times New Roman" w:hAnsi="Times New Roman" w:eastAsia="Times New Roman"/>
          <w:b/>
          <w:i w:val="0"/>
          <w:sz w:val="22"/>
        </w:rPr>
        <w:t xml:space="preserve">3. </w:t>
      </w:r>
      <w:r>
        <w:rPr>
          <w:rFonts w:ascii="Times New Roman" w:hAnsi="Times New Roman" w:eastAsia="Times New Roman"/>
          <w:b w:val="0"/>
          <w:i w:val="0"/>
          <w:sz w:val="22"/>
        </w:rPr>
        <w:t>Phản hồi kịp thời các đề xuất, hồ sơ trình duyệt hoặc vướng mắc có thể ảnh hưởng đến tiến độ.</w:t>
      </w:r>
    </w:p>
    <w:p>
      <w:pPr>
        <w:spacing w:after="40"/>
        <w:ind w:left="283" w:hanging="283"/>
      </w:pPr>
      <w:r>
        <w:rPr>
          <w:rFonts w:ascii="Times New Roman" w:hAnsi="Times New Roman" w:eastAsia="Times New Roman"/>
          <w:b/>
          <w:i w:val="0"/>
          <w:sz w:val="22"/>
        </w:rPr>
        <w:t xml:space="preserve">4. </w:t>
      </w:r>
      <w:r>
        <w:rPr>
          <w:rFonts w:ascii="Times New Roman" w:hAnsi="Times New Roman" w:eastAsia="Times New Roman"/>
          <w:b w:val="0"/>
          <w:i w:val="0"/>
          <w:sz w:val="22"/>
        </w:rPr>
        <w:t>Thực hiện các nghĩa vụ khác theo hợp đồng và hồ sơ dự án.</w:t>
      </w:r>
    </w:p>
    <w:p>
      <w:pPr>
        <w:spacing w:after="60" w:line="276" w:lineRule="auto"/>
      </w:pPr>
      <w:r>
        <w:rPr>
          <w:rFonts w:ascii="Times New Roman" w:hAnsi="Times New Roman" w:eastAsia="Times New Roman"/>
          <w:b/>
          <w:i w:val="0"/>
          <w:sz w:val="25"/>
        </w:rPr>
        <w:t>VII. CÁCH XÁC NHẬN KẾT QUẢ VÀ NGHIỆM THU</w:t>
      </w:r>
    </w:p>
    <w:p>
      <w:pPr>
        <w:spacing w:after="40"/>
        <w:ind w:left="283" w:hanging="170"/>
      </w:pPr>
      <w:r>
        <w:rPr>
          <w:rFonts w:ascii="Times New Roman" w:hAnsi="Times New Roman" w:eastAsia="Times New Roman"/>
          <w:b w:val="0"/>
          <w:i w:val="0"/>
          <w:sz w:val="22"/>
        </w:rPr>
        <w:t xml:space="preserve">• </w:t>
      </w:r>
      <w:r>
        <w:rPr>
          <w:rFonts w:ascii="Times New Roman" w:hAnsi="Times New Roman" w:eastAsia="Times New Roman"/>
          <w:b w:val="0"/>
          <w:i w:val="0"/>
          <w:sz w:val="22"/>
        </w:rPr>
        <w:t>Kết quả hoàn thành được xác nhận trên cơ sở hồ sơ chất lượng, khối lượng thực tế, biên bản nghiệm thu và tài liệu liên quan.</w:t>
      </w:r>
    </w:p>
    <w:p>
      <w:pPr>
        <w:spacing w:after="40"/>
        <w:ind w:left="283" w:hanging="170"/>
      </w:pPr>
      <w:r>
        <w:rPr>
          <w:rFonts w:ascii="Times New Roman" w:hAnsi="Times New Roman" w:eastAsia="Times New Roman"/>
          <w:b w:val="0"/>
          <w:i w:val="0"/>
          <w:sz w:val="22"/>
        </w:rPr>
        <w:t xml:space="preserve">• </w:t>
      </w:r>
      <w:r>
        <w:rPr>
          <w:rFonts w:ascii="Times New Roman" w:hAnsi="Times New Roman" w:eastAsia="Times New Roman"/>
          <w:b w:val="0"/>
          <w:i w:val="0"/>
          <w:sz w:val="22"/>
        </w:rPr>
        <w:t>Đại diện có thẩm quyền của hai bên ký xác nhận cho từng mốc hoặc từng hạng mục khi đủ điều kiện.</w:t>
      </w:r>
    </w:p>
    <w:p>
      <w:pPr>
        <w:spacing w:after="40"/>
        <w:ind w:left="283" w:hanging="170"/>
      </w:pPr>
      <w:r>
        <w:rPr>
          <w:rFonts w:ascii="Times New Roman" w:hAnsi="Times New Roman" w:eastAsia="Times New Roman"/>
          <w:b w:val="0"/>
          <w:i w:val="0"/>
          <w:sz w:val="22"/>
        </w:rPr>
        <w:t xml:space="preserve">• </w:t>
      </w:r>
      <w:r>
        <w:rPr>
          <w:rFonts w:ascii="Times New Roman" w:hAnsi="Times New Roman" w:eastAsia="Times New Roman"/>
          <w:b w:val="0"/>
          <w:i w:val="0"/>
          <w:sz w:val="22"/>
        </w:rPr>
        <w:t>Trường hợp chưa đạt yêu cầu, biên bản nghiệm thu/biên bản kiểm tra phải nêu rõ tồn tại, thời hạn khắc phục và thời điểm nghiệm thu lại.</w:t>
      </w:r>
    </w:p>
    <w:p>
      <w:pPr>
        <w:spacing w:after="60" w:line="276" w:lineRule="auto"/>
      </w:pPr>
      <w:r>
        <w:rPr>
          <w:rFonts w:ascii="Times New Roman" w:hAnsi="Times New Roman" w:eastAsia="Times New Roman"/>
          <w:b/>
          <w:i w:val="0"/>
          <w:sz w:val="25"/>
        </w:rPr>
        <w:t>VIII. XỬ LÝ TRƯỜNG HỢP CHẬM TIẾN ĐỘ</w:t>
      </w:r>
    </w:p>
    <w:p>
      <w:pPr>
        <w:spacing w:after="80" w:line="276" w:lineRule="auto"/>
        <w:ind w:firstLine="397"/>
      </w:pPr>
      <w:r>
        <w:rPr>
          <w:rFonts w:ascii="Times New Roman" w:hAnsi="Times New Roman" w:eastAsia="Times New Roman"/>
          <w:b w:val="0"/>
          <w:i w:val="0"/>
          <w:sz w:val="22"/>
        </w:rPr>
        <w:t>Nếu có nguy cơ chậm tiến độ, bên có trách nhiệm phải thông báo bằng văn bản ngay khi phát hiện, nêu nguyên nhân, mức độ ảnh hưởng và phương án bù tiến độ. Việc gia hạn, điều chỉnh mốc hoặc xử lý trách nhiệm chỉ có giá trị khi được hai bên thống nhất bằng văn bản và phù hợp với hợp đồng đã ký.</w:t>
      </w:r>
    </w:p>
    <w:p>
      <w:pPr>
        <w:spacing w:after="40" w:line="264" w:lineRule="auto"/>
      </w:pPr>
      <w:r>
        <w:rPr>
          <w:rFonts w:ascii="Times New Roman" w:hAnsi="Times New Roman" w:eastAsia="Times New Roman"/>
          <w:b/>
          <w:i w:val="0"/>
          <w:sz w:val="24"/>
        </w:rPr>
        <w:t>Mức phạt/bồi thường hoặc biện pháp xử lý khác (nếu áp dụng theo hợp đồng):</w:t>
      </w:r>
      <w:r>
        <w:rPr>
          <w:rFonts w:ascii="Times New Roman" w:hAnsi="Times New Roman" w:eastAsia="Times New Roman"/>
          <w:b w:val="0"/>
          <w:i w:val="0"/>
          <w:sz w:val="24"/>
        </w:rPr>
        <w:t xml:space="preserve"> ........................................................................................................................</w:t>
      </w:r>
    </w:p>
    <w:p>
      <w:pPr>
        <w:spacing w:after="60" w:line="276" w:lineRule="auto"/>
      </w:pPr>
      <w:r>
        <w:rPr>
          <w:rFonts w:ascii="Times New Roman" w:hAnsi="Times New Roman" w:eastAsia="Times New Roman"/>
          <w:b/>
          <w:i w:val="0"/>
          <w:sz w:val="25"/>
        </w:rPr>
        <w:t>IX. ĐIỀU KHOẢN CHUNG</w:t>
      </w:r>
    </w:p>
    <w:p>
      <w:pPr>
        <w:spacing w:after="40"/>
        <w:ind w:left="283" w:hanging="283"/>
      </w:pPr>
      <w:r>
        <w:rPr>
          <w:rFonts w:ascii="Times New Roman" w:hAnsi="Times New Roman" w:eastAsia="Times New Roman"/>
          <w:b/>
          <w:i w:val="0"/>
          <w:sz w:val="22"/>
        </w:rPr>
        <w:t xml:space="preserve">1. </w:t>
      </w:r>
      <w:r>
        <w:rPr>
          <w:rFonts w:ascii="Times New Roman" w:hAnsi="Times New Roman" w:eastAsia="Times New Roman"/>
          <w:b w:val="0"/>
          <w:i w:val="0"/>
          <w:sz w:val="22"/>
        </w:rPr>
        <w:t>Biên bản này là căn cứ theo dõi và đối chiếu tiến độ thực hiện giữa hai bên; không thay thế các nội dung bắt buộc của hợp đồng, phụ lục hợp đồng hoặc hồ sơ pháp lý của dự án.</w:t>
      </w:r>
    </w:p>
    <w:p>
      <w:pPr>
        <w:spacing w:after="40"/>
        <w:ind w:left="283" w:hanging="283"/>
      </w:pPr>
      <w:r>
        <w:rPr>
          <w:rFonts w:ascii="Times New Roman" w:hAnsi="Times New Roman" w:eastAsia="Times New Roman"/>
          <w:b/>
          <w:i w:val="0"/>
          <w:sz w:val="22"/>
        </w:rPr>
        <w:t xml:space="preserve">2. </w:t>
      </w:r>
      <w:r>
        <w:rPr>
          <w:rFonts w:ascii="Times New Roman" w:hAnsi="Times New Roman" w:eastAsia="Times New Roman"/>
          <w:b w:val="0"/>
          <w:i w:val="0"/>
          <w:sz w:val="22"/>
        </w:rPr>
        <w:t>Mọi điều chỉnh so với cam kết này phải được lập thành văn bản và có xác nhận của đại diện có thẩm quyền của hai bên.</w:t>
      </w:r>
    </w:p>
    <w:p>
      <w:pPr>
        <w:spacing w:after="40"/>
        <w:ind w:left="283" w:hanging="283"/>
      </w:pPr>
      <w:r>
        <w:rPr>
          <w:rFonts w:ascii="Times New Roman" w:hAnsi="Times New Roman" w:eastAsia="Times New Roman"/>
          <w:b/>
          <w:i w:val="0"/>
          <w:sz w:val="22"/>
        </w:rPr>
        <w:t xml:space="preserve">3. </w:t>
      </w:r>
      <w:r>
        <w:rPr>
          <w:rFonts w:ascii="Times New Roman" w:hAnsi="Times New Roman" w:eastAsia="Times New Roman"/>
          <w:b w:val="0"/>
          <w:i w:val="0"/>
          <w:sz w:val="22"/>
        </w:rPr>
        <w:t>Biên bản được lập thành 02 bản có giá trị như nhau, mỗi bên giữ 01 bản để thực hiện và đối chiếu.</w:t>
      </w:r>
    </w:p>
    <w:p>
      <w:pPr>
        <w:spacing w:after="160" w:line="276" w:lineRule="auto"/>
        <w:ind w:firstLine="397"/>
      </w:pPr>
      <w:r>
        <w:rPr>
          <w:rFonts w:ascii="Times New Roman" w:hAnsi="Times New Roman" w:eastAsia="Times New Roman"/>
          <w:b w:val="0"/>
          <w:i w:val="0"/>
          <w:sz w:val="22"/>
        </w:rPr>
        <w:t>Biên bản kết thúc vào ..... giờ ..... cùng ngày. Các bên đã đọc, hiểu, thống nhất nội dung và cùng ký xác nhận.</w:t>
      </w:r>
    </w:p>
    <w:tbl>
      <w:tblPr>
        <w:tblW w:type="auto" w:w="0"/>
        <w:jc w:val="center"/>
        <w:tblLayout w:type="fixed"/>
        <w:tblLook w:firstColumn="1" w:firstRow="1" w:lastColumn="0" w:lastRow="0" w:noHBand="0" w:noVBand="1" w:val="04A0"/>
      </w:tblPr>
      <w:tblGrid>
        <w:gridCol w:w="4649"/>
        <w:gridCol w:w="4649"/>
      </w:tblGrid>
      <w:tr>
        <w:tc>
          <w:tcPr>
            <w:tcW w:type="dxa" w:w="4986"/>
          </w:tcPr>
          <w:p>
            <w:pPr>
              <w:jc w:val="center"/>
            </w:pPr>
            <w:r>
              <w:rPr>
                <w:rFonts w:ascii="Times New Roman" w:hAnsi="Times New Roman" w:eastAsia="Times New Roman"/>
                <w:b/>
                <w:i w:val="0"/>
                <w:sz w:val="22"/>
              </w:rPr>
              <w:t>ĐẠI DIỆN BÊN A</w:t>
            </w:r>
          </w:p>
          <w:p>
            <w:pPr>
              <w:jc w:val="center"/>
            </w:pPr>
            <w:r>
              <w:rPr>
                <w:rFonts w:ascii="Times New Roman" w:hAnsi="Times New Roman" w:eastAsia="Times New Roman"/>
                <w:b w:val="0"/>
                <w:i/>
                <w:sz w:val="18"/>
              </w:rPr>
              <w:t>(Ký, ghi rõ họ tên, chức vụ và đóng dấu nếu có)</w:t>
            </w:r>
          </w:p>
          <w:p/>
          <w:p/>
          <w:p/>
          <w:p/>
          <w:p>
            <w:pPr>
              <w:jc w:val="center"/>
            </w:pPr>
            <w:r>
              <w:rPr>
                <w:rFonts w:ascii="Times New Roman" w:hAnsi="Times New Roman" w:eastAsia="Times New Roman"/>
                <w:b w:val="0"/>
                <w:i w:val="0"/>
                <w:sz w:val="20"/>
              </w:rPr>
              <w:t>Họ tên: ........................................</w:t>
            </w:r>
          </w:p>
        </w:tc>
        <w:tc>
          <w:tcPr>
            <w:tcW w:type="dxa" w:w="4986"/>
          </w:tcPr>
          <w:p>
            <w:pPr>
              <w:jc w:val="center"/>
            </w:pPr>
            <w:r>
              <w:rPr>
                <w:rFonts w:ascii="Times New Roman" w:hAnsi="Times New Roman" w:eastAsia="Times New Roman"/>
                <w:b/>
                <w:i w:val="0"/>
                <w:sz w:val="22"/>
              </w:rPr>
              <w:t>ĐẠI DIỆN BÊN B</w:t>
            </w:r>
          </w:p>
          <w:p>
            <w:pPr>
              <w:jc w:val="center"/>
            </w:pPr>
            <w:r>
              <w:rPr>
                <w:rFonts w:ascii="Times New Roman" w:hAnsi="Times New Roman" w:eastAsia="Times New Roman"/>
                <w:b w:val="0"/>
                <w:i/>
                <w:sz w:val="18"/>
              </w:rPr>
              <w:t>(Ký, ghi rõ họ tên, chức vụ và đóng dấu nếu có)</w:t>
            </w:r>
          </w:p>
          <w:p/>
          <w:p/>
          <w:p/>
          <w:p/>
          <w:p>
            <w:pPr>
              <w:jc w:val="center"/>
            </w:pPr>
            <w:r>
              <w:rPr>
                <w:rFonts w:ascii="Times New Roman" w:hAnsi="Times New Roman" w:eastAsia="Times New Roman"/>
                <w:b w:val="0"/>
                <w:i w:val="0"/>
                <w:sz w:val="20"/>
              </w:rPr>
              <w:t>Họ tên: ........................................</w:t>
            </w:r>
          </w:p>
        </w:tc>
      </w:tr>
    </w:tbl>
    <w:p>
      <w:pPr>
        <w:spacing w:after="0" w:line="276" w:lineRule="auto"/>
      </w:pPr>
      <w:r>
        <w:rPr>
          <w:rFonts w:ascii="Times New Roman" w:hAnsi="Times New Roman" w:eastAsia="Times New Roman"/>
          <w:b w:val="0"/>
          <w:i/>
          <w:sz w:val="19"/>
        </w:rPr>
        <w:t>Ghi chú: Mẫu mang tính tham khảo. Khi sử dụng cho dự án xây dựng, cần đối chiếu hợp đồng, phụ lục, hồ sơ thiết kế, tiến độ được duyệt và quy định pháp luật áp dụng cho công trình.</w:t>
      </w:r>
    </w:p>
    <w:sectPr w:rsidR="00FC693F" w:rsidRPr="0006063C" w:rsidSect="00034616">
      <w:footerReference w:type="default" r:id="rId9"/>
      <w:pgSz w:w="12240" w:h="15840"/>
      <w:pgMar w:top="907" w:right="1020" w:bottom="907"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Times New Roman" w:hAnsi="Times New Roman" w:eastAsia="Times New Roman"/>
        <w:b w:val="0"/>
        <w:i/>
        <w:sz w:val="16"/>
      </w:rPr>
      <w:t>Mẫu biên bản cam kết tiến độ thi công</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