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241.0" w:type="dxa"/>
        <w:jc w:val="left"/>
        <w:tblInd w:w="-115.0" w:type="dxa"/>
        <w:tblLayout w:type="fixed"/>
        <w:tblLook w:val="0400"/>
      </w:tblPr>
      <w:tblGrid>
        <w:gridCol w:w="3969"/>
        <w:gridCol w:w="5272"/>
        <w:tblGridChange w:id="0">
          <w:tblGrid>
            <w:gridCol w:w="3969"/>
            <w:gridCol w:w="5272"/>
          </w:tblGrid>
        </w:tblGridChange>
      </w:tblGrid>
      <w:tr>
        <w:trPr>
          <w:cantSplit w:val="0"/>
          <w:tblHeader w:val="0"/>
        </w:trPr>
        <w:tc>
          <w:tcPr/>
          <w:p w:rsidR="00000000" w:rsidDel="00000000" w:rsidP="00000000" w:rsidRDefault="00000000" w:rsidRPr="00000000" w14:paraId="00000002">
            <w:pPr>
              <w:jc w:val="center"/>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TÊN DOANH NGHIỆP</w:t>
            </w:r>
            <w:r w:rsidDel="00000000" w:rsidR="00000000" w:rsidRPr="00000000">
              <w:rPr>
                <w:rtl w:val="0"/>
              </w:rPr>
            </w:r>
          </w:p>
          <w:p w:rsidR="00000000" w:rsidDel="00000000" w:rsidP="00000000" w:rsidRDefault="00000000" w:rsidRPr="00000000" w14:paraId="00000003">
            <w:pPr>
              <w:spacing w:after="0" w:lineRule="auto"/>
              <w:jc w:val="center"/>
              <w:rPr>
                <w:color w:val="000000"/>
              </w:rPr>
            </w:pPr>
            <w:r w:rsidDel="00000000" w:rsidR="00000000" w:rsidRPr="00000000">
              <w:rPr>
                <w:color w:val="000000"/>
                <w:rtl w:val="0"/>
              </w:rPr>
              <w:t xml:space="preserve">........................................</w:t>
            </w:r>
          </w:p>
        </w:tc>
        <w:tc>
          <w:tcPr/>
          <w:p w:rsidR="00000000" w:rsidDel="00000000" w:rsidP="00000000" w:rsidRDefault="00000000" w:rsidRPr="00000000" w14:paraId="00000004">
            <w:pPr>
              <w:jc w:val="center"/>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CỘNG HÒA XÃ HỘI CHỦ NGHĨA VIỆT NAM</w:t>
            </w:r>
            <w:r w:rsidDel="00000000" w:rsidR="00000000" w:rsidRPr="00000000">
              <w:rPr>
                <w:rtl w:val="0"/>
              </w:rPr>
            </w:r>
          </w:p>
          <w:p w:rsidR="00000000" w:rsidDel="00000000" w:rsidP="00000000" w:rsidRDefault="00000000" w:rsidRPr="00000000" w14:paraId="00000005">
            <w:pPr>
              <w:spacing w:after="0" w:lineRule="auto"/>
              <w:jc w:val="center"/>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Độc lập - Tự do - Hạnh phúc</w:t>
            </w:r>
            <w:r w:rsidDel="00000000" w:rsidR="00000000" w:rsidRPr="00000000">
              <w:rPr>
                <w:rtl w:val="0"/>
              </w:rPr>
            </w:r>
          </w:p>
          <w:p w:rsidR="00000000" w:rsidDel="00000000" w:rsidP="00000000" w:rsidRDefault="00000000" w:rsidRPr="00000000" w14:paraId="00000006">
            <w:pPr>
              <w:spacing w:after="0" w:lineRule="auto"/>
              <w:jc w:val="center"/>
              <w:rPr>
                <w:color w:val="000000"/>
              </w:rPr>
            </w:pPr>
            <w:r w:rsidDel="00000000" w:rsidR="00000000" w:rsidRPr="00000000">
              <w:rPr>
                <w:rFonts w:ascii="Times New Roman" w:cs="Times New Roman" w:eastAsia="Times New Roman" w:hAnsi="Times New Roman"/>
                <w:b w:val="0"/>
                <w:bCs w:val="0"/>
                <w:i w:val="0"/>
                <w:iCs w:val="0"/>
                <w:color w:val="000000"/>
                <w:sz w:val="18"/>
                <w:szCs w:val="18"/>
                <w:rtl w:val="0"/>
              </w:rPr>
              <w:t xml:space="preserve">__________________________</w:t>
            </w:r>
            <w:r w:rsidDel="00000000" w:rsidR="00000000" w:rsidRPr="00000000">
              <w:rPr>
                <w:rtl w:val="0"/>
              </w:rPr>
            </w:r>
          </w:p>
        </w:tc>
      </w:tr>
    </w:tbl>
    <w:p w:rsidR="00000000" w:rsidDel="00000000" w:rsidP="00000000" w:rsidRDefault="00000000" w:rsidRPr="00000000" w14:paraId="00000007">
      <w:pPr>
        <w:spacing w:after="180" w:before="300" w:lineRule="auto"/>
        <w:jc w:val="center"/>
        <w:rPr>
          <w:color w:val="000000"/>
        </w:rPr>
      </w:pPr>
      <w:r w:rsidDel="00000000" w:rsidR="00000000" w:rsidRPr="00000000">
        <w:rPr>
          <w:rFonts w:ascii="Times New Roman" w:cs="Times New Roman" w:eastAsia="Times New Roman" w:hAnsi="Times New Roman"/>
          <w:b w:val="1"/>
          <w:bCs w:val="1"/>
          <w:i w:val="0"/>
          <w:iCs w:val="0"/>
          <w:color w:val="000000"/>
          <w:sz w:val="32"/>
          <w:szCs w:val="32"/>
          <w:rtl w:val="0"/>
        </w:rPr>
        <w:t xml:space="preserve">ĐƠN XIN NGHỈ PHÉP ĐÁM CƯỚI</w:t>
      </w:r>
      <w:r w:rsidDel="00000000" w:rsidR="00000000" w:rsidRPr="00000000">
        <w:rPr>
          <w:rtl w:val="0"/>
        </w:rPr>
      </w:r>
    </w:p>
    <w:p w:rsidR="00000000" w:rsidDel="00000000" w:rsidP="00000000" w:rsidRDefault="00000000" w:rsidRPr="00000000" w14:paraId="00000008">
      <w:pPr>
        <w:spacing w:after="200" w:lineRule="auto"/>
        <w:rPr>
          <w:color w:val="000000"/>
        </w:rPr>
      </w:pPr>
      <w:r w:rsidDel="00000000" w:rsidR="00000000" w:rsidRPr="00000000">
        <w:rPr>
          <w:rFonts w:ascii="Times New Roman" w:cs="Times New Roman" w:eastAsia="Times New Roman" w:hAnsi="Times New Roman"/>
          <w:b w:val="1"/>
          <w:bCs w:val="1"/>
          <w:i w:val="0"/>
          <w:iCs w:val="0"/>
          <w:color w:val="000000"/>
          <w:rtl w:val="0"/>
        </w:rPr>
        <w:t xml:space="preserve">Kính gửi: </w:t>
      </w:r>
      <w:r w:rsidDel="00000000" w:rsidR="00000000" w:rsidRPr="00000000">
        <w:rPr>
          <w:rFonts w:ascii="Times New Roman" w:cs="Times New Roman" w:eastAsia="Times New Roman" w:hAnsi="Times New Roman"/>
          <w:b w:val="0"/>
          <w:bCs w:val="0"/>
          <w:i w:val="0"/>
          <w:iCs w:val="0"/>
          <w:color w:val="000000"/>
          <w:rtl w:val="0"/>
        </w:rPr>
        <w:t xml:space="preserve">Ban Giám đốc, Phòng Nhân sự và Quản lý trực tiếp của ..................................................</w:t>
      </w:r>
      <w:r w:rsidDel="00000000" w:rsidR="00000000" w:rsidRPr="00000000">
        <w:rPr>
          <w:rtl w:val="0"/>
        </w:rPr>
      </w:r>
    </w:p>
    <w:p w:rsidR="00000000" w:rsidDel="00000000" w:rsidP="00000000" w:rsidRDefault="00000000" w:rsidRPr="00000000" w14:paraId="00000009">
      <w:pPr>
        <w:spacing w:after="100" w:lineRule="auto"/>
        <w:rPr>
          <w:color w:val="000000"/>
        </w:rPr>
      </w:pPr>
      <w:r w:rsidDel="00000000" w:rsidR="00000000" w:rsidRPr="00000000">
        <w:rPr>
          <w:rFonts w:ascii="Times New Roman" w:cs="Times New Roman" w:eastAsia="Times New Roman" w:hAnsi="Times New Roman"/>
          <w:b w:val="1"/>
          <w:bCs w:val="1"/>
          <w:i w:val="0"/>
          <w:iCs w:val="0"/>
          <w:color w:val="000000"/>
          <w:rtl w:val="0"/>
        </w:rPr>
        <w:t xml:space="preserve">Họ và tên:</w:t>
      </w:r>
      <w:r w:rsidDel="00000000" w:rsidR="00000000" w:rsidRPr="00000000">
        <w:rPr>
          <w:rFonts w:ascii="Times New Roman" w:cs="Times New Roman" w:eastAsia="Times New Roman" w:hAnsi="Times New Roman"/>
          <w:b w:val="0"/>
          <w:bCs w:val="0"/>
          <w:i w:val="0"/>
          <w:iCs w:val="0"/>
          <w:color w:val="000000"/>
          <w:rtl w:val="0"/>
        </w:rPr>
        <w:t xml:space="preserve">  ....................................................................................................</w:t>
      </w:r>
      <w:r w:rsidDel="00000000" w:rsidR="00000000" w:rsidRPr="00000000">
        <w:rPr>
          <w:rtl w:val="0"/>
        </w:rPr>
      </w:r>
    </w:p>
    <w:p w:rsidR="00000000" w:rsidDel="00000000" w:rsidP="00000000" w:rsidRDefault="00000000" w:rsidRPr="00000000" w14:paraId="0000000A">
      <w:pPr>
        <w:spacing w:after="100" w:lineRule="auto"/>
        <w:rPr>
          <w:color w:val="000000"/>
        </w:rPr>
      </w:pPr>
      <w:r w:rsidDel="00000000" w:rsidR="00000000" w:rsidRPr="00000000">
        <w:rPr>
          <w:rFonts w:ascii="Times New Roman" w:cs="Times New Roman" w:eastAsia="Times New Roman" w:hAnsi="Times New Roman"/>
          <w:b w:val="1"/>
          <w:bCs w:val="1"/>
          <w:i w:val="0"/>
          <w:iCs w:val="0"/>
          <w:color w:val="000000"/>
          <w:rtl w:val="0"/>
        </w:rPr>
        <w:t xml:space="preserve">Mã nhân viên:</w:t>
      </w:r>
      <w:r w:rsidDel="00000000" w:rsidR="00000000" w:rsidRPr="00000000">
        <w:rPr>
          <w:rFonts w:ascii="Times New Roman" w:cs="Times New Roman" w:eastAsia="Times New Roman" w:hAnsi="Times New Roman"/>
          <w:b w:val="0"/>
          <w:bCs w:val="0"/>
          <w:i w:val="0"/>
          <w:iCs w:val="0"/>
          <w:color w:val="000000"/>
          <w:rtl w:val="0"/>
        </w:rPr>
        <w:t xml:space="preserve">  ..................................    Bộ phận/Phòng ban: .............................................</w:t>
      </w:r>
      <w:r w:rsidDel="00000000" w:rsidR="00000000" w:rsidRPr="00000000">
        <w:rPr>
          <w:rtl w:val="0"/>
        </w:rPr>
      </w:r>
    </w:p>
    <w:p w:rsidR="00000000" w:rsidDel="00000000" w:rsidP="00000000" w:rsidRDefault="00000000" w:rsidRPr="00000000" w14:paraId="0000000B">
      <w:pPr>
        <w:spacing w:after="100" w:lineRule="auto"/>
        <w:rPr>
          <w:color w:val="000000"/>
        </w:rPr>
      </w:pPr>
      <w:r w:rsidDel="00000000" w:rsidR="00000000" w:rsidRPr="00000000">
        <w:rPr>
          <w:rFonts w:ascii="Times New Roman" w:cs="Times New Roman" w:eastAsia="Times New Roman" w:hAnsi="Times New Roman"/>
          <w:b w:val="1"/>
          <w:bCs w:val="1"/>
          <w:i w:val="0"/>
          <w:iCs w:val="0"/>
          <w:color w:val="000000"/>
          <w:rtl w:val="0"/>
        </w:rPr>
        <w:t xml:space="preserve">Chức danh:</w:t>
      </w:r>
      <w:r w:rsidDel="00000000" w:rsidR="00000000" w:rsidRPr="00000000">
        <w:rPr>
          <w:rFonts w:ascii="Times New Roman" w:cs="Times New Roman" w:eastAsia="Times New Roman" w:hAnsi="Times New Roman"/>
          <w:b w:val="0"/>
          <w:bCs w:val="0"/>
          <w:i w:val="0"/>
          <w:iCs w:val="0"/>
          <w:color w:val="000000"/>
          <w:rtl w:val="0"/>
        </w:rPr>
        <w:t xml:space="preserve">  ...........................................................................................................</w:t>
      </w:r>
      <w:r w:rsidDel="00000000" w:rsidR="00000000" w:rsidRPr="00000000">
        <w:rPr>
          <w:rtl w:val="0"/>
        </w:rPr>
      </w:r>
    </w:p>
    <w:p w:rsidR="00000000" w:rsidDel="00000000" w:rsidP="00000000" w:rsidRDefault="00000000" w:rsidRPr="00000000" w14:paraId="0000000C">
      <w:pPr>
        <w:spacing w:after="140" w:before="100" w:lineRule="auto"/>
        <w:rPr>
          <w:color w:val="000000"/>
        </w:rPr>
      </w:pPr>
      <w:r w:rsidDel="00000000" w:rsidR="00000000" w:rsidRPr="00000000">
        <w:rPr>
          <w:rFonts w:ascii="Times New Roman" w:cs="Times New Roman" w:eastAsia="Times New Roman" w:hAnsi="Times New Roman"/>
          <w:b w:val="0"/>
          <w:bCs w:val="0"/>
          <w:i w:val="0"/>
          <w:iCs w:val="0"/>
          <w:color w:val="000000"/>
          <w:rtl w:val="0"/>
        </w:rPr>
        <w:t xml:space="preserve">Tôi làm đơn này để thông báo và đề nghị Công ty ghi nhận thời gian nghỉ việc riêng nhân dịp kết hôn, với các thông tin sau:</w:t>
      </w:r>
      <w:r w:rsidDel="00000000" w:rsidR="00000000" w:rsidRPr="00000000">
        <w:rPr>
          <w:rtl w:val="0"/>
        </w:rPr>
      </w:r>
    </w:p>
    <w:tbl>
      <w:tblPr>
        <w:tblStyle w:val="Table2"/>
        <w:tblW w:w="9241.0" w:type="dxa"/>
        <w:jc w:val="center"/>
        <w:tblLayout w:type="fixed"/>
        <w:tblLook w:val="0400"/>
      </w:tblPr>
      <w:tblGrid>
        <w:gridCol w:w="2324"/>
        <w:gridCol w:w="6917"/>
        <w:tblGridChange w:id="0">
          <w:tblGrid>
            <w:gridCol w:w="2324"/>
            <w:gridCol w:w="6917"/>
          </w:tblGrid>
        </w:tblGridChange>
      </w:tblGrid>
      <w:tr>
        <w:trPr>
          <w:cantSplit w:val="0"/>
          <w:trHeight w:val="454" w:hRule="atLeast"/>
          <w:tblHeader w:val="0"/>
        </w:trPr>
        <w:tc>
          <w:tcPr>
            <w:tcBorders>
              <w:bottom w:color="d5dbe2" w:space="0" w:sz="5" w:val="single"/>
            </w:tcBorders>
            <w:shd w:fill="f5f7fa" w:val="clear"/>
            <w:vAlign w:val="center"/>
          </w:tcPr>
          <w:p w:rsidR="00000000" w:rsidDel="00000000" w:rsidP="00000000" w:rsidRDefault="00000000" w:rsidRPr="00000000" w14:paraId="0000000D">
            <w:pPr>
              <w:spacing w:after="40" w:before="4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Lý do nghỉ</w:t>
            </w:r>
            <w:r w:rsidDel="00000000" w:rsidR="00000000" w:rsidRPr="00000000">
              <w:rPr>
                <w:rtl w:val="0"/>
              </w:rPr>
            </w:r>
          </w:p>
        </w:tc>
        <w:tc>
          <w:tcPr>
            <w:tcBorders>
              <w:bottom w:color="d5dbe2" w:space="0" w:sz="5" w:val="single"/>
            </w:tcBorders>
            <w:shd w:fill="f9fafc" w:val="clear"/>
            <w:vAlign w:val="center"/>
          </w:tcPr>
          <w:p w:rsidR="00000000" w:rsidDel="00000000" w:rsidP="00000000" w:rsidRDefault="00000000" w:rsidRPr="00000000" w14:paraId="0000000E">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Tổ chức đám cưới của bản thân.</w:t>
            </w:r>
            <w:r w:rsidDel="00000000" w:rsidR="00000000" w:rsidRPr="00000000">
              <w:rPr>
                <w:rtl w:val="0"/>
              </w:rPr>
            </w:r>
          </w:p>
        </w:tc>
      </w:tr>
      <w:tr>
        <w:trPr>
          <w:cantSplit w:val="0"/>
          <w:trHeight w:val="454" w:hRule="atLeast"/>
          <w:tblHeader w:val="0"/>
        </w:trPr>
        <w:tc>
          <w:tcPr>
            <w:tcBorders>
              <w:bottom w:color="d5dbe2" w:space="0" w:sz="5" w:val="single"/>
            </w:tcBorders>
            <w:vAlign w:val="center"/>
          </w:tcPr>
          <w:p w:rsidR="00000000" w:rsidDel="00000000" w:rsidP="00000000" w:rsidRDefault="00000000" w:rsidRPr="00000000" w14:paraId="0000000F">
            <w:pPr>
              <w:spacing w:after="40" w:before="4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Thời gian nghỉ</w:t>
            </w:r>
            <w:r w:rsidDel="00000000" w:rsidR="00000000" w:rsidRPr="00000000">
              <w:rPr>
                <w:rtl w:val="0"/>
              </w:rPr>
            </w:r>
          </w:p>
        </w:tc>
        <w:tc>
          <w:tcPr>
            <w:tcBorders>
              <w:bottom w:color="d5dbe2" w:space="0" w:sz="5" w:val="single"/>
            </w:tcBorders>
            <w:vAlign w:val="center"/>
          </w:tcPr>
          <w:p w:rsidR="00000000" w:rsidDel="00000000" w:rsidP="00000000" w:rsidRDefault="00000000" w:rsidRPr="00000000" w14:paraId="00000010">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Từ ngày ....../....../.......... đến hết ngày ....../....../..........</w:t>
            </w:r>
            <w:r w:rsidDel="00000000" w:rsidR="00000000" w:rsidRPr="00000000">
              <w:rPr>
                <w:rtl w:val="0"/>
              </w:rPr>
            </w:r>
          </w:p>
        </w:tc>
      </w:tr>
      <w:tr>
        <w:trPr>
          <w:cantSplit w:val="0"/>
          <w:trHeight w:val="454" w:hRule="atLeast"/>
          <w:tblHeader w:val="0"/>
        </w:trPr>
        <w:tc>
          <w:tcPr>
            <w:tcBorders>
              <w:bottom w:color="d5dbe2" w:space="0" w:sz="5" w:val="single"/>
            </w:tcBorders>
            <w:shd w:fill="f5f7fa" w:val="clear"/>
            <w:vAlign w:val="center"/>
          </w:tcPr>
          <w:p w:rsidR="00000000" w:rsidDel="00000000" w:rsidP="00000000" w:rsidRDefault="00000000" w:rsidRPr="00000000" w14:paraId="00000011">
            <w:pPr>
              <w:spacing w:after="40" w:before="4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Tổng số ngày nghỉ</w:t>
            </w:r>
            <w:r w:rsidDel="00000000" w:rsidR="00000000" w:rsidRPr="00000000">
              <w:rPr>
                <w:rtl w:val="0"/>
              </w:rPr>
            </w:r>
          </w:p>
        </w:tc>
        <w:tc>
          <w:tcPr>
            <w:tcBorders>
              <w:bottom w:color="d5dbe2" w:space="0" w:sz="5" w:val="single"/>
            </w:tcBorders>
            <w:shd w:fill="f9fafc" w:val="clear"/>
            <w:vAlign w:val="center"/>
          </w:tcPr>
          <w:p w:rsidR="00000000" w:rsidDel="00000000" w:rsidP="00000000" w:rsidRDefault="00000000" w:rsidRPr="00000000" w14:paraId="00000012">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 ngày; trong đó ........ ngày nghỉ kết hôn hưởng nguyên lương.</w:t>
            </w:r>
            <w:r w:rsidDel="00000000" w:rsidR="00000000" w:rsidRPr="00000000">
              <w:rPr>
                <w:rtl w:val="0"/>
              </w:rPr>
            </w:r>
          </w:p>
        </w:tc>
      </w:tr>
      <w:tr>
        <w:trPr>
          <w:cantSplit w:val="0"/>
          <w:trHeight w:val="454" w:hRule="atLeast"/>
          <w:tblHeader w:val="0"/>
        </w:trPr>
        <w:tc>
          <w:tcPr>
            <w:tcBorders>
              <w:bottom w:color="d5dbe2" w:space="0" w:sz="5" w:val="single"/>
            </w:tcBorders>
            <w:vAlign w:val="center"/>
          </w:tcPr>
          <w:p w:rsidR="00000000" w:rsidDel="00000000" w:rsidP="00000000" w:rsidRDefault="00000000" w:rsidRPr="00000000" w14:paraId="00000013">
            <w:pPr>
              <w:spacing w:after="40" w:before="4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Ngày trở lại làm việc</w:t>
            </w:r>
            <w:r w:rsidDel="00000000" w:rsidR="00000000" w:rsidRPr="00000000">
              <w:rPr>
                <w:rtl w:val="0"/>
              </w:rPr>
            </w:r>
          </w:p>
        </w:tc>
        <w:tc>
          <w:tcPr>
            <w:tcBorders>
              <w:bottom w:color="d5dbe2" w:space="0" w:sz="5" w:val="single"/>
            </w:tcBorders>
            <w:vAlign w:val="center"/>
          </w:tcPr>
          <w:p w:rsidR="00000000" w:rsidDel="00000000" w:rsidP="00000000" w:rsidRDefault="00000000" w:rsidRPr="00000000" w14:paraId="00000014">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tc>
      </w:tr>
      <w:tr>
        <w:trPr>
          <w:cantSplit w:val="0"/>
          <w:trHeight w:val="454" w:hRule="atLeast"/>
          <w:tblHeader w:val="0"/>
        </w:trPr>
        <w:tc>
          <w:tcPr>
            <w:tcBorders>
              <w:bottom w:color="d5dbe2" w:space="0" w:sz="5" w:val="single"/>
            </w:tcBorders>
            <w:shd w:fill="f5f7fa" w:val="clear"/>
            <w:vAlign w:val="center"/>
          </w:tcPr>
          <w:p w:rsidR="00000000" w:rsidDel="00000000" w:rsidP="00000000" w:rsidRDefault="00000000" w:rsidRPr="00000000" w14:paraId="00000015">
            <w:pPr>
              <w:spacing w:after="40" w:before="4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Người nhận bàn giao</w:t>
            </w:r>
            <w:r w:rsidDel="00000000" w:rsidR="00000000" w:rsidRPr="00000000">
              <w:rPr>
                <w:rtl w:val="0"/>
              </w:rPr>
            </w:r>
          </w:p>
        </w:tc>
        <w:tc>
          <w:tcPr>
            <w:tcBorders>
              <w:bottom w:color="d5dbe2" w:space="0" w:sz="5" w:val="single"/>
            </w:tcBorders>
            <w:shd w:fill="f9fafc" w:val="clear"/>
            <w:vAlign w:val="center"/>
          </w:tcPr>
          <w:p w:rsidR="00000000" w:rsidDel="00000000" w:rsidP="00000000" w:rsidRDefault="00000000" w:rsidRPr="00000000" w14:paraId="00000016">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Ông/Bà: .......................................  Bộ phận: ...................................</w:t>
            </w:r>
            <w:r w:rsidDel="00000000" w:rsidR="00000000" w:rsidRPr="00000000">
              <w:rPr>
                <w:rtl w:val="0"/>
              </w:rPr>
            </w:r>
          </w:p>
        </w:tc>
      </w:tr>
      <w:tr>
        <w:trPr>
          <w:cantSplit w:val="0"/>
          <w:trHeight w:val="454" w:hRule="atLeast"/>
          <w:tblHeader w:val="0"/>
        </w:trPr>
        <w:tc>
          <w:tcPr>
            <w:tcBorders>
              <w:bottom w:color="d5dbe2" w:space="0" w:sz="5" w:val="single"/>
            </w:tcBorders>
            <w:vAlign w:val="center"/>
          </w:tcPr>
          <w:p w:rsidR="00000000" w:rsidDel="00000000" w:rsidP="00000000" w:rsidRDefault="00000000" w:rsidRPr="00000000" w14:paraId="00000017">
            <w:pPr>
              <w:spacing w:after="40" w:before="4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Nội dung bàn giao</w:t>
            </w:r>
            <w:r w:rsidDel="00000000" w:rsidR="00000000" w:rsidRPr="00000000">
              <w:rPr>
                <w:rtl w:val="0"/>
              </w:rPr>
            </w:r>
          </w:p>
        </w:tc>
        <w:tc>
          <w:tcPr>
            <w:tcBorders>
              <w:bottom w:color="d5dbe2" w:space="0" w:sz="5" w:val="single"/>
            </w:tcBorders>
            <w:vAlign w:val="center"/>
          </w:tcPr>
          <w:p w:rsidR="00000000" w:rsidDel="00000000" w:rsidP="00000000" w:rsidRDefault="00000000" w:rsidRPr="00000000" w14:paraId="00000018">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w:t>
              <w:br w:type="textWrapping"/>
              <w:t xml:space="preserve">................................................................................................</w:t>
            </w:r>
            <w:r w:rsidDel="00000000" w:rsidR="00000000" w:rsidRPr="00000000">
              <w:rPr>
                <w:rtl w:val="0"/>
              </w:rPr>
            </w:r>
          </w:p>
        </w:tc>
      </w:tr>
      <w:tr>
        <w:trPr>
          <w:cantSplit w:val="0"/>
          <w:trHeight w:val="454" w:hRule="atLeast"/>
          <w:tblHeader w:val="0"/>
        </w:trPr>
        <w:tc>
          <w:tcPr>
            <w:tcBorders>
              <w:bottom w:color="d5dbe2" w:space="0" w:sz="5" w:val="single"/>
            </w:tcBorders>
            <w:shd w:fill="f5f7fa" w:val="clear"/>
            <w:vAlign w:val="center"/>
          </w:tcPr>
          <w:p w:rsidR="00000000" w:rsidDel="00000000" w:rsidP="00000000" w:rsidRDefault="00000000" w:rsidRPr="00000000" w14:paraId="00000019">
            <w:pPr>
              <w:spacing w:after="40" w:before="4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Thông tin liên hệ</w:t>
            </w:r>
            <w:r w:rsidDel="00000000" w:rsidR="00000000" w:rsidRPr="00000000">
              <w:rPr>
                <w:rtl w:val="0"/>
              </w:rPr>
            </w:r>
          </w:p>
        </w:tc>
        <w:tc>
          <w:tcPr>
            <w:tcBorders>
              <w:bottom w:color="d5dbe2" w:space="0" w:sz="5" w:val="single"/>
            </w:tcBorders>
            <w:shd w:fill="f9fafc" w:val="clear"/>
            <w:vAlign w:val="center"/>
          </w:tcPr>
          <w:p w:rsidR="00000000" w:rsidDel="00000000" w:rsidP="00000000" w:rsidRDefault="00000000" w:rsidRPr="00000000" w14:paraId="0000001A">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Số điện thoại/email (nếu cần): ..............................................................</w:t>
            </w:r>
            <w:r w:rsidDel="00000000" w:rsidR="00000000" w:rsidRPr="00000000">
              <w:rPr>
                <w:rtl w:val="0"/>
              </w:rPr>
            </w:r>
          </w:p>
        </w:tc>
      </w:tr>
    </w:tbl>
    <w:p w:rsidR="00000000" w:rsidDel="00000000" w:rsidP="00000000" w:rsidRDefault="00000000" w:rsidRPr="00000000" w14:paraId="0000001B">
      <w:pPr>
        <w:spacing w:after="140" w:before="200" w:lineRule="auto"/>
        <w:rPr>
          <w:color w:val="000000"/>
        </w:rPr>
      </w:pPr>
      <w:r w:rsidDel="00000000" w:rsidR="00000000" w:rsidRPr="00000000">
        <w:rPr>
          <w:rFonts w:ascii="Times New Roman" w:cs="Times New Roman" w:eastAsia="Times New Roman" w:hAnsi="Times New Roman"/>
          <w:b w:val="0"/>
          <w:bCs w:val="0"/>
          <w:i w:val="0"/>
          <w:iCs w:val="0"/>
          <w:color w:val="000000"/>
          <w:rtl w:val="0"/>
        </w:rPr>
        <w:t xml:space="preserve">Tôi cam kết đã sắp xếp, bàn giao công việc cần thiết trước thời gian nghỉ và sẽ trở lại làm việc đúng ngày nêu trên. Đối với phần thời gian nghỉ ngoài chế độ (nếu có), tôi đề nghị Công ty xem xét theo quy định nội bộ và thỏa thuận giữa các bên.</w:t>
      </w:r>
      <w:r w:rsidDel="00000000" w:rsidR="00000000" w:rsidRPr="00000000">
        <w:rPr>
          <w:rtl w:val="0"/>
        </w:rPr>
      </w:r>
    </w:p>
    <w:p w:rsidR="00000000" w:rsidDel="00000000" w:rsidP="00000000" w:rsidRDefault="00000000" w:rsidRPr="00000000" w14:paraId="0000001C">
      <w:pPr>
        <w:spacing w:after="200" w:lineRule="auto"/>
        <w:rPr>
          <w:color w:val="000000"/>
        </w:rPr>
      </w:pPr>
      <w:r w:rsidDel="00000000" w:rsidR="00000000" w:rsidRPr="00000000">
        <w:rPr>
          <w:rFonts w:ascii="Times New Roman" w:cs="Times New Roman" w:eastAsia="Times New Roman" w:hAnsi="Times New Roman"/>
          <w:b w:val="0"/>
          <w:bCs w:val="0"/>
          <w:i w:val="0"/>
          <w:iCs w:val="0"/>
          <w:color w:val="000000"/>
          <w:rtl w:val="0"/>
        </w:rPr>
        <w:t xml:space="preserve">Trân trọng cảm ơn!</w:t>
      </w:r>
      <w:r w:rsidDel="00000000" w:rsidR="00000000" w:rsidRPr="00000000">
        <w:rPr>
          <w:rtl w:val="0"/>
        </w:rPr>
      </w:r>
    </w:p>
    <w:p w:rsidR="00000000" w:rsidDel="00000000" w:rsidP="00000000" w:rsidRDefault="00000000" w:rsidRPr="00000000" w14:paraId="0000001D">
      <w:pPr>
        <w:spacing w:after="160" w:lineRule="auto"/>
        <w:jc w:val="right"/>
        <w:rPr>
          <w:color w:val="000000"/>
        </w:rPr>
      </w:pPr>
      <w:r w:rsidDel="00000000" w:rsidR="00000000" w:rsidRPr="00000000">
        <w:rPr>
          <w:rFonts w:ascii="Times New Roman" w:cs="Times New Roman" w:eastAsia="Times New Roman" w:hAnsi="Times New Roman"/>
          <w:b w:val="0"/>
          <w:bCs w:val="0"/>
          <w:i w:val="1"/>
          <w:iCs w:val="1"/>
          <w:color w:val="000000"/>
          <w:rtl w:val="0"/>
        </w:rPr>
        <w:t xml:space="preserve">.................., ngày ...... tháng ...... năm ..........</w:t>
      </w:r>
      <w:r w:rsidDel="00000000" w:rsidR="00000000" w:rsidRPr="00000000">
        <w:rPr>
          <w:rtl w:val="0"/>
        </w:rPr>
      </w:r>
    </w:p>
    <w:tbl>
      <w:tblPr>
        <w:tblStyle w:val="Table3"/>
        <w:tblW w:w="9411.0" w:type="dxa"/>
        <w:jc w:val="left"/>
        <w:tblInd w:w="-115.0" w:type="dxa"/>
        <w:tblLayout w:type="fixed"/>
        <w:tblLook w:val="0400"/>
      </w:tblPr>
      <w:tblGrid>
        <w:gridCol w:w="3137"/>
        <w:gridCol w:w="3137"/>
        <w:gridCol w:w="3137"/>
        <w:tblGridChange w:id="0">
          <w:tblGrid>
            <w:gridCol w:w="3137"/>
            <w:gridCol w:w="3137"/>
            <w:gridCol w:w="3137"/>
          </w:tblGrid>
        </w:tblGridChange>
      </w:tblGrid>
      <w:tr>
        <w:trPr>
          <w:cantSplit w:val="0"/>
          <w:tblHeader w:val="0"/>
        </w:trPr>
        <w:tc>
          <w:tcPr>
            <w:vAlign w:val="center"/>
          </w:tcPr>
          <w:p w:rsidR="00000000" w:rsidDel="00000000" w:rsidP="00000000" w:rsidRDefault="00000000" w:rsidRPr="00000000" w14:paraId="0000001E">
            <w:pPr>
              <w:jc w:val="center"/>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NGƯỜI LÀM ĐƠN</w:t>
            </w:r>
            <w:r w:rsidDel="00000000" w:rsidR="00000000" w:rsidRPr="00000000">
              <w:rPr>
                <w:rtl w:val="0"/>
              </w:rPr>
            </w:r>
          </w:p>
          <w:p w:rsidR="00000000" w:rsidDel="00000000" w:rsidP="00000000" w:rsidRDefault="00000000" w:rsidRPr="00000000" w14:paraId="0000001F">
            <w:pPr>
              <w:spacing w:after="700" w:lineRule="auto"/>
              <w:jc w:val="center"/>
              <w:rPr>
                <w:color w:val="000000"/>
              </w:rPr>
            </w:pPr>
            <w:r w:rsidDel="00000000" w:rsidR="00000000" w:rsidRPr="00000000">
              <w:rPr>
                <w:rFonts w:ascii="Times New Roman" w:cs="Times New Roman" w:eastAsia="Times New Roman" w:hAnsi="Times New Roman"/>
                <w:b w:val="0"/>
                <w:bCs w:val="0"/>
                <w:i w:val="1"/>
                <w:iCs w:val="1"/>
                <w:color w:val="000000"/>
                <w:sz w:val="18"/>
                <w:szCs w:val="18"/>
                <w:rtl w:val="0"/>
              </w:rPr>
              <w:t xml:space="preserve">(Ký, ghi rõ họ tên)</w:t>
            </w:r>
            <w:r w:rsidDel="00000000" w:rsidR="00000000" w:rsidRPr="00000000">
              <w:rPr>
                <w:rtl w:val="0"/>
              </w:rPr>
            </w:r>
          </w:p>
        </w:tc>
        <w:tc>
          <w:tcPr>
            <w:vAlign w:val="center"/>
          </w:tcPr>
          <w:p w:rsidR="00000000" w:rsidDel="00000000" w:rsidP="00000000" w:rsidRDefault="00000000" w:rsidRPr="00000000" w14:paraId="00000020">
            <w:pPr>
              <w:jc w:val="center"/>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QUẢN LÝ TRỰC TIẾP</w:t>
            </w:r>
            <w:r w:rsidDel="00000000" w:rsidR="00000000" w:rsidRPr="00000000">
              <w:rPr>
                <w:rtl w:val="0"/>
              </w:rPr>
            </w:r>
          </w:p>
          <w:p w:rsidR="00000000" w:rsidDel="00000000" w:rsidP="00000000" w:rsidRDefault="00000000" w:rsidRPr="00000000" w14:paraId="00000021">
            <w:pPr>
              <w:spacing w:after="700" w:lineRule="auto"/>
              <w:jc w:val="center"/>
              <w:rPr>
                <w:color w:val="000000"/>
              </w:rPr>
            </w:pPr>
            <w:r w:rsidDel="00000000" w:rsidR="00000000" w:rsidRPr="00000000">
              <w:rPr>
                <w:rFonts w:ascii="Times New Roman" w:cs="Times New Roman" w:eastAsia="Times New Roman" w:hAnsi="Times New Roman"/>
                <w:b w:val="0"/>
                <w:bCs w:val="0"/>
                <w:i w:val="1"/>
                <w:iCs w:val="1"/>
                <w:color w:val="000000"/>
                <w:sz w:val="18"/>
                <w:szCs w:val="18"/>
                <w:rtl w:val="0"/>
              </w:rPr>
              <w:t xml:space="preserve">(Ký, ghi rõ họ tên)</w:t>
            </w:r>
            <w:r w:rsidDel="00000000" w:rsidR="00000000" w:rsidRPr="00000000">
              <w:rPr>
                <w:rtl w:val="0"/>
              </w:rPr>
            </w:r>
          </w:p>
        </w:tc>
        <w:tc>
          <w:tcPr>
            <w:vAlign w:val="center"/>
          </w:tcPr>
          <w:p w:rsidR="00000000" w:rsidDel="00000000" w:rsidP="00000000" w:rsidRDefault="00000000" w:rsidRPr="00000000" w14:paraId="00000022">
            <w:pPr>
              <w:jc w:val="center"/>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PHÒNG NHÂN SỰ</w:t>
            </w:r>
            <w:r w:rsidDel="00000000" w:rsidR="00000000" w:rsidRPr="00000000">
              <w:rPr>
                <w:rtl w:val="0"/>
              </w:rPr>
            </w:r>
          </w:p>
          <w:p w:rsidR="00000000" w:rsidDel="00000000" w:rsidP="00000000" w:rsidRDefault="00000000" w:rsidRPr="00000000" w14:paraId="00000023">
            <w:pPr>
              <w:spacing w:after="700" w:lineRule="auto"/>
              <w:jc w:val="center"/>
              <w:rPr>
                <w:color w:val="000000"/>
              </w:rPr>
            </w:pPr>
            <w:r w:rsidDel="00000000" w:rsidR="00000000" w:rsidRPr="00000000">
              <w:rPr>
                <w:rFonts w:ascii="Times New Roman" w:cs="Times New Roman" w:eastAsia="Times New Roman" w:hAnsi="Times New Roman"/>
                <w:b w:val="0"/>
                <w:bCs w:val="0"/>
                <w:i w:val="1"/>
                <w:iCs w:val="1"/>
                <w:color w:val="000000"/>
                <w:sz w:val="18"/>
                <w:szCs w:val="18"/>
                <w:rtl w:val="0"/>
              </w:rPr>
              <w:t xml:space="preserve">(Ký, ghi rõ họ tên)</w:t>
            </w:r>
            <w:r w:rsidDel="00000000" w:rsidR="00000000" w:rsidRPr="00000000">
              <w:rPr>
                <w:rtl w:val="0"/>
              </w:rPr>
            </w:r>
          </w:p>
        </w:tc>
      </w:tr>
    </w:tbl>
    <w:p w:rsidR="00000000" w:rsidDel="00000000" w:rsidP="00000000" w:rsidRDefault="00000000" w:rsidRPr="00000000" w14:paraId="00000024">
      <w:pPr>
        <w:spacing w:after="0" w:before="40" w:lineRule="auto"/>
        <w:rPr>
          <w:color w:val="000000"/>
        </w:rPr>
      </w:pPr>
      <w:r w:rsidDel="00000000" w:rsidR="00000000" w:rsidRPr="00000000">
        <w:rPr>
          <w:rFonts w:ascii="Times New Roman" w:cs="Times New Roman" w:eastAsia="Times New Roman" w:hAnsi="Times New Roman"/>
          <w:b w:val="1"/>
          <w:bCs w:val="1"/>
          <w:i w:val="0"/>
          <w:iCs w:val="0"/>
          <w:color w:val="000000"/>
          <w:sz w:val="18"/>
          <w:szCs w:val="18"/>
          <w:rtl w:val="0"/>
        </w:rPr>
        <w:t xml:space="preserve">Lưu ý: </w:t>
      </w:r>
      <w:r w:rsidDel="00000000" w:rsidR="00000000" w:rsidRPr="00000000">
        <w:rPr>
          <w:rFonts w:ascii="Times New Roman" w:cs="Times New Roman" w:eastAsia="Times New Roman" w:hAnsi="Times New Roman"/>
          <w:b w:val="0"/>
          <w:bCs w:val="0"/>
          <w:i w:val="0"/>
          <w:iCs w:val="0"/>
          <w:color w:val="000000"/>
          <w:sz w:val="18"/>
          <w:szCs w:val="18"/>
          <w:rtl w:val="0"/>
        </w:rPr>
        <w:t xml:space="preserve">Theo điểm a khoản 1 Điều 115 Bộ luật Lao động 2019, người lao động kết hôn được nghỉ 03 ngày hưởng nguyên lương và phải thông báo với người sử dụng lao động. Ngày nghỉ thêm (nếu có) cần được thống nhất theo chế độ áp dụng.</w:t>
      </w:r>
      <w:r w:rsidDel="00000000" w:rsidR="00000000" w:rsidRPr="00000000">
        <w:rPr>
          <w:rtl w:val="0"/>
        </w:rPr>
      </w:r>
    </w:p>
    <w:sectPr>
      <w:pgSz w:h="16838" w:w="11906" w:orient="portrait"/>
      <w:pgMar w:bottom="964" w:top="1049" w:left="1276" w:right="1219" w:header="454"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20272f"/>
        <w:sz w:val="24"/>
        <w:szCs w:val="24"/>
        <w:lang w:val="en"/>
      </w:rPr>
    </w:rPrDefault>
    <w:pPrDefault>
      <w:pPr>
        <w:spacing w:after="10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mallhelper" w:customStyle="1">
    <w:name w:val="Small helper"/>
    <w:rPr>
      <w:rFonts w:ascii="Times New Roman" w:hAnsi="Times New Roman"/>
      <w:color w:val="5a636e"/>
      <w:sz w:val="18"/>
    </w:rPr>
  </w:style>
  <w:style w:type="paragraph" w:styleId="Formlabel" w:customStyle="1">
    <w:name w:val="Form label"/>
    <w:rPr>
      <w:rFonts w:ascii="Times New Roman" w:hAnsi="Times New Roman"/>
      <w:sz w:val="23"/>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AEPUAZT2YmgzOdV29zago7zaw==">CgMxLjA4AHIhMUZuSUJuUHVoQ0ZzZW1XdGI3SVpPWWFBcy1QQTRJU0Vh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cp:coreProperties>
</file>