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4195"/>
        <w:gridCol w:w="5159"/>
      </w:tblGrid>
      <w:tr>
        <w:tc>
          <w:tcPr>
            <w:tcW w:type="dxa" w:w="4195"/>
            <w:vAlign w:val="center"/>
          </w:tcPr>
          <w:p>
            <w:pPr>
              <w:spacing w:before="0" w:after="80" w:line="240" w:lineRule="auto"/>
              <w:jc w:val="center"/>
            </w:pPr>
            <w:r>
              <w:rPr>
                <w:rFonts w:ascii="Times New Roman" w:hAnsi="Times New Roman"/>
                <w:b/>
                <w:i w:val="0"/>
                <w:sz w:val="21"/>
              </w:rPr>
              <w:t>TÊN ĐƠN VỊ / DOANH NGHIỆP</w:t>
            </w:r>
          </w:p>
          <w:p>
            <w:pPr>
              <w:spacing w:before="0" w:after="0" w:line="240" w:lineRule="auto"/>
              <w:jc w:val="center"/>
            </w:pPr>
            <w:r>
              <w:rPr>
                <w:rFonts w:ascii="Times New Roman" w:hAnsi="Times New Roman"/>
                <w:b w:val="0"/>
                <w:i w:val="0"/>
                <w:sz w:val="20"/>
              </w:rPr>
              <w:t>................................................</w:t>
            </w:r>
          </w:p>
        </w:tc>
        <w:tc>
          <w:tcPr>
            <w:tcW w:type="dxa" w:w="5159"/>
            <w:vAlign w:val="center"/>
          </w:tcPr>
          <w:p>
            <w:pPr>
              <w:spacing w:before="0" w:after="20" w:line="240" w:lineRule="auto"/>
              <w:jc w:val="center"/>
            </w:pPr>
            <w:r>
              <w:rPr>
                <w:rFonts w:ascii="Times New Roman" w:hAnsi="Times New Roman"/>
                <w:b/>
                <w:i w:val="0"/>
                <w:sz w:val="21"/>
              </w:rPr>
              <w:t>CỘNG HÒA XÃ HỘI CHỦ NGHĨA VIỆT NAM</w:t>
            </w:r>
          </w:p>
          <w:p>
            <w:pPr>
              <w:spacing w:before="0" w:after="0" w:line="240" w:lineRule="auto"/>
              <w:jc w:val="center"/>
            </w:pPr>
            <w:r>
              <w:rPr>
                <w:rFonts w:ascii="Times New Roman" w:hAnsi="Times New Roman"/>
                <w:b/>
                <w:i w:val="0"/>
                <w:sz w:val="22"/>
              </w:rPr>
              <w:t>Độc lập - Tự do - Hạnh phúc</w:t>
            </w:r>
          </w:p>
          <w:p>
            <w:pPr>
              <w:spacing w:before="0" w:after="0" w:line="144" w:lineRule="auto"/>
              <w:jc w:val="center"/>
            </w:pPr>
            <w:r>
              <w:rPr>
                <w:rFonts w:ascii="Times New Roman" w:hAnsi="Times New Roman"/>
                <w:b w:val="0"/>
                <w:i w:val="0"/>
                <w:sz w:val="20"/>
              </w:rPr>
              <w:t>____________________________</w:t>
            </w:r>
          </w:p>
        </w:tc>
      </w:tr>
    </w:tbl>
    <w:p>
      <w:pPr>
        <w:spacing w:before="100" w:after="140" w:line="259" w:lineRule="auto"/>
      </w:pPr>
      <w:r>
        <w:rPr>
          <w:rFonts w:ascii="Times New Roman" w:hAnsi="Times New Roman"/>
          <w:b w:val="0"/>
          <w:i w:val="0"/>
          <w:sz w:val="22"/>
        </w:rPr>
        <w:t>Số: ............../GXN-BHXH</w:t>
      </w:r>
    </w:p>
    <w:p>
      <w:pPr>
        <w:spacing w:before="120" w:after="40" w:line="259" w:lineRule="auto"/>
        <w:jc w:val="center"/>
      </w:pPr>
      <w:r>
        <w:rPr>
          <w:rFonts w:ascii="Times New Roman" w:hAnsi="Times New Roman"/>
          <w:b/>
          <w:i w:val="0"/>
          <w:sz w:val="32"/>
        </w:rPr>
        <w:t>GIẤY XÁC NHẬN</w:t>
      </w:r>
    </w:p>
    <w:p>
      <w:pPr>
        <w:spacing w:before="0" w:after="240" w:line="259" w:lineRule="auto"/>
        <w:jc w:val="center"/>
      </w:pPr>
      <w:r>
        <w:rPr>
          <w:rFonts w:ascii="Times New Roman" w:hAnsi="Times New Roman"/>
          <w:b/>
          <w:i w:val="0"/>
          <w:sz w:val="28"/>
        </w:rPr>
        <w:t>THAM GIA BẢO HIỂM XÃ HỘI</w:t>
      </w:r>
    </w:p>
    <w:p>
      <w:pPr>
        <w:spacing w:before="0" w:after="240" w:line="259" w:lineRule="auto"/>
      </w:pPr>
      <w:r>
        <w:rPr>
          <w:rFonts w:ascii="Times New Roman" w:hAnsi="Times New Roman"/>
          <w:b/>
          <w:i w:val="0"/>
          <w:sz w:val="24"/>
        </w:rPr>
        <w:t xml:space="preserve">Kính gửi: </w:t>
      </w:r>
      <w:r>
        <w:rPr>
          <w:rFonts w:ascii="Times New Roman" w:hAnsi="Times New Roman"/>
          <w:b w:val="0"/>
          <w:i w:val="0"/>
          <w:sz w:val="24"/>
        </w:rPr>
        <w:t>........................................................................................................</w:t>
      </w:r>
    </w:p>
    <w:p>
      <w:pPr>
        <w:spacing w:before="0" w:after="140" w:line="259" w:lineRule="auto"/>
      </w:pPr>
      <w:r>
        <w:rPr>
          <w:rFonts w:ascii="Times New Roman" w:hAnsi="Times New Roman"/>
          <w:b/>
          <w:i w:val="0"/>
          <w:sz w:val="24"/>
        </w:rPr>
        <w:t xml:space="preserve">Đơn vị xác nhận: </w:t>
      </w:r>
      <w:r>
        <w:rPr>
          <w:rFonts w:ascii="Times New Roman" w:hAnsi="Times New Roman"/>
          <w:b w:val="0"/>
          <w:i w:val="0"/>
          <w:sz w:val="24"/>
        </w:rPr>
        <w:t>.............................................................................................</w:t>
      </w:r>
    </w:p>
    <w:p>
      <w:pPr>
        <w:spacing w:before="0" w:after="140" w:line="259" w:lineRule="auto"/>
      </w:pPr>
      <w:r>
        <w:rPr>
          <w:rFonts w:ascii="Times New Roman" w:hAnsi="Times New Roman"/>
          <w:b/>
          <w:i w:val="0"/>
          <w:sz w:val="24"/>
        </w:rPr>
        <w:t xml:space="preserve">Mã số thuế / mã đơn vị BHXH: </w:t>
      </w:r>
      <w:r>
        <w:rPr>
          <w:rFonts w:ascii="Times New Roman" w:hAnsi="Times New Roman"/>
          <w:b w:val="0"/>
          <w:i w:val="0"/>
          <w:sz w:val="24"/>
        </w:rPr>
        <w:t>........................................................................</w:t>
      </w:r>
    </w:p>
    <w:p>
      <w:pPr>
        <w:spacing w:before="0" w:after="180" w:line="259" w:lineRule="auto"/>
      </w:pPr>
      <w:r>
        <w:rPr>
          <w:rFonts w:ascii="Times New Roman" w:hAnsi="Times New Roman"/>
          <w:b/>
          <w:i w:val="0"/>
          <w:sz w:val="24"/>
        </w:rPr>
        <w:t xml:space="preserve">Địa chỉ trụ sở: </w:t>
      </w:r>
      <w:r>
        <w:rPr>
          <w:rFonts w:ascii="Times New Roman" w:hAnsi="Times New Roman"/>
          <w:b w:val="0"/>
          <w:i w:val="0"/>
          <w:sz w:val="24"/>
        </w:rPr>
        <w:t>....................................................................................................</w:t>
      </w:r>
    </w:p>
    <w:p>
      <w:pPr>
        <w:spacing w:before="0" w:after="160" w:line="259" w:lineRule="auto"/>
      </w:pPr>
      <w:r>
        <w:rPr>
          <w:rFonts w:ascii="Times New Roman" w:hAnsi="Times New Roman"/>
          <w:b w:val="0"/>
          <w:i w:val="0"/>
          <w:sz w:val="24"/>
        </w:rPr>
        <w:t>Căn cứ hồ sơ nhân sự và dữ liệu tham gia bảo hiểm xã hội do đơn vị quản lý, chúng tôi xác nhận thông tin của người lao động như sau:</w:t>
      </w:r>
    </w:p>
    <w:tbl>
      <w:tblPr>
        <w:tblW w:type="auto" w:w="0"/>
        <w:tblLayout w:type="fixed"/>
        <w:tblLook w:firstColumn="1" w:firstRow="1" w:lastColumn="0" w:lastRow="0" w:noHBand="0" w:noVBand="1" w:val="04A0"/>
      </w:tblPr>
      <w:tblGrid>
        <w:gridCol w:w="2948"/>
        <w:gridCol w:w="6406"/>
      </w:tblGrid>
      <w:tr>
        <w:trPr>
          <w:trHeight w:val="408" w:hRule="atLeast"/>
        </w:trPr>
        <w:tc>
          <w:tcPr>
            <w:tcW w:type="dxa" w:w="2948"/>
            <w:vAlign w:val="center"/>
            <w:tcBorders>
              <w:bottom w:val="single" w:sz="4" w:color="D9DDE1"/>
            </w:tcBorders>
            <w:shd w:fill="F3F4F6"/>
          </w:tcPr>
          <w:p>
            <w:pPr>
              <w:spacing w:before="20" w:after="20" w:line="252" w:lineRule="auto"/>
              <w:ind w:left="68"/>
            </w:pPr>
            <w:r>
              <w:rPr>
                <w:rFonts w:ascii="Times New Roman" w:hAnsi="Times New Roman"/>
                <w:b/>
                <w:i w:val="0"/>
                <w:sz w:val="21"/>
              </w:rPr>
              <w:t>Họ và tên người lao động</w:t>
            </w:r>
          </w:p>
        </w:tc>
        <w:tc>
          <w:tcPr>
            <w:tcW w:type="dxa" w:w="6406"/>
            <w:vAlign w:val="center"/>
            <w:tcBorders>
              <w:bottom w:val="single" w:sz="4" w:color="D9DDE1"/>
            </w:tcBorders>
          </w:tcPr>
          <w:p>
            <w:pPr>
              <w:spacing w:before="20" w:after="20" w:line="252" w:lineRule="auto"/>
              <w:ind w:left="68"/>
            </w:pPr>
            <w:r>
              <w:rPr>
                <w:rFonts w:ascii="Times New Roman" w:hAnsi="Times New Roman"/>
                <w:b w:val="0"/>
                <w:i w:val="0"/>
                <w:sz w:val="21"/>
              </w:rPr>
              <w:t>....................................................................................</w:t>
            </w:r>
          </w:p>
        </w:tc>
      </w:tr>
      <w:tr>
        <w:trPr>
          <w:trHeight w:val="408" w:hRule="atLeast"/>
        </w:trPr>
        <w:tc>
          <w:tcPr>
            <w:tcW w:type="dxa" w:w="2948"/>
            <w:vAlign w:val="center"/>
            <w:tcBorders>
              <w:bottom w:val="single" w:sz="4" w:color="D9DDE1"/>
            </w:tcBorders>
            <w:shd w:fill="F3F4F6"/>
          </w:tcPr>
          <w:p>
            <w:pPr>
              <w:spacing w:before="20" w:after="20" w:line="252" w:lineRule="auto"/>
              <w:ind w:left="68"/>
            </w:pPr>
            <w:r>
              <w:rPr>
                <w:rFonts w:ascii="Times New Roman" w:hAnsi="Times New Roman"/>
                <w:b/>
                <w:i w:val="0"/>
                <w:sz w:val="21"/>
              </w:rPr>
              <w:t>Ngày, tháng, năm sinh</w:t>
            </w:r>
          </w:p>
        </w:tc>
        <w:tc>
          <w:tcPr>
            <w:tcW w:type="dxa" w:w="6406"/>
            <w:vAlign w:val="center"/>
            <w:tcBorders>
              <w:bottom w:val="single" w:sz="4" w:color="D9DDE1"/>
            </w:tcBorders>
          </w:tcPr>
          <w:p>
            <w:pPr>
              <w:spacing w:before="20" w:after="20" w:line="252" w:lineRule="auto"/>
              <w:ind w:left="68"/>
            </w:pPr>
            <w:r>
              <w:rPr>
                <w:rFonts w:ascii="Times New Roman" w:hAnsi="Times New Roman"/>
                <w:b w:val="0"/>
                <w:i w:val="0"/>
                <w:sz w:val="21"/>
              </w:rPr>
              <w:t>......... / ......... / ................</w:t>
            </w:r>
          </w:p>
        </w:tc>
      </w:tr>
      <w:tr>
        <w:trPr>
          <w:trHeight w:val="408" w:hRule="atLeast"/>
        </w:trPr>
        <w:tc>
          <w:tcPr>
            <w:tcW w:type="dxa" w:w="2948"/>
            <w:vAlign w:val="center"/>
            <w:tcBorders>
              <w:bottom w:val="single" w:sz="4" w:color="D9DDE1"/>
            </w:tcBorders>
            <w:shd w:fill="F3F4F6"/>
          </w:tcPr>
          <w:p>
            <w:pPr>
              <w:spacing w:before="20" w:after="20" w:line="252" w:lineRule="auto"/>
              <w:ind w:left="68"/>
            </w:pPr>
            <w:r>
              <w:rPr>
                <w:rFonts w:ascii="Times New Roman" w:hAnsi="Times New Roman"/>
                <w:b/>
                <w:i w:val="0"/>
                <w:sz w:val="21"/>
              </w:rPr>
              <w:t>Số định danh cá nhân / hộ chiếu</w:t>
            </w:r>
          </w:p>
        </w:tc>
        <w:tc>
          <w:tcPr>
            <w:tcW w:type="dxa" w:w="6406"/>
            <w:vAlign w:val="center"/>
            <w:tcBorders>
              <w:bottom w:val="single" w:sz="4" w:color="D9DDE1"/>
            </w:tcBorders>
          </w:tcPr>
          <w:p>
            <w:pPr>
              <w:spacing w:before="20" w:after="20" w:line="252" w:lineRule="auto"/>
              <w:ind w:left="68"/>
            </w:pPr>
            <w:r>
              <w:rPr>
                <w:rFonts w:ascii="Times New Roman" w:hAnsi="Times New Roman"/>
                <w:b w:val="0"/>
                <w:i w:val="0"/>
                <w:sz w:val="21"/>
              </w:rPr>
              <w:t>....................................................................................</w:t>
            </w:r>
          </w:p>
        </w:tc>
      </w:tr>
      <w:tr>
        <w:trPr>
          <w:trHeight w:val="408" w:hRule="atLeast"/>
        </w:trPr>
        <w:tc>
          <w:tcPr>
            <w:tcW w:type="dxa" w:w="2948"/>
            <w:vAlign w:val="center"/>
            <w:tcBorders>
              <w:bottom w:val="single" w:sz="4" w:color="D9DDE1"/>
            </w:tcBorders>
            <w:shd w:fill="F3F4F6"/>
          </w:tcPr>
          <w:p>
            <w:pPr>
              <w:spacing w:before="20" w:after="20" w:line="252" w:lineRule="auto"/>
              <w:ind w:left="68"/>
            </w:pPr>
            <w:r>
              <w:rPr>
                <w:rFonts w:ascii="Times New Roman" w:hAnsi="Times New Roman"/>
                <w:b/>
                <w:i w:val="0"/>
                <w:sz w:val="21"/>
              </w:rPr>
              <w:t>Mã số bảo hiểm xã hội</w:t>
            </w:r>
          </w:p>
        </w:tc>
        <w:tc>
          <w:tcPr>
            <w:tcW w:type="dxa" w:w="6406"/>
            <w:vAlign w:val="center"/>
            <w:tcBorders>
              <w:bottom w:val="single" w:sz="4" w:color="D9DDE1"/>
            </w:tcBorders>
          </w:tcPr>
          <w:p>
            <w:pPr>
              <w:spacing w:before="20" w:after="20" w:line="252" w:lineRule="auto"/>
              <w:ind w:left="68"/>
            </w:pPr>
            <w:r>
              <w:rPr>
                <w:rFonts w:ascii="Times New Roman" w:hAnsi="Times New Roman"/>
                <w:b w:val="0"/>
                <w:i w:val="0"/>
                <w:sz w:val="21"/>
              </w:rPr>
              <w:t>....................................................................................</w:t>
            </w:r>
          </w:p>
        </w:tc>
      </w:tr>
      <w:tr>
        <w:trPr>
          <w:trHeight w:val="408" w:hRule="atLeast"/>
        </w:trPr>
        <w:tc>
          <w:tcPr>
            <w:tcW w:type="dxa" w:w="2948"/>
            <w:vAlign w:val="center"/>
            <w:tcBorders>
              <w:bottom w:val="single" w:sz="4" w:color="D9DDE1"/>
            </w:tcBorders>
            <w:shd w:fill="F3F4F6"/>
          </w:tcPr>
          <w:p>
            <w:pPr>
              <w:spacing w:before="20" w:after="20" w:line="252" w:lineRule="auto"/>
              <w:ind w:left="68"/>
            </w:pPr>
            <w:r>
              <w:rPr>
                <w:rFonts w:ascii="Times New Roman" w:hAnsi="Times New Roman"/>
                <w:b/>
                <w:i w:val="0"/>
                <w:sz w:val="21"/>
              </w:rPr>
              <w:t>Bộ phận / chức danh</w:t>
            </w:r>
          </w:p>
        </w:tc>
        <w:tc>
          <w:tcPr>
            <w:tcW w:type="dxa" w:w="6406"/>
            <w:vAlign w:val="center"/>
            <w:tcBorders>
              <w:bottom w:val="single" w:sz="4" w:color="D9DDE1"/>
            </w:tcBorders>
          </w:tcPr>
          <w:p>
            <w:pPr>
              <w:spacing w:before="20" w:after="20" w:line="252" w:lineRule="auto"/>
              <w:ind w:left="68"/>
            </w:pPr>
            <w:r>
              <w:rPr>
                <w:rFonts w:ascii="Times New Roman" w:hAnsi="Times New Roman"/>
                <w:b w:val="0"/>
                <w:i w:val="0"/>
                <w:sz w:val="21"/>
              </w:rPr>
              <w:t>....................................................................................</w:t>
            </w:r>
          </w:p>
        </w:tc>
      </w:tr>
      <w:tr>
        <w:trPr>
          <w:trHeight w:val="408" w:hRule="atLeast"/>
        </w:trPr>
        <w:tc>
          <w:tcPr>
            <w:tcW w:type="dxa" w:w="2948"/>
            <w:vAlign w:val="center"/>
            <w:tcBorders>
              <w:bottom w:val="single" w:sz="4" w:color="D9DDE1"/>
            </w:tcBorders>
            <w:shd w:fill="F3F4F6"/>
          </w:tcPr>
          <w:p>
            <w:pPr>
              <w:spacing w:before="20" w:after="20" w:line="252" w:lineRule="auto"/>
              <w:ind w:left="68"/>
            </w:pPr>
            <w:r>
              <w:rPr>
                <w:rFonts w:ascii="Times New Roman" w:hAnsi="Times New Roman"/>
                <w:b/>
                <w:i w:val="0"/>
                <w:sz w:val="21"/>
              </w:rPr>
              <w:t>Ngày bắt đầu làm việc</w:t>
            </w:r>
          </w:p>
        </w:tc>
        <w:tc>
          <w:tcPr>
            <w:tcW w:type="dxa" w:w="6406"/>
            <w:vAlign w:val="center"/>
            <w:tcBorders>
              <w:bottom w:val="single" w:sz="4" w:color="D9DDE1"/>
            </w:tcBorders>
          </w:tcPr>
          <w:p>
            <w:pPr>
              <w:spacing w:before="20" w:after="20" w:line="252" w:lineRule="auto"/>
              <w:ind w:left="68"/>
            </w:pPr>
            <w:r>
              <w:rPr>
                <w:rFonts w:ascii="Times New Roman" w:hAnsi="Times New Roman"/>
                <w:b w:val="0"/>
                <w:i w:val="0"/>
                <w:sz w:val="21"/>
              </w:rPr>
              <w:t>......... / ......... / ................</w:t>
            </w:r>
          </w:p>
        </w:tc>
      </w:tr>
      <w:tr>
        <w:trPr>
          <w:trHeight w:val="408" w:hRule="atLeast"/>
        </w:trPr>
        <w:tc>
          <w:tcPr>
            <w:tcW w:type="dxa" w:w="2948"/>
            <w:vAlign w:val="center"/>
            <w:tcBorders>
              <w:bottom w:val="single" w:sz="4" w:color="D9DDE1"/>
            </w:tcBorders>
            <w:shd w:fill="F3F4F6"/>
          </w:tcPr>
          <w:p>
            <w:pPr>
              <w:spacing w:before="20" w:after="20" w:line="252" w:lineRule="auto"/>
              <w:ind w:left="68"/>
            </w:pPr>
            <w:r>
              <w:rPr>
                <w:rFonts w:ascii="Times New Roman" w:hAnsi="Times New Roman"/>
                <w:b/>
                <w:i w:val="0"/>
                <w:sz w:val="21"/>
              </w:rPr>
              <w:t>Thời gian tham gia BHXH tại đơn vị</w:t>
            </w:r>
          </w:p>
        </w:tc>
        <w:tc>
          <w:tcPr>
            <w:tcW w:type="dxa" w:w="6406"/>
            <w:vAlign w:val="center"/>
            <w:tcBorders>
              <w:bottom w:val="single" w:sz="4" w:color="D9DDE1"/>
            </w:tcBorders>
          </w:tcPr>
          <w:p>
            <w:pPr>
              <w:spacing w:before="20" w:after="20" w:line="252" w:lineRule="auto"/>
              <w:ind w:left="68"/>
            </w:pPr>
            <w:r>
              <w:rPr>
                <w:rFonts w:ascii="Times New Roman" w:hAnsi="Times New Roman"/>
                <w:b w:val="0"/>
                <w:i w:val="0"/>
                <w:sz w:val="21"/>
              </w:rPr>
              <w:t>Từ tháng ......... / ............ đến tháng ......... / ............</w:t>
            </w:r>
          </w:p>
        </w:tc>
      </w:tr>
      <w:tr>
        <w:trPr>
          <w:trHeight w:val="408" w:hRule="atLeast"/>
        </w:trPr>
        <w:tc>
          <w:tcPr>
            <w:tcW w:type="dxa" w:w="2948"/>
            <w:vAlign w:val="center"/>
            <w:tcBorders>
              <w:bottom w:val="single" w:sz="4" w:color="D9DDE1"/>
            </w:tcBorders>
            <w:shd w:fill="F3F4F6"/>
          </w:tcPr>
          <w:p>
            <w:pPr>
              <w:spacing w:before="20" w:after="20" w:line="252" w:lineRule="auto"/>
              <w:ind w:left="68"/>
            </w:pPr>
            <w:r>
              <w:rPr>
                <w:rFonts w:ascii="Times New Roman" w:hAnsi="Times New Roman"/>
                <w:b/>
                <w:i w:val="0"/>
                <w:sz w:val="21"/>
              </w:rPr>
              <w:t>Tình trạng tham gia tại thời điểm xác nhận</w:t>
            </w:r>
          </w:p>
        </w:tc>
        <w:tc>
          <w:tcPr>
            <w:tcW w:type="dxa" w:w="6406"/>
            <w:vAlign w:val="center"/>
            <w:tcBorders>
              <w:bottom w:val="single" w:sz="4" w:color="D9DDE1"/>
            </w:tcBorders>
          </w:tcPr>
          <w:p>
            <w:pPr>
              <w:spacing w:before="20" w:after="20" w:line="252" w:lineRule="auto"/>
              <w:ind w:left="68"/>
            </w:pPr>
            <w:r>
              <w:rPr>
                <w:rFonts w:ascii="Times New Roman" w:hAnsi="Times New Roman"/>
                <w:b w:val="0"/>
                <w:i w:val="0"/>
                <w:sz w:val="21"/>
              </w:rPr>
              <w:t>☐ Đang tham gia    ☐ Đã ngừng từ tháng ......... / ............</w:t>
            </w:r>
          </w:p>
        </w:tc>
      </w:tr>
      <w:tr>
        <w:trPr>
          <w:trHeight w:val="408" w:hRule="atLeast"/>
        </w:trPr>
        <w:tc>
          <w:tcPr>
            <w:tcW w:type="dxa" w:w="2948"/>
            <w:vAlign w:val="center"/>
            <w:tcBorders>
              <w:bottom w:val="single" w:sz="4" w:color="D9DDE1"/>
            </w:tcBorders>
            <w:shd w:fill="F3F4F6"/>
          </w:tcPr>
          <w:p>
            <w:pPr>
              <w:spacing w:before="20" w:after="20" w:line="252" w:lineRule="auto"/>
              <w:ind w:left="68"/>
            </w:pPr>
            <w:r>
              <w:rPr>
                <w:rFonts w:ascii="Times New Roman" w:hAnsi="Times New Roman"/>
                <w:b/>
                <w:i w:val="0"/>
                <w:sz w:val="21"/>
              </w:rPr>
              <w:t>Thời điểm dữ liệu được đối chiếu</w:t>
            </w:r>
          </w:p>
        </w:tc>
        <w:tc>
          <w:tcPr>
            <w:tcW w:type="dxa" w:w="6406"/>
            <w:vAlign w:val="center"/>
            <w:tcBorders>
              <w:bottom w:val="single" w:sz="4" w:color="D9DDE1"/>
            </w:tcBorders>
          </w:tcPr>
          <w:p>
            <w:pPr>
              <w:spacing w:before="20" w:after="20" w:line="252" w:lineRule="auto"/>
              <w:ind w:left="68"/>
            </w:pPr>
            <w:r>
              <w:rPr>
                <w:rFonts w:ascii="Times New Roman" w:hAnsi="Times New Roman"/>
                <w:b w:val="0"/>
                <w:i w:val="0"/>
                <w:sz w:val="21"/>
              </w:rPr>
              <w:t>Đến hết tháng ......... / ............</w:t>
            </w:r>
          </w:p>
        </w:tc>
      </w:tr>
    </w:tbl>
    <w:p>
      <w:pPr>
        <w:spacing w:before="240" w:after="100" w:line="259" w:lineRule="auto"/>
      </w:pPr>
      <w:r>
        <w:rPr>
          <w:rFonts w:ascii="Times New Roman" w:hAnsi="Times New Roman"/>
          <w:b/>
          <w:i w:val="0"/>
          <w:sz w:val="24"/>
        </w:rPr>
        <w:t xml:space="preserve">Mục đích sử dụng giấy xác nhận: </w:t>
      </w:r>
      <w:r>
        <w:rPr>
          <w:rFonts w:ascii="Times New Roman" w:hAnsi="Times New Roman"/>
          <w:b w:val="0"/>
          <w:i w:val="0"/>
          <w:sz w:val="24"/>
        </w:rPr>
        <w:t>..................................................................................</w:t>
      </w:r>
    </w:p>
    <w:p>
      <w:pPr>
        <w:spacing w:before="0" w:after="180" w:line="259" w:lineRule="auto"/>
      </w:pPr>
      <w:r>
        <w:rPr>
          <w:rFonts w:ascii="Times New Roman" w:hAnsi="Times New Roman"/>
          <w:b w:val="0"/>
          <w:i w:val="0"/>
          <w:sz w:val="24"/>
        </w:rPr>
        <w:t>............................................................................................................................................................</w:t>
      </w:r>
    </w:p>
    <w:p>
      <w:pPr>
        <w:spacing w:before="0" w:after="100" w:line="259" w:lineRule="auto"/>
      </w:pPr>
      <w:r>
        <w:rPr>
          <w:rFonts w:ascii="Times New Roman" w:hAnsi="Times New Roman"/>
          <w:b w:val="0"/>
          <w:i w:val="0"/>
          <w:sz w:val="24"/>
        </w:rPr>
        <w:t>Đơn vị chịu trách nhiệm về nội dung xác nhận trong phạm vi hồ sơ, chứng từ do đơn vị quản lý tại thời điểm ký giấy này.</w:t>
      </w:r>
    </w:p>
    <w:p>
      <w:pPr>
        <w:spacing w:before="80" w:after="180" w:line="259" w:lineRule="auto"/>
        <w:jc w:val="right"/>
      </w:pPr>
      <w:r>
        <w:rPr>
          <w:rFonts w:ascii="Times New Roman" w:hAnsi="Times New Roman"/>
          <w:b w:val="0"/>
          <w:i/>
          <w:sz w:val="22"/>
        </w:rPr>
        <w:t>...................., ngày ........ tháng ........ năm ........</w:t>
      </w:r>
    </w:p>
    <w:tbl>
      <w:tblPr>
        <w:tblW w:type="auto" w:w="0"/>
        <w:tblLayout w:type="fixed"/>
        <w:tblLook w:firstColumn="1" w:firstRow="1" w:lastColumn="0" w:lastRow="0" w:noHBand="0" w:noVBand="1" w:val="04A0"/>
      </w:tblPr>
      <w:tblGrid>
        <w:gridCol w:w="3969"/>
        <w:gridCol w:w="5386"/>
      </w:tblGrid>
      <w:tr>
        <w:tc>
          <w:tcPr>
            <w:tcW w:type="dxa" w:w="4748"/>
          </w:tcPr>
          <w:p>
            <w:pPr>
              <w:spacing w:before="0" w:after="40" w:line="259" w:lineRule="auto"/>
              <w:jc w:val="center"/>
            </w:pPr>
            <w:r>
              <w:rPr>
                <w:rFonts w:ascii="Times New Roman" w:hAnsi="Times New Roman"/>
                <w:b/>
                <w:i w:val="0"/>
                <w:sz w:val="22"/>
              </w:rPr>
              <w:t>NGƯỜI LẬP / KIỂM TRA</w:t>
            </w:r>
          </w:p>
          <w:p>
            <w:pPr>
              <w:spacing w:before="0" w:after="320" w:line="259" w:lineRule="auto"/>
              <w:jc w:val="center"/>
            </w:pPr>
            <w:r>
              <w:rPr>
                <w:rFonts w:ascii="Times New Roman" w:hAnsi="Times New Roman"/>
                <w:b w:val="0"/>
                <w:i/>
                <w:sz w:val="20"/>
              </w:rPr>
              <w:t>(Ký, ghi rõ họ tên)</w:t>
            </w:r>
          </w:p>
        </w:tc>
        <w:tc>
          <w:tcPr>
            <w:tcW w:type="dxa" w:w="4748"/>
          </w:tcPr>
          <w:p>
            <w:pPr>
              <w:spacing w:before="0" w:after="40" w:line="259" w:lineRule="auto"/>
              <w:jc w:val="center"/>
            </w:pPr>
            <w:r>
              <w:rPr>
                <w:rFonts w:ascii="Times New Roman" w:hAnsi="Times New Roman"/>
                <w:b/>
                <w:i w:val="0"/>
                <w:sz w:val="22"/>
              </w:rPr>
              <w:t>ĐẠI DIỆN ĐƠN VỊ XÁC NHẬN</w:t>
            </w:r>
          </w:p>
          <w:p>
            <w:pPr>
              <w:spacing w:before="0" w:after="320" w:line="259" w:lineRule="auto"/>
              <w:jc w:val="center"/>
            </w:pPr>
            <w:r>
              <w:rPr>
                <w:rFonts w:ascii="Times New Roman" w:hAnsi="Times New Roman"/>
                <w:b w:val="0"/>
                <w:i/>
                <w:sz w:val="20"/>
              </w:rPr>
              <w:t>(Ký, ghi rõ họ tên, chức vụ; đóng dấu nếu có)</w:t>
            </w:r>
          </w:p>
        </w:tc>
      </w:tr>
    </w:tbl>
    <w:sectPr w:rsidR="00FC693F" w:rsidRPr="0006063C" w:rsidSect="00034616">
      <w:footerReference w:type="default" r:id="rId9"/>
      <w:pgSz w:w="11906" w:h="16838"/>
      <w:pgMar w:top="992" w:right="1134" w:bottom="879" w:left="1276" w:header="425"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center"/>
    </w:pPr>
    <w:r>
      <w:rPr>
        <w:rFonts w:ascii="Times New Roman" w:hAnsi="Times New Roman"/>
        <w:b w:val="0"/>
        <w:i/>
        <w:color w:val="6D7279"/>
        <w:sz w:val="16"/>
      </w:rPr>
      <w:t>Mẫu tham khảo do đơn vị sử dụng lao động xác nhận; không thay thế văn bản xác nhận của cơ quan BHXH nếu hồ sơ yêu cầu.</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Times New Roman" w:hAnsi="Times New Roman" w:eastAsia="Times New Roman"/>
      <w:color w:val="23272C"/>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giấy xác nhận tham gia bảo hiểm xã hội</dc:title>
  <dc:subject>Mẫu giấy xác nhận BHXH dành cho đơn vị sử dụng lao động</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