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b w:val="1"/>
          <w:bCs w:val="1"/>
          <w:sz w:val="22"/>
          <w:szCs w:val="22"/>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00" w:lineRule="auto"/>
        <w:jc w:val="center"/>
        <w:rPr/>
      </w:pPr>
      <w:r w:rsidDel="00000000" w:rsidR="00000000" w:rsidRPr="00000000">
        <w:rPr>
          <w:b w:val="1"/>
          <w:bCs w:val="1"/>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60" w:lineRule="auto"/>
        <w:jc w:val="center"/>
        <w:rPr/>
      </w:pPr>
      <w:r w:rsidDel="00000000" w:rsidR="00000000" w:rsidRPr="00000000">
        <w:rPr>
          <w:rtl w:val="0"/>
        </w:rPr>
        <w:t xml:space="preserve">________________________</w:t>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1" w:lineRule="auto"/>
        <w:ind w:left="0" w:right="0" w:firstLine="0"/>
        <w:jc w:val="center"/>
        <w:rPr>
          <w:rFonts w:ascii="Times New Roman" w:cs="Times New Roman" w:eastAsia="Times New Roman" w:hAnsi="Times New Roman"/>
          <w:b w:val="1"/>
          <w:bCs w:val="1"/>
          <w:i w:val="0"/>
          <w:iCs w:val="0"/>
          <w:smallCaps w:val="0"/>
          <w:strike w:val="0"/>
          <w:color w:val="18314c"/>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32"/>
          <w:szCs w:val="32"/>
          <w:u w:val="none"/>
          <w:shd w:fill="auto" w:val="clear"/>
          <w:vertAlign w:val="baseline"/>
          <w:rtl w:val="0"/>
        </w:rPr>
        <w:t xml:space="preserve">HỢP ĐỒNG CUNG CẤP DỊCH VỤ BẢO VỆ</w:t>
      </w:r>
    </w:p>
    <w:p w:rsidR="00000000" w:rsidDel="00000000" w:rsidP="00000000" w:rsidRDefault="00000000" w:rsidRPr="00000000" w14:paraId="00000005">
      <w:pPr>
        <w:spacing w:after="180" w:lineRule="auto"/>
        <w:jc w:val="center"/>
        <w:rPr/>
      </w:pPr>
      <w:r w:rsidDel="00000000" w:rsidR="00000000" w:rsidRPr="00000000">
        <w:rPr>
          <w:rtl w:val="0"/>
        </w:rPr>
        <w:t xml:space="preserve">Số: [Số hợp đồng]/HĐDV-BV</w:t>
      </w:r>
    </w:p>
    <w:p w:rsidR="00000000" w:rsidDel="00000000" w:rsidP="00000000" w:rsidRDefault="00000000" w:rsidRPr="00000000" w14:paraId="00000006">
      <w:pPr>
        <w:ind w:firstLine="340"/>
        <w:jc w:val="both"/>
        <w:rPr/>
      </w:pPr>
      <w:r w:rsidDel="00000000" w:rsidR="00000000" w:rsidRPr="00000000">
        <w:rPr>
          <w:rtl w:val="0"/>
        </w:rPr>
        <w:t xml:space="preserve">Hôm nay, ngày [  ] tháng [  ] năm [      ], tại [Địa điểm ký], chúng tôi gồm:</w:t>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BÊN SỬ DỤNG DỊCH VỤ (BÊN A)</w:t>
      </w:r>
    </w:p>
    <w:tbl>
      <w:tblPr>
        <w:tblStyle w:val="Table1"/>
        <w:tblW w:w="9015.0" w:type="dxa"/>
        <w:jc w:val="center"/>
        <w:tblLayout w:type="fixed"/>
        <w:tblLook w:val="0400"/>
      </w:tblPr>
      <w:tblGrid>
        <w:gridCol w:w="2665"/>
        <w:gridCol w:w="6350"/>
        <w:tblGridChange w:id="0">
          <w:tblGrid>
            <w:gridCol w:w="2665"/>
            <w:gridCol w:w="6350"/>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08">
            <w:pPr>
              <w:widowControl w:val="1"/>
              <w:spacing w:after="20" w:before="20" w:line="252.00000000000003" w:lineRule="auto"/>
              <w:rPr/>
            </w:pPr>
            <w:r w:rsidDel="00000000" w:rsidR="00000000" w:rsidRPr="00000000">
              <w:rPr>
                <w:b w:val="1"/>
                <w:bCs w:val="1"/>
                <w:sz w:val="17"/>
                <w:szCs w:val="17"/>
                <w:rtl w:val="0"/>
              </w:rPr>
              <w:t xml:space="preserve">Thông tin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09">
            <w:pPr>
              <w:widowControl w:val="1"/>
              <w:spacing w:after="20" w:before="20" w:line="252.00000000000003" w:lineRule="auto"/>
              <w:rPr/>
            </w:pPr>
            <w:r w:rsidDel="00000000" w:rsidR="00000000" w:rsidRPr="00000000">
              <w:rPr>
                <w:b w:val="1"/>
                <w:bCs w:val="1"/>
                <w:sz w:val="17"/>
                <w:szCs w:val="17"/>
                <w:rtl w:val="0"/>
              </w:rPr>
              <w:t xml:space="preserve">Nội dung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0A">
            <w:pPr>
              <w:widowControl w:val="1"/>
              <w:spacing w:after="20" w:before="20" w:line="252.00000000000003" w:lineRule="auto"/>
              <w:rPr/>
            </w:pPr>
            <w:r w:rsidDel="00000000" w:rsidR="00000000" w:rsidRPr="00000000">
              <w:rPr>
                <w:b w:val="0"/>
                <w:bCs w:val="0"/>
                <w:sz w:val="18"/>
                <w:szCs w:val="18"/>
                <w:rtl w:val="0"/>
              </w:rPr>
              <w:t xml:space="preserve">Tên doanh nghiệp/tổ chức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0B">
            <w:pPr>
              <w:widowControl w:val="1"/>
              <w:spacing w:after="20" w:before="20" w:line="252.00000000000003" w:lineRule="auto"/>
              <w:rPr/>
            </w:pPr>
            <w:r w:rsidDel="00000000" w:rsidR="00000000" w:rsidRPr="00000000">
              <w:rPr>
                <w:b w:val="0"/>
                <w:bCs w:val="0"/>
                <w:sz w:val="18"/>
                <w:szCs w:val="18"/>
                <w:rtl w:val="0"/>
              </w:rPr>
              <w:t xml:space="preserve">[Tên đầy đủ của Bên A]</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0C">
            <w:pPr>
              <w:widowControl w:val="1"/>
              <w:spacing w:after="20" w:before="20" w:line="252.00000000000003" w:lineRule="auto"/>
              <w:rPr/>
            </w:pPr>
            <w:r w:rsidDel="00000000" w:rsidR="00000000" w:rsidRPr="00000000">
              <w:rPr>
                <w:b w:val="0"/>
                <w:bCs w:val="0"/>
                <w:sz w:val="18"/>
                <w:szCs w:val="18"/>
                <w:rtl w:val="0"/>
              </w:rPr>
              <w:t xml:space="preserve">Mã số doanh nghiệp / MST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0D">
            <w:pPr>
              <w:widowControl w:val="1"/>
              <w:spacing w:after="20" w:before="20" w:line="252.00000000000003" w:lineRule="auto"/>
              <w:rPr/>
            </w:pPr>
            <w:r w:rsidDel="00000000" w:rsidR="00000000" w:rsidRPr="00000000">
              <w:rPr>
                <w:b w:val="0"/>
                <w:bCs w:val="0"/>
                <w:sz w:val="18"/>
                <w:szCs w:val="18"/>
                <w:rtl w:val="0"/>
              </w:rPr>
              <w:t xml:space="preserve">[Điền số]</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0E">
            <w:pPr>
              <w:widowControl w:val="1"/>
              <w:spacing w:after="20" w:before="20" w:line="252.00000000000003" w:lineRule="auto"/>
              <w:rPr/>
            </w:pPr>
            <w:r w:rsidDel="00000000" w:rsidR="00000000" w:rsidRPr="00000000">
              <w:rPr>
                <w:b w:val="0"/>
                <w:bCs w:val="0"/>
                <w:sz w:val="18"/>
                <w:szCs w:val="18"/>
                <w:rtl w:val="0"/>
              </w:rPr>
              <w:t xml:space="preserve">Địa chỉ trụ sở</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0F">
            <w:pPr>
              <w:widowControl w:val="1"/>
              <w:spacing w:after="20" w:before="20" w:line="252.00000000000003" w:lineRule="auto"/>
              <w:rPr/>
            </w:pPr>
            <w:r w:rsidDel="00000000" w:rsidR="00000000" w:rsidRPr="00000000">
              <w:rPr>
                <w:b w:val="0"/>
                <w:bCs w:val="0"/>
                <w:sz w:val="18"/>
                <w:szCs w:val="18"/>
                <w:rtl w:val="0"/>
              </w:rPr>
              <w:t xml:space="preserve">[Địa chỉ]</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10">
            <w:pPr>
              <w:widowControl w:val="1"/>
              <w:spacing w:after="20" w:before="20" w:line="252.00000000000003" w:lineRule="auto"/>
              <w:rPr/>
            </w:pPr>
            <w:r w:rsidDel="00000000" w:rsidR="00000000" w:rsidRPr="00000000">
              <w:rPr>
                <w:b w:val="0"/>
                <w:bCs w:val="0"/>
                <w:sz w:val="18"/>
                <w:szCs w:val="18"/>
                <w:rtl w:val="0"/>
              </w:rPr>
              <w:t xml:space="preserve">Người đại diện, chức vụ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11">
            <w:pPr>
              <w:widowControl w:val="1"/>
              <w:spacing w:after="20" w:before="20" w:line="252.00000000000003" w:lineRule="auto"/>
              <w:rPr/>
            </w:pPr>
            <w:r w:rsidDel="00000000" w:rsidR="00000000" w:rsidRPr="00000000">
              <w:rPr>
                <w:b w:val="0"/>
                <w:bCs w:val="0"/>
                <w:sz w:val="18"/>
                <w:szCs w:val="18"/>
                <w:rtl w:val="0"/>
              </w:rPr>
              <w:t xml:space="preserve">[Họ tên] - [Chức vụ]</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12">
            <w:pPr>
              <w:widowControl w:val="1"/>
              <w:spacing w:after="20" w:before="20" w:line="252.00000000000003" w:lineRule="auto"/>
              <w:rPr/>
            </w:pPr>
            <w:r w:rsidDel="00000000" w:rsidR="00000000" w:rsidRPr="00000000">
              <w:rPr>
                <w:b w:val="0"/>
                <w:bCs w:val="0"/>
                <w:sz w:val="18"/>
                <w:szCs w:val="18"/>
                <w:rtl w:val="0"/>
              </w:rPr>
              <w:t xml:space="preserve">Căn cứ đại diện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13">
            <w:pPr>
              <w:widowControl w:val="1"/>
              <w:spacing w:after="20" w:before="20" w:line="252.00000000000003" w:lineRule="auto"/>
              <w:rPr/>
            </w:pPr>
            <w:r w:rsidDel="00000000" w:rsidR="00000000" w:rsidRPr="00000000">
              <w:rPr>
                <w:b w:val="0"/>
                <w:bCs w:val="0"/>
                <w:sz w:val="18"/>
                <w:szCs w:val="18"/>
                <w:rtl w:val="0"/>
              </w:rPr>
              <w:t xml:space="preserve">[Đại diện theo pháp luật / giấy ủy quyền số…]</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14">
            <w:pPr>
              <w:widowControl w:val="1"/>
              <w:spacing w:after="20" w:before="20" w:line="252.00000000000003" w:lineRule="auto"/>
              <w:rPr/>
            </w:pPr>
            <w:r w:rsidDel="00000000" w:rsidR="00000000" w:rsidRPr="00000000">
              <w:rPr>
                <w:b w:val="0"/>
                <w:bCs w:val="0"/>
                <w:sz w:val="18"/>
                <w:szCs w:val="18"/>
                <w:rtl w:val="0"/>
              </w:rPr>
              <w:t xml:space="preserve">Điện thoại / Email</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15">
            <w:pPr>
              <w:widowControl w:val="1"/>
              <w:spacing w:after="20" w:before="20" w:line="252.00000000000003" w:lineRule="auto"/>
              <w:rPr/>
            </w:pPr>
            <w:r w:rsidDel="00000000" w:rsidR="00000000" w:rsidRPr="00000000">
              <w:rPr>
                <w:b w:val="0"/>
                <w:bCs w:val="0"/>
                <w:sz w:val="18"/>
                <w:szCs w:val="18"/>
                <w:rtl w:val="0"/>
              </w:rPr>
              <w:t xml:space="preserve">[Điện thoại] / [Email]</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16">
            <w:pPr>
              <w:widowControl w:val="1"/>
              <w:spacing w:after="20" w:before="20" w:line="252.00000000000003" w:lineRule="auto"/>
              <w:rPr/>
            </w:pPr>
            <w:r w:rsidDel="00000000" w:rsidR="00000000" w:rsidRPr="00000000">
              <w:rPr>
                <w:b w:val="0"/>
                <w:bCs w:val="0"/>
                <w:sz w:val="18"/>
                <w:szCs w:val="18"/>
                <w:rtl w:val="0"/>
              </w:rPr>
              <w:t xml:space="preserve">Đầu mối phụ trách tại mục tiêu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17">
            <w:pPr>
              <w:widowControl w:val="1"/>
              <w:spacing w:after="20" w:before="20" w:line="252.00000000000003" w:lineRule="auto"/>
              <w:rPr/>
            </w:pPr>
            <w:r w:rsidDel="00000000" w:rsidR="00000000" w:rsidRPr="00000000">
              <w:rPr>
                <w:b w:val="0"/>
                <w:bCs w:val="0"/>
                <w:sz w:val="18"/>
                <w:szCs w:val="18"/>
                <w:rtl w:val="0"/>
              </w:rPr>
              <w:t xml:space="preserve">[Họ tên - Chức vụ - Số điện thoại]</w:t>
            </w:r>
            <w:r w:rsidDel="00000000" w:rsidR="00000000" w:rsidRPr="00000000">
              <w:rPr>
                <w:rtl w:val="0"/>
              </w:rPr>
            </w:r>
          </w:p>
        </w:tc>
      </w:tr>
    </w:tbl>
    <w:p w:rsidR="00000000" w:rsidDel="00000000" w:rsidP="00000000" w:rsidRDefault="00000000" w:rsidRPr="00000000" w14:paraId="00000018">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BÊN CUNG CẤP DỊCH VỤ BẢO VỆ (BÊN B)</w:t>
      </w:r>
    </w:p>
    <w:tbl>
      <w:tblPr>
        <w:tblStyle w:val="Table2"/>
        <w:tblW w:w="9015.0" w:type="dxa"/>
        <w:jc w:val="center"/>
        <w:tblLayout w:type="fixed"/>
        <w:tblLook w:val="0400"/>
      </w:tblPr>
      <w:tblGrid>
        <w:gridCol w:w="2665"/>
        <w:gridCol w:w="6350"/>
        <w:tblGridChange w:id="0">
          <w:tblGrid>
            <w:gridCol w:w="2665"/>
            <w:gridCol w:w="6350"/>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1A">
            <w:pPr>
              <w:widowControl w:val="1"/>
              <w:spacing w:after="20" w:before="20" w:line="252.00000000000003" w:lineRule="auto"/>
              <w:rPr/>
            </w:pPr>
            <w:r w:rsidDel="00000000" w:rsidR="00000000" w:rsidRPr="00000000">
              <w:rPr>
                <w:b w:val="1"/>
                <w:bCs w:val="1"/>
                <w:sz w:val="17"/>
                <w:szCs w:val="17"/>
                <w:rtl w:val="0"/>
              </w:rPr>
              <w:t xml:space="preserve">Thông tin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1B">
            <w:pPr>
              <w:widowControl w:val="1"/>
              <w:spacing w:after="20" w:before="20" w:line="252.00000000000003" w:lineRule="auto"/>
              <w:rPr/>
            </w:pPr>
            <w:r w:rsidDel="00000000" w:rsidR="00000000" w:rsidRPr="00000000">
              <w:rPr>
                <w:b w:val="1"/>
                <w:bCs w:val="1"/>
                <w:sz w:val="17"/>
                <w:szCs w:val="17"/>
                <w:rtl w:val="0"/>
              </w:rPr>
              <w:t xml:space="preserve">Nội dung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1C">
            <w:pPr>
              <w:widowControl w:val="1"/>
              <w:spacing w:after="20" w:before="20" w:line="252.00000000000003" w:lineRule="auto"/>
              <w:rPr/>
            </w:pPr>
            <w:r w:rsidDel="00000000" w:rsidR="00000000" w:rsidRPr="00000000">
              <w:rPr>
                <w:b w:val="0"/>
                <w:bCs w:val="0"/>
                <w:sz w:val="18"/>
                <w:szCs w:val="18"/>
                <w:rtl w:val="0"/>
              </w:rPr>
              <w:t xml:space="preserve">Tên doanh nghiệp</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1D">
            <w:pPr>
              <w:widowControl w:val="1"/>
              <w:spacing w:after="20" w:before="20" w:line="252.00000000000003" w:lineRule="auto"/>
              <w:rPr/>
            </w:pPr>
            <w:r w:rsidDel="00000000" w:rsidR="00000000" w:rsidRPr="00000000">
              <w:rPr>
                <w:b w:val="0"/>
                <w:bCs w:val="0"/>
                <w:sz w:val="18"/>
                <w:szCs w:val="18"/>
                <w:rtl w:val="0"/>
              </w:rPr>
              <w:t xml:space="preserve">[Tên đầy đủ của công ty bảo vệ]</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1E">
            <w:pPr>
              <w:widowControl w:val="1"/>
              <w:spacing w:after="20" w:before="20" w:line="252.00000000000003" w:lineRule="auto"/>
              <w:rPr/>
            </w:pPr>
            <w:r w:rsidDel="00000000" w:rsidR="00000000" w:rsidRPr="00000000">
              <w:rPr>
                <w:b w:val="0"/>
                <w:bCs w:val="0"/>
                <w:sz w:val="18"/>
                <w:szCs w:val="18"/>
                <w:rtl w:val="0"/>
              </w:rPr>
              <w:t xml:space="preserve">Mã số doanh nghiệp / MST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1F">
            <w:pPr>
              <w:widowControl w:val="1"/>
              <w:spacing w:after="20" w:before="20" w:line="252.00000000000003" w:lineRule="auto"/>
              <w:rPr/>
            </w:pPr>
            <w:r w:rsidDel="00000000" w:rsidR="00000000" w:rsidRPr="00000000">
              <w:rPr>
                <w:b w:val="0"/>
                <w:bCs w:val="0"/>
                <w:sz w:val="18"/>
                <w:szCs w:val="18"/>
                <w:rtl w:val="0"/>
              </w:rPr>
              <w:t xml:space="preserve">[Điền số]</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0">
            <w:pPr>
              <w:widowControl w:val="1"/>
              <w:spacing w:after="20" w:before="20" w:line="252.00000000000003" w:lineRule="auto"/>
              <w:rPr/>
            </w:pPr>
            <w:r w:rsidDel="00000000" w:rsidR="00000000" w:rsidRPr="00000000">
              <w:rPr>
                <w:b w:val="0"/>
                <w:bCs w:val="0"/>
                <w:sz w:val="18"/>
                <w:szCs w:val="18"/>
                <w:rtl w:val="0"/>
              </w:rPr>
              <w:t xml:space="preserve">Địa chỉ trụ sở</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1">
            <w:pPr>
              <w:widowControl w:val="1"/>
              <w:spacing w:after="20" w:before="20" w:line="252.00000000000003" w:lineRule="auto"/>
              <w:rPr/>
            </w:pPr>
            <w:r w:rsidDel="00000000" w:rsidR="00000000" w:rsidRPr="00000000">
              <w:rPr>
                <w:b w:val="0"/>
                <w:bCs w:val="0"/>
                <w:sz w:val="18"/>
                <w:szCs w:val="18"/>
                <w:rtl w:val="0"/>
              </w:rPr>
              <w:t xml:space="preserve">[Địa chỉ]</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22">
            <w:pPr>
              <w:widowControl w:val="1"/>
              <w:spacing w:after="20" w:before="20" w:line="252.00000000000003" w:lineRule="auto"/>
              <w:rPr/>
            </w:pPr>
            <w:r w:rsidDel="00000000" w:rsidR="00000000" w:rsidRPr="00000000">
              <w:rPr>
                <w:b w:val="0"/>
                <w:bCs w:val="0"/>
                <w:sz w:val="18"/>
                <w:szCs w:val="18"/>
                <w:rtl w:val="0"/>
              </w:rPr>
              <w:t xml:space="preserve">Người đại diện, chức vụ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23">
            <w:pPr>
              <w:widowControl w:val="1"/>
              <w:spacing w:after="20" w:before="20" w:line="252.00000000000003" w:lineRule="auto"/>
              <w:rPr/>
            </w:pPr>
            <w:r w:rsidDel="00000000" w:rsidR="00000000" w:rsidRPr="00000000">
              <w:rPr>
                <w:b w:val="0"/>
                <w:bCs w:val="0"/>
                <w:sz w:val="18"/>
                <w:szCs w:val="18"/>
                <w:rtl w:val="0"/>
              </w:rPr>
              <w:t xml:space="preserve">[Họ tên] - [Chức vụ]</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4">
            <w:pPr>
              <w:widowControl w:val="1"/>
              <w:spacing w:after="20" w:before="20" w:line="252.00000000000003" w:lineRule="auto"/>
              <w:rPr/>
            </w:pPr>
            <w:r w:rsidDel="00000000" w:rsidR="00000000" w:rsidRPr="00000000">
              <w:rPr>
                <w:b w:val="0"/>
                <w:bCs w:val="0"/>
                <w:sz w:val="18"/>
                <w:szCs w:val="18"/>
                <w:rtl w:val="0"/>
              </w:rPr>
              <w:t xml:space="preserve">Căn cứ đại diện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5">
            <w:pPr>
              <w:widowControl w:val="1"/>
              <w:spacing w:after="20" w:before="20" w:line="252.00000000000003" w:lineRule="auto"/>
              <w:rPr/>
            </w:pPr>
            <w:r w:rsidDel="00000000" w:rsidR="00000000" w:rsidRPr="00000000">
              <w:rPr>
                <w:b w:val="0"/>
                <w:bCs w:val="0"/>
                <w:sz w:val="18"/>
                <w:szCs w:val="18"/>
                <w:rtl w:val="0"/>
              </w:rPr>
              <w:t xml:space="preserve">[Đại diện theo pháp luật / giấy ủy quyền số…]</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26">
            <w:pPr>
              <w:widowControl w:val="1"/>
              <w:spacing w:after="20" w:before="20" w:line="252.00000000000003" w:lineRule="auto"/>
              <w:rPr/>
            </w:pPr>
            <w:r w:rsidDel="00000000" w:rsidR="00000000" w:rsidRPr="00000000">
              <w:rPr>
                <w:b w:val="0"/>
                <w:bCs w:val="0"/>
                <w:sz w:val="18"/>
                <w:szCs w:val="18"/>
                <w:rtl w:val="0"/>
              </w:rPr>
              <w:t xml:space="preserve">Giấy chứng nhận đủ điều kiện ANTT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27">
            <w:pPr>
              <w:widowControl w:val="1"/>
              <w:spacing w:after="20" w:before="20" w:line="252.00000000000003" w:lineRule="auto"/>
              <w:rPr/>
            </w:pPr>
            <w:r w:rsidDel="00000000" w:rsidR="00000000" w:rsidRPr="00000000">
              <w:rPr>
                <w:b w:val="0"/>
                <w:bCs w:val="0"/>
                <w:sz w:val="18"/>
                <w:szCs w:val="18"/>
                <w:rtl w:val="0"/>
              </w:rPr>
              <w:t xml:space="preserve">Số: [   ]; cấp ngày: [   ]; cơ quan cấp: [   ] (nếu áp dụng)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8">
            <w:pPr>
              <w:widowControl w:val="1"/>
              <w:spacing w:after="20" w:before="20" w:line="252.00000000000003" w:lineRule="auto"/>
              <w:rPr/>
            </w:pPr>
            <w:r w:rsidDel="00000000" w:rsidR="00000000" w:rsidRPr="00000000">
              <w:rPr>
                <w:b w:val="0"/>
                <w:bCs w:val="0"/>
                <w:sz w:val="18"/>
                <w:szCs w:val="18"/>
                <w:rtl w:val="0"/>
              </w:rPr>
              <w:t xml:space="preserve">Điện thoại / Email</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9">
            <w:pPr>
              <w:widowControl w:val="1"/>
              <w:spacing w:after="20" w:before="20" w:line="252.00000000000003" w:lineRule="auto"/>
              <w:rPr/>
            </w:pPr>
            <w:r w:rsidDel="00000000" w:rsidR="00000000" w:rsidRPr="00000000">
              <w:rPr>
                <w:b w:val="0"/>
                <w:bCs w:val="0"/>
                <w:sz w:val="18"/>
                <w:szCs w:val="18"/>
                <w:rtl w:val="0"/>
              </w:rPr>
              <w:t xml:space="preserve">[Điện thoại] / [Email]</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2A">
            <w:pPr>
              <w:widowControl w:val="1"/>
              <w:spacing w:after="20" w:before="20" w:line="252.00000000000003" w:lineRule="auto"/>
              <w:rPr/>
            </w:pPr>
            <w:r w:rsidDel="00000000" w:rsidR="00000000" w:rsidRPr="00000000">
              <w:rPr>
                <w:b w:val="0"/>
                <w:bCs w:val="0"/>
                <w:sz w:val="18"/>
                <w:szCs w:val="18"/>
                <w:rtl w:val="0"/>
              </w:rPr>
              <w:t xml:space="preserve">Tài khoản ngân hàng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2B">
            <w:pPr>
              <w:widowControl w:val="1"/>
              <w:spacing w:after="20" w:before="20" w:line="252.00000000000003" w:lineRule="auto"/>
              <w:rPr/>
            </w:pPr>
            <w:r w:rsidDel="00000000" w:rsidR="00000000" w:rsidRPr="00000000">
              <w:rPr>
                <w:b w:val="0"/>
                <w:bCs w:val="0"/>
                <w:sz w:val="18"/>
                <w:szCs w:val="18"/>
                <w:rtl w:val="0"/>
              </w:rPr>
              <w:t xml:space="preserve">[Số tài khoản] tại [Ngân hàng]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C">
            <w:pPr>
              <w:widowControl w:val="1"/>
              <w:spacing w:after="20" w:before="20" w:line="252.00000000000003" w:lineRule="auto"/>
              <w:rPr/>
            </w:pPr>
            <w:r w:rsidDel="00000000" w:rsidR="00000000" w:rsidRPr="00000000">
              <w:rPr>
                <w:b w:val="0"/>
                <w:bCs w:val="0"/>
                <w:sz w:val="18"/>
                <w:szCs w:val="18"/>
                <w:rtl w:val="0"/>
              </w:rPr>
              <w:t xml:space="preserve">Quản lý khu vực/đội trưởng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2D">
            <w:pPr>
              <w:widowControl w:val="1"/>
              <w:spacing w:after="20" w:before="20" w:line="252.00000000000003" w:lineRule="auto"/>
              <w:rPr/>
            </w:pPr>
            <w:r w:rsidDel="00000000" w:rsidR="00000000" w:rsidRPr="00000000">
              <w:rPr>
                <w:b w:val="0"/>
                <w:bCs w:val="0"/>
                <w:sz w:val="18"/>
                <w:szCs w:val="18"/>
                <w:rtl w:val="0"/>
              </w:rPr>
              <w:t xml:space="preserve">[Họ tên - Số điện thoại]</w:t>
            </w:r>
            <w:r w:rsidDel="00000000" w:rsidR="00000000" w:rsidRPr="00000000">
              <w:rPr>
                <w:rtl w:val="0"/>
              </w:rPr>
            </w:r>
          </w:p>
        </w:tc>
      </w:tr>
    </w:tbl>
    <w:p w:rsidR="00000000" w:rsidDel="00000000" w:rsidP="00000000" w:rsidRDefault="00000000" w:rsidRPr="00000000" w14:paraId="0000002E">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Hai bên thống nhất giao kết Hợp đồng cung cấp dịch vụ bảo vệ (sau đây gọi là “Hợp đồng”) với các điều khoản dưới đây.</w:t>
      </w:r>
    </w:p>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 CĂN CỨ, TÀI LIỆU HỢP ĐỒNG VÀ ĐỊNH NGHĨA</w:t>
      </w:r>
    </w:p>
    <w:p w:rsidR="00000000" w:rsidDel="00000000" w:rsidP="00000000" w:rsidRDefault="00000000" w:rsidRPr="00000000" w14:paraId="00000031">
      <w:pPr>
        <w:jc w:val="both"/>
        <w:rPr/>
      </w:pPr>
      <w:r w:rsidDel="00000000" w:rsidR="00000000" w:rsidRPr="00000000">
        <w:rPr>
          <w:b w:val="1"/>
          <w:bCs w:val="1"/>
          <w:rtl w:val="0"/>
        </w:rPr>
        <w:t xml:space="preserve">1.1. </w:t>
      </w:r>
      <w:r w:rsidDel="00000000" w:rsidR="00000000" w:rsidRPr="00000000">
        <w:rPr>
          <w:rtl w:val="0"/>
        </w:rPr>
        <w:t xml:space="preserve">Các bên ký kết trên cơ sở Bộ luật Dân sự năm 2015, Luật Thương mại năm 2005 và các quy định pháp luật hiện hành có liên quan đến ngành, nghề kinh doanh dịch vụ bảo vệ, lao động, an toàn, phòng cháy chữa cháy và bảo vệ dữ liệu cá nhân.</w:t>
      </w:r>
    </w:p>
    <w:p w:rsidR="00000000" w:rsidDel="00000000" w:rsidP="00000000" w:rsidRDefault="00000000" w:rsidRPr="00000000" w14:paraId="00000032">
      <w:pPr>
        <w:jc w:val="both"/>
        <w:rPr/>
      </w:pPr>
      <w:r w:rsidDel="00000000" w:rsidR="00000000" w:rsidRPr="00000000">
        <w:rPr>
          <w:b w:val="1"/>
          <w:bCs w:val="1"/>
          <w:rtl w:val="0"/>
        </w:rPr>
        <w:t xml:space="preserve">1.2. </w:t>
      </w:r>
      <w:r w:rsidDel="00000000" w:rsidR="00000000" w:rsidRPr="00000000">
        <w:rPr>
          <w:rtl w:val="0"/>
        </w:rPr>
        <w:t xml:space="preserve">Các tài liệu là bộ phận không tách rời của Hợp đồng gồm: Phụ lục 01 – Mục tiêu, vị trí chốt và phương án bố trí lực lượng; Phụ lục 02 – Quy trình công việc, kiểm soát ra vào và xử lý sự cố; Phụ lục 03 – Đơn giá, nghiệm thu và chỉ tiêu chất lượng; Phụ lục 04 – Biên bản bàn giao và biểu mẫu thực hiện; cùng các phụ lục điều chỉnh ký sau.</w:t>
      </w:r>
    </w:p>
    <w:p w:rsidR="00000000" w:rsidDel="00000000" w:rsidP="00000000" w:rsidRDefault="00000000" w:rsidRPr="00000000" w14:paraId="00000033">
      <w:pPr>
        <w:jc w:val="both"/>
        <w:rPr/>
      </w:pPr>
      <w:r w:rsidDel="00000000" w:rsidR="00000000" w:rsidRPr="00000000">
        <w:rPr>
          <w:b w:val="1"/>
          <w:bCs w:val="1"/>
          <w:rtl w:val="0"/>
        </w:rPr>
        <w:t xml:space="preserve">1.3. </w:t>
      </w:r>
      <w:r w:rsidDel="00000000" w:rsidR="00000000" w:rsidRPr="00000000">
        <w:rPr>
          <w:rtl w:val="0"/>
        </w:rPr>
        <w:t xml:space="preserve">“Mục tiêu” là khu vực, cơ sở và tài sản được Bên A giao Bên B thực hiện dịch vụ; “ca trực” là khoảng thời gian cung cấp nhân sự tại vị trí chốt; “sự cố” là tình huống bất thường có nguy cơ ảnh hưởng đến người, tài sản hoặc trật tự tại mục tiêu.</w:t>
      </w:r>
    </w:p>
    <w:p w:rsidR="00000000" w:rsidDel="00000000" w:rsidP="00000000" w:rsidRDefault="00000000" w:rsidRPr="00000000" w14:paraId="00000034">
      <w:pPr>
        <w:jc w:val="both"/>
        <w:rPr/>
      </w:pPr>
      <w:r w:rsidDel="00000000" w:rsidR="00000000" w:rsidRPr="00000000">
        <w:rPr>
          <w:b w:val="1"/>
          <w:bCs w:val="1"/>
          <w:rtl w:val="0"/>
        </w:rPr>
        <w:t xml:space="preserve">1.4. </w:t>
      </w:r>
      <w:r w:rsidDel="00000000" w:rsidR="00000000" w:rsidRPr="00000000">
        <w:rPr>
          <w:rtl w:val="0"/>
        </w:rPr>
        <w:t xml:space="preserve">Khi có khác biệt giữa các văn bản, ưu tiên phụ lục điều chỉnh ký sau; tiếp theo là Hợp đồng; sau đó là các phụ lục còn lại, trừ khi văn bản có thỏa thuận thứ tự ưu tiên khác.</w:t>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2. ĐỐI TƯỢNG, PHẠM VI VÀ THỜI HẠN CUNG CẤP DỊCH VỤ</w:t>
      </w:r>
    </w:p>
    <w:p w:rsidR="00000000" w:rsidDel="00000000" w:rsidP="00000000" w:rsidRDefault="00000000" w:rsidRPr="00000000" w14:paraId="00000036">
      <w:pPr>
        <w:jc w:val="both"/>
        <w:rPr/>
      </w:pPr>
      <w:r w:rsidDel="00000000" w:rsidR="00000000" w:rsidRPr="00000000">
        <w:rPr>
          <w:b w:val="1"/>
          <w:bCs w:val="1"/>
          <w:rtl w:val="0"/>
        </w:rPr>
        <w:t xml:space="preserve">2.1. </w:t>
      </w:r>
      <w:r w:rsidDel="00000000" w:rsidR="00000000" w:rsidRPr="00000000">
        <w:rPr>
          <w:rtl w:val="0"/>
        </w:rPr>
        <w:t xml:space="preserve">Bên B cung cấp nhân sự thực hiện công tác bảo vệ tại [Tên địa điểm/tòa nhà/nhà máy/kho bãi], địa chỉ [Địa chỉ cụ thể], theo sơ đồ, danh mục mục tiêu và lịch trực tại Phụ lục 01.</w:t>
      </w:r>
    </w:p>
    <w:p w:rsidR="00000000" w:rsidDel="00000000" w:rsidP="00000000" w:rsidRDefault="00000000" w:rsidRPr="00000000" w14:paraId="00000037">
      <w:pPr>
        <w:jc w:val="both"/>
        <w:rPr/>
      </w:pPr>
      <w:r w:rsidDel="00000000" w:rsidR="00000000" w:rsidRPr="00000000">
        <w:rPr>
          <w:b w:val="1"/>
          <w:bCs w:val="1"/>
          <w:rtl w:val="0"/>
        </w:rPr>
        <w:t xml:space="preserve">2.2. </w:t>
      </w:r>
      <w:r w:rsidDel="00000000" w:rsidR="00000000" w:rsidRPr="00000000">
        <w:rPr>
          <w:rtl w:val="0"/>
        </w:rPr>
        <w:t xml:space="preserve">Phạm vi cơ bản: trực cổng và hướng dẫn khách; kiểm soát người, phương tiện, hàng hóa theo quy trình được duyệt; tuần tra, phát hiện và thông báo bất thường; phối hợp bảo vệ tài sản, hỗ trợ sơ tán và ứng phó ban đầu trong phạm vi được đào tạo, được pháp luật cho phép; ghi chép sổ trực và báo cáo.</w:t>
      </w:r>
    </w:p>
    <w:p w:rsidR="00000000" w:rsidDel="00000000" w:rsidP="00000000" w:rsidRDefault="00000000" w:rsidRPr="00000000" w14:paraId="00000038">
      <w:pPr>
        <w:jc w:val="both"/>
        <w:rPr/>
      </w:pPr>
      <w:r w:rsidDel="00000000" w:rsidR="00000000" w:rsidRPr="00000000">
        <w:rPr>
          <w:b w:val="1"/>
          <w:bCs w:val="1"/>
          <w:rtl w:val="0"/>
        </w:rPr>
        <w:t xml:space="preserve">2.3. </w:t>
      </w:r>
      <w:r w:rsidDel="00000000" w:rsidR="00000000" w:rsidRPr="00000000">
        <w:rPr>
          <w:rtl w:val="0"/>
        </w:rPr>
        <w:t xml:space="preserve">Dịch vụ không mặc nhiên bao gồm: áp tải tiền/tài sản có giá trị, vận chuyển hàng hóa, quản lý kho, giữ tài sản hộ, nghiệp vụ phòng cháy chữa cháy chuyên trách, điều tra hình sự, cưỡng chế, khám xét người hoặc phương tiện ngoài phạm vi pháp luật cho phép. Công việc phát sinh phải được hai bên chấp thuận bằng văn bản về phạm vi, nguồn lực và chi phí.</w:t>
      </w:r>
    </w:p>
    <w:p w:rsidR="00000000" w:rsidDel="00000000" w:rsidP="00000000" w:rsidRDefault="00000000" w:rsidRPr="00000000" w14:paraId="00000039">
      <w:pPr>
        <w:jc w:val="both"/>
        <w:rPr/>
      </w:pPr>
      <w:r w:rsidDel="00000000" w:rsidR="00000000" w:rsidRPr="00000000">
        <w:rPr>
          <w:b w:val="1"/>
          <w:bCs w:val="1"/>
          <w:rtl w:val="0"/>
        </w:rPr>
        <w:t xml:space="preserve">2.4. </w:t>
      </w:r>
      <w:r w:rsidDel="00000000" w:rsidR="00000000" w:rsidRPr="00000000">
        <w:rPr>
          <w:rtl w:val="0"/>
        </w:rPr>
        <w:t xml:space="preserve">Thời hạn cung cấp dịch vụ: từ [giờ, ngày/tháng/năm] đến hết [giờ, ngày/tháng/năm]. Thời điểm triển khai thực tế căn cứ biên bản bàn giao mục tiêu; gia hạn phải được thống nhất bằng phụ lục trước ngày hết hạn.</w:t>
      </w:r>
    </w:p>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3. BỐ TRÍ NHÂN SỰ VÀ TỔ CHỨC CA TRỰC</w:t>
      </w:r>
    </w:p>
    <w:p w:rsidR="00000000" w:rsidDel="00000000" w:rsidP="00000000" w:rsidRDefault="00000000" w:rsidRPr="00000000" w14:paraId="0000003B">
      <w:pPr>
        <w:jc w:val="both"/>
        <w:rPr/>
      </w:pPr>
      <w:r w:rsidDel="00000000" w:rsidR="00000000" w:rsidRPr="00000000">
        <w:rPr>
          <w:b w:val="1"/>
          <w:bCs w:val="1"/>
          <w:rtl w:val="0"/>
        </w:rPr>
        <w:t xml:space="preserve">3.1. </w:t>
      </w:r>
      <w:r w:rsidDel="00000000" w:rsidR="00000000" w:rsidRPr="00000000">
        <w:rPr>
          <w:rtl w:val="0"/>
        </w:rPr>
        <w:t xml:space="preserve">Bên B bảo đảm số vị trí chốt, số nhân sự thực tế/ca, khung giờ và chế độ trực theo Phụ lục 01. Bố trí nhân sự dự phòng để tránh bỏ trống chốt trực trong thời gian thay ca, nghỉ phép, nghỉ ốm hoặc tình huống phát sinh.</w:t>
      </w:r>
    </w:p>
    <w:p w:rsidR="00000000" w:rsidDel="00000000" w:rsidP="00000000" w:rsidRDefault="00000000" w:rsidRPr="00000000" w14:paraId="0000003C">
      <w:pPr>
        <w:jc w:val="both"/>
        <w:rPr/>
      </w:pPr>
      <w:r w:rsidDel="00000000" w:rsidR="00000000" w:rsidRPr="00000000">
        <w:rPr>
          <w:b w:val="1"/>
          <w:bCs w:val="1"/>
          <w:rtl w:val="0"/>
        </w:rPr>
        <w:t xml:space="preserve">3.2. </w:t>
      </w:r>
      <w:r w:rsidDel="00000000" w:rsidR="00000000" w:rsidRPr="00000000">
        <w:rPr>
          <w:rtl w:val="0"/>
        </w:rPr>
        <w:t xml:space="preserve">Bên B chịu trách nhiệm tuyển dụng, kiểm tra tiêu chuẩn, đào tạo và quản lý nhân viên; bảo đảm điều kiện hành nghề, chứng chỉ nghiệp vụ và các hồ sơ liên quan theo quy định áp dụng. Danh sách nhân viên và người phụ trách phải cung cấp cho Bên A trước khi tiếp nhận mục tiêu, cập nhật khi thay đổi.</w:t>
      </w:r>
    </w:p>
    <w:p w:rsidR="00000000" w:rsidDel="00000000" w:rsidP="00000000" w:rsidRDefault="00000000" w:rsidRPr="00000000" w14:paraId="0000003D">
      <w:pPr>
        <w:jc w:val="both"/>
        <w:rPr/>
      </w:pPr>
      <w:r w:rsidDel="00000000" w:rsidR="00000000" w:rsidRPr="00000000">
        <w:rPr>
          <w:b w:val="1"/>
          <w:bCs w:val="1"/>
          <w:rtl w:val="0"/>
        </w:rPr>
        <w:t xml:space="preserve">3.3. </w:t>
      </w:r>
      <w:r w:rsidDel="00000000" w:rsidR="00000000" w:rsidRPr="00000000">
        <w:rPr>
          <w:rtl w:val="0"/>
        </w:rPr>
        <w:t xml:space="preserve">Việc thay thế nhân viên phải thông báo cho Bên A tối thiểu [  ] giờ, trừ trường hợp khẩn cấp. Bên A có quyền yêu cầu thay nhân viên khi có căn cứ về vi phạm nội quy, chất lượng hoặc an toàn; Bên B xác minh và bố trí người đáp ứng yêu cầu trong [  ] giờ.</w:t>
      </w:r>
    </w:p>
    <w:p w:rsidR="00000000" w:rsidDel="00000000" w:rsidP="00000000" w:rsidRDefault="00000000" w:rsidRPr="00000000" w14:paraId="0000003E">
      <w:pPr>
        <w:jc w:val="both"/>
        <w:rPr/>
      </w:pPr>
      <w:r w:rsidDel="00000000" w:rsidR="00000000" w:rsidRPr="00000000">
        <w:rPr>
          <w:b w:val="1"/>
          <w:bCs w:val="1"/>
          <w:rtl w:val="0"/>
        </w:rPr>
        <w:t xml:space="preserve">3.4. </w:t>
      </w:r>
      <w:r w:rsidDel="00000000" w:rsidR="00000000" w:rsidRPr="00000000">
        <w:rPr>
          <w:rtl w:val="0"/>
        </w:rPr>
        <w:t xml:space="preserve">Bên B phân công đội trưởng/chỉ huy mục tiêu và đầu mối trực 24/7 (nếu mục tiêu vận hành 24/7); tự tổ chức chấm công, nghỉ giữa giờ, thời giờ làm việc và thanh toán chế độ cho người lao động theo pháp luật.</w:t>
      </w:r>
    </w:p>
    <w:p w:rsidR="00000000" w:rsidDel="00000000" w:rsidP="00000000" w:rsidRDefault="00000000" w:rsidRPr="00000000" w14:paraId="0000003F">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4. QUY CHUẨN DỊCH VỤ VÀ HỒ SƠ VẬN HÀNH</w:t>
      </w:r>
    </w:p>
    <w:p w:rsidR="00000000" w:rsidDel="00000000" w:rsidP="00000000" w:rsidRDefault="00000000" w:rsidRPr="00000000" w14:paraId="00000040">
      <w:pPr>
        <w:jc w:val="both"/>
        <w:rPr/>
      </w:pPr>
      <w:r w:rsidDel="00000000" w:rsidR="00000000" w:rsidRPr="00000000">
        <w:rPr>
          <w:b w:val="1"/>
          <w:bCs w:val="1"/>
          <w:rtl w:val="0"/>
        </w:rPr>
        <w:t xml:space="preserve">4.1. </w:t>
      </w:r>
      <w:r w:rsidDel="00000000" w:rsidR="00000000" w:rsidRPr="00000000">
        <w:rPr>
          <w:rtl w:val="0"/>
        </w:rPr>
        <w:t xml:space="preserve">Nhân viên bảo vệ phải mặc đồng phục và đeo thẻ theo quy định, giữ tác phong lịch sự, không sử dụng rượu bia/chất kích thích khi thực hiện nhiệm vụ, không rời vị trí khi chưa bàn giao, không tiết lộ thông tin của Bên A.</w:t>
      </w:r>
    </w:p>
    <w:p w:rsidR="00000000" w:rsidDel="00000000" w:rsidP="00000000" w:rsidRDefault="00000000" w:rsidRPr="00000000" w14:paraId="00000041">
      <w:pPr>
        <w:jc w:val="both"/>
        <w:rPr/>
      </w:pPr>
      <w:r w:rsidDel="00000000" w:rsidR="00000000" w:rsidRPr="00000000">
        <w:rPr>
          <w:b w:val="1"/>
          <w:bCs w:val="1"/>
          <w:rtl w:val="0"/>
        </w:rPr>
        <w:t xml:space="preserve">4.2. </w:t>
      </w:r>
      <w:r w:rsidDel="00000000" w:rsidR="00000000" w:rsidRPr="00000000">
        <w:rPr>
          <w:rtl w:val="0"/>
        </w:rPr>
        <w:t xml:space="preserve">Mỗi chốt phải có nhật ký ca trực và sổ bàn giao; các khu vực tuần tra ghi nhận theo tần suất và tuyến do hai bên phê duyệt. Mọi bất thường phải được báo cáo ngay cho đầu mối Bên A và cấp quản lý Bên B theo Phụ lục 02.</w:t>
      </w:r>
    </w:p>
    <w:p w:rsidR="00000000" w:rsidDel="00000000" w:rsidP="00000000" w:rsidRDefault="00000000" w:rsidRPr="00000000" w14:paraId="00000042">
      <w:pPr>
        <w:jc w:val="both"/>
        <w:rPr/>
      </w:pPr>
      <w:r w:rsidDel="00000000" w:rsidR="00000000" w:rsidRPr="00000000">
        <w:rPr>
          <w:b w:val="1"/>
          <w:bCs w:val="1"/>
          <w:rtl w:val="0"/>
        </w:rPr>
        <w:t xml:space="preserve">4.3. </w:t>
      </w:r>
      <w:r w:rsidDel="00000000" w:rsidR="00000000" w:rsidRPr="00000000">
        <w:rPr>
          <w:rtl w:val="0"/>
        </w:rPr>
        <w:t xml:space="preserve">Bên B gửi báo cáo [ngày/tuần/tháng] gồm tình trạng nhân sự, nhật ký sự cố, kết quả tuần tra, kiến nghị; chịu sự kiểm tra, đánh giá chất lượng theo tiêu chí thống nhất tại Phụ lục 03.</w:t>
      </w:r>
    </w:p>
    <w:p w:rsidR="00000000" w:rsidDel="00000000" w:rsidP="00000000" w:rsidRDefault="00000000" w:rsidRPr="00000000" w14:paraId="00000043">
      <w:pPr>
        <w:jc w:val="both"/>
        <w:rPr/>
      </w:pPr>
      <w:r w:rsidDel="00000000" w:rsidR="00000000" w:rsidRPr="00000000">
        <w:rPr>
          <w:b w:val="1"/>
          <w:bCs w:val="1"/>
          <w:rtl w:val="0"/>
        </w:rPr>
        <w:t xml:space="preserve">4.4. </w:t>
      </w:r>
      <w:r w:rsidDel="00000000" w:rsidR="00000000" w:rsidRPr="00000000">
        <w:rPr>
          <w:rtl w:val="0"/>
        </w:rPr>
        <w:t xml:space="preserve">Yêu cầu thay đổi quy trình phải được đầu mối có thẩm quyền của hai bên chấp thuận trước khi áp dụng, trừ xử lý ngay tình huống nguy hiểm cấp bách phù hợp pháp luật.</w:t>
      </w:r>
    </w:p>
    <w:p w:rsidR="00000000" w:rsidDel="00000000" w:rsidP="00000000" w:rsidRDefault="00000000" w:rsidRPr="00000000" w14:paraId="00000044">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5. XỬ LÝ SỰ CỐ VÀ PHỐI HỢP VỚI CƠ QUAN CHỨC NĂNG</w:t>
      </w:r>
    </w:p>
    <w:p w:rsidR="00000000" w:rsidDel="00000000" w:rsidP="00000000" w:rsidRDefault="00000000" w:rsidRPr="00000000" w14:paraId="00000045">
      <w:pPr>
        <w:jc w:val="both"/>
        <w:rPr/>
      </w:pPr>
      <w:r w:rsidDel="00000000" w:rsidR="00000000" w:rsidRPr="00000000">
        <w:rPr>
          <w:b w:val="1"/>
          <w:bCs w:val="1"/>
          <w:rtl w:val="0"/>
        </w:rPr>
        <w:t xml:space="preserve">5.1. </w:t>
      </w:r>
      <w:r w:rsidDel="00000000" w:rsidR="00000000" w:rsidRPr="00000000">
        <w:rPr>
          <w:rtl w:val="0"/>
        </w:rPr>
        <w:t xml:space="preserve">Khi phát hiện cháy nổ, trộm cắp, xâm nhập, bạo lực, tai nạn hoặc rủi ro nghiêm trọng, nhân viên Bên B phải ưu tiên an toàn tính mạng, phát cảnh báo, thông báo kịp thời cho đầu mối Bên A, liên hệ cơ quan chức năng/cứu hộ phù hợp và triển khai biện pháp ban đầu trong giới hạn năng lực, thẩm quyền pháp luật.</w:t>
      </w:r>
    </w:p>
    <w:p w:rsidR="00000000" w:rsidDel="00000000" w:rsidP="00000000" w:rsidRDefault="00000000" w:rsidRPr="00000000" w14:paraId="00000046">
      <w:pPr>
        <w:jc w:val="both"/>
        <w:rPr/>
      </w:pPr>
      <w:r w:rsidDel="00000000" w:rsidR="00000000" w:rsidRPr="00000000">
        <w:rPr>
          <w:b w:val="1"/>
          <w:bCs w:val="1"/>
          <w:rtl w:val="0"/>
        </w:rPr>
        <w:t xml:space="preserve">5.2. </w:t>
      </w:r>
      <w:r w:rsidDel="00000000" w:rsidR="00000000" w:rsidRPr="00000000">
        <w:rPr>
          <w:rtl w:val="0"/>
        </w:rPr>
        <w:t xml:space="preserve">Bên B bảo vệ hiện trường trong phạm vi hợp pháp, không tự ý di chuyển tang vật, trích xuất hoặc cung cấp dữ liệu cho bên thứ ba trái phép; phối hợp với Bên A và cơ quan có thẩm quyền khi được yêu cầu hợp pháp.</w:t>
      </w:r>
    </w:p>
    <w:p w:rsidR="00000000" w:rsidDel="00000000" w:rsidP="00000000" w:rsidRDefault="00000000" w:rsidRPr="00000000" w14:paraId="00000047">
      <w:pPr>
        <w:jc w:val="both"/>
        <w:rPr/>
      </w:pPr>
      <w:r w:rsidDel="00000000" w:rsidR="00000000" w:rsidRPr="00000000">
        <w:rPr>
          <w:b w:val="1"/>
          <w:bCs w:val="1"/>
          <w:rtl w:val="0"/>
        </w:rPr>
        <w:t xml:space="preserve">5.3. </w:t>
      </w:r>
      <w:r w:rsidDel="00000000" w:rsidR="00000000" w:rsidRPr="00000000">
        <w:rPr>
          <w:rtl w:val="0"/>
        </w:rPr>
        <w:t xml:space="preserve">Sự cố phải được lập biên bản ghi rõ thời gian, diễn biến, người liên quan, hình ảnh/tài liệu (nếu có), biện pháp đã thực hiện; hai bên cùng rà soát nguyên nhân, trách nhiệm và biện pháp phòng ngừa.</w:t>
      </w:r>
    </w:p>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6. QUYỀN VÀ NGHĨA VỤ CỦA BÊN B</w:t>
      </w:r>
    </w:p>
    <w:p w:rsidR="00000000" w:rsidDel="00000000" w:rsidP="00000000" w:rsidRDefault="00000000" w:rsidRPr="00000000" w14:paraId="00000049">
      <w:pPr>
        <w:jc w:val="both"/>
        <w:rPr/>
      </w:pPr>
      <w:r w:rsidDel="00000000" w:rsidR="00000000" w:rsidRPr="00000000">
        <w:rPr>
          <w:b w:val="1"/>
          <w:bCs w:val="1"/>
          <w:rtl w:val="0"/>
        </w:rPr>
        <w:t xml:space="preserve">6.1. </w:t>
      </w:r>
      <w:r w:rsidDel="00000000" w:rsidR="00000000" w:rsidRPr="00000000">
        <w:rPr>
          <w:rtl w:val="0"/>
        </w:rPr>
        <w:t xml:space="preserve">Cung ứng dịch vụ đúng số lượng, chất lượng, thời gian và mục tiêu đã thỏa thuận; duy trì điều kiện kinh doanh, hồ sơ pháp lý và nhân sự theo quy định trong suốt thời hạn Hợp đồng.</w:t>
      </w:r>
    </w:p>
    <w:p w:rsidR="00000000" w:rsidDel="00000000" w:rsidP="00000000" w:rsidRDefault="00000000" w:rsidRPr="00000000" w14:paraId="0000004A">
      <w:pPr>
        <w:jc w:val="both"/>
        <w:rPr/>
      </w:pPr>
      <w:r w:rsidDel="00000000" w:rsidR="00000000" w:rsidRPr="00000000">
        <w:rPr>
          <w:b w:val="1"/>
          <w:bCs w:val="1"/>
          <w:rtl w:val="0"/>
        </w:rPr>
        <w:t xml:space="preserve">6.2. </w:t>
      </w:r>
      <w:r w:rsidDel="00000000" w:rsidR="00000000" w:rsidRPr="00000000">
        <w:rPr>
          <w:rtl w:val="0"/>
        </w:rPr>
        <w:t xml:space="preserve">Trang bị đồng phục, công cụ phục vụ công việc hợp pháp, thiết bị liên lạc và phương tiện cần thiết do Bên B chịu trách nhiệm theo Phụ lục 01; quản lý việc sử dụng công cụ hỗ trợ (nếu có) đúng điều kiện và quy định chuyên ngành.</w:t>
      </w:r>
    </w:p>
    <w:p w:rsidR="00000000" w:rsidDel="00000000" w:rsidP="00000000" w:rsidRDefault="00000000" w:rsidRPr="00000000" w14:paraId="0000004B">
      <w:pPr>
        <w:jc w:val="both"/>
        <w:rPr/>
      </w:pPr>
      <w:r w:rsidDel="00000000" w:rsidR="00000000" w:rsidRPr="00000000">
        <w:rPr>
          <w:b w:val="1"/>
          <w:bCs w:val="1"/>
          <w:rtl w:val="0"/>
        </w:rPr>
        <w:t xml:space="preserve">6.3. </w:t>
      </w:r>
      <w:r w:rsidDel="00000000" w:rsidR="00000000" w:rsidRPr="00000000">
        <w:rPr>
          <w:rtl w:val="0"/>
        </w:rPr>
        <w:t xml:space="preserve">Chịu trách nhiệm đối với người lao động do mình quản lý, bao gồm hợp đồng lao động, tiền lương, bảo hiểm, đào tạo và các chế độ bắt buộc; không hình thành quan hệ lao động giữa nhân viên Bên B và Bên A chỉ bởi việc triển khai dịch vụ.</w:t>
      </w:r>
    </w:p>
    <w:p w:rsidR="00000000" w:rsidDel="00000000" w:rsidP="00000000" w:rsidRDefault="00000000" w:rsidRPr="00000000" w14:paraId="0000004C">
      <w:pPr>
        <w:jc w:val="both"/>
        <w:rPr/>
      </w:pPr>
      <w:r w:rsidDel="00000000" w:rsidR="00000000" w:rsidRPr="00000000">
        <w:rPr>
          <w:b w:val="1"/>
          <w:bCs w:val="1"/>
          <w:rtl w:val="0"/>
        </w:rPr>
        <w:t xml:space="preserve">6.4. </w:t>
      </w:r>
      <w:r w:rsidDel="00000000" w:rsidR="00000000" w:rsidRPr="00000000">
        <w:rPr>
          <w:rtl w:val="0"/>
        </w:rPr>
        <w:t xml:space="preserve">Chấp hành nội quy an toàn, an ninh, phòng cháy chữa cháy và bảo mật tại mục tiêu đã được Bên A thông báo hợp lệ; không giao khoán lại toàn bộ hoặc phần trọng yếu dịch vụ cho bên thứ ba khi chưa có sự đồng ý bằng văn bản của Bên A.</w:t>
      </w:r>
    </w:p>
    <w:p w:rsidR="00000000" w:rsidDel="00000000" w:rsidP="00000000" w:rsidRDefault="00000000" w:rsidRPr="00000000" w14:paraId="0000004D">
      <w:pPr>
        <w:jc w:val="both"/>
        <w:rPr/>
      </w:pPr>
      <w:r w:rsidDel="00000000" w:rsidR="00000000" w:rsidRPr="00000000">
        <w:rPr>
          <w:b w:val="1"/>
          <w:bCs w:val="1"/>
          <w:rtl w:val="0"/>
        </w:rPr>
        <w:t xml:space="preserve">6.5. </w:t>
      </w:r>
      <w:r w:rsidDel="00000000" w:rsidR="00000000" w:rsidRPr="00000000">
        <w:rPr>
          <w:rtl w:val="0"/>
        </w:rPr>
        <w:t xml:space="preserve">Có quyền yêu cầu Bên A bàn giao thông tin, điều kiện tiếp cận mục tiêu phù hợp và thanh toán đúng hạn; từ chối chỉ đạo trái pháp luật, vượt phạm vi bảo vệ, đồng thời báo ngay cho đầu mối Bên A.</w:t>
      </w:r>
    </w:p>
    <w:p w:rsidR="00000000" w:rsidDel="00000000" w:rsidP="00000000" w:rsidRDefault="00000000" w:rsidRPr="00000000" w14:paraId="0000004E">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7. QUYỀN VÀ NGHĨA VỤ CỦA BÊN A</w:t>
      </w:r>
    </w:p>
    <w:p w:rsidR="00000000" w:rsidDel="00000000" w:rsidP="00000000" w:rsidRDefault="00000000" w:rsidRPr="00000000" w14:paraId="0000004F">
      <w:pPr>
        <w:jc w:val="both"/>
        <w:rPr/>
      </w:pPr>
      <w:r w:rsidDel="00000000" w:rsidR="00000000" w:rsidRPr="00000000">
        <w:rPr>
          <w:b w:val="1"/>
          <w:bCs w:val="1"/>
          <w:rtl w:val="0"/>
        </w:rPr>
        <w:t xml:space="preserve">7.1. </w:t>
      </w:r>
      <w:r w:rsidDel="00000000" w:rsidR="00000000" w:rsidRPr="00000000">
        <w:rPr>
          <w:rtl w:val="0"/>
        </w:rPr>
        <w:t xml:space="preserve">Bàn giao mặt bằng, sơ đồ khu vực, nội quy, danh sách người được phép ra vào, cơ chế cấp thẻ, đầu mối xử lý và các thông tin cần thiết; thông báo kịp thời thay đổi về mục tiêu, giờ hoạt động, hàng hóa/tài sản đặc biệt.</w:t>
      </w:r>
    </w:p>
    <w:p w:rsidR="00000000" w:rsidDel="00000000" w:rsidP="00000000" w:rsidRDefault="00000000" w:rsidRPr="00000000" w14:paraId="00000050">
      <w:pPr>
        <w:jc w:val="both"/>
        <w:rPr/>
      </w:pPr>
      <w:r w:rsidDel="00000000" w:rsidR="00000000" w:rsidRPr="00000000">
        <w:rPr>
          <w:b w:val="1"/>
          <w:bCs w:val="1"/>
          <w:rtl w:val="0"/>
        </w:rPr>
        <w:t xml:space="preserve">7.2. </w:t>
      </w:r>
      <w:r w:rsidDel="00000000" w:rsidR="00000000" w:rsidRPr="00000000">
        <w:rPr>
          <w:rtl w:val="0"/>
        </w:rPr>
        <w:t xml:space="preserve">Bố trí điều kiện làm việc theo thỏa thuận: vị trí chốt, nguồn điện, chiếu sáng, nơi lưu hồ sơ và phương tiện thuộc trách nhiệm Bên A; bảo trì hệ thống camera, khóa, báo động thuộc sở hữu hoặc quản lý của Bên A.</w:t>
      </w:r>
    </w:p>
    <w:p w:rsidR="00000000" w:rsidDel="00000000" w:rsidP="00000000" w:rsidRDefault="00000000" w:rsidRPr="00000000" w14:paraId="00000051">
      <w:pPr>
        <w:jc w:val="both"/>
        <w:rPr/>
      </w:pPr>
      <w:r w:rsidDel="00000000" w:rsidR="00000000" w:rsidRPr="00000000">
        <w:rPr>
          <w:b w:val="1"/>
          <w:bCs w:val="1"/>
          <w:rtl w:val="0"/>
        </w:rPr>
        <w:t xml:space="preserve">7.3. </w:t>
      </w:r>
      <w:r w:rsidDel="00000000" w:rsidR="00000000" w:rsidRPr="00000000">
        <w:rPr>
          <w:rtl w:val="0"/>
        </w:rPr>
        <w:t xml:space="preserve">Phối hợp xử lý sự cố, tổ chức kiểm tra và nghiệm thu định kỳ; phản ánh chất lượng qua đầu mối được chỉ định, không chỉ đạo nhân viên Bên B thực hiện hành vi trái pháp luật hoặc ngoài hợp đồng.</w:t>
      </w:r>
    </w:p>
    <w:p w:rsidR="00000000" w:rsidDel="00000000" w:rsidP="00000000" w:rsidRDefault="00000000" w:rsidRPr="00000000" w14:paraId="00000052">
      <w:pPr>
        <w:jc w:val="both"/>
        <w:rPr/>
      </w:pPr>
      <w:r w:rsidDel="00000000" w:rsidR="00000000" w:rsidRPr="00000000">
        <w:rPr>
          <w:b w:val="1"/>
          <w:bCs w:val="1"/>
          <w:rtl w:val="0"/>
        </w:rPr>
        <w:t xml:space="preserve">7.4. </w:t>
      </w:r>
      <w:r w:rsidDel="00000000" w:rsidR="00000000" w:rsidRPr="00000000">
        <w:rPr>
          <w:rtl w:val="0"/>
        </w:rPr>
        <w:t xml:space="preserve">Thanh toán phí dịch vụ đúng hạn và cung cấp chứng từ hợp lệ phục vụ đối soát; có quyền yêu cầu Bên B khắc phục sai sót, thay thế nhân viên và thực hiện trách nhiệm theo Hợp đồng khi có căn cứ.</w:t>
      </w:r>
    </w:p>
    <w:p w:rsidR="00000000" w:rsidDel="00000000" w:rsidP="00000000" w:rsidRDefault="00000000" w:rsidRPr="00000000" w14:paraId="00000053">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8. TÀI SẢN, TRANG THIẾT BỊ, DỮ LIỆU VÀ BẢO MẬT</w:t>
      </w:r>
    </w:p>
    <w:p w:rsidR="00000000" w:rsidDel="00000000" w:rsidP="00000000" w:rsidRDefault="00000000" w:rsidRPr="00000000" w14:paraId="00000054">
      <w:pPr>
        <w:jc w:val="both"/>
        <w:rPr/>
      </w:pPr>
      <w:r w:rsidDel="00000000" w:rsidR="00000000" w:rsidRPr="00000000">
        <w:rPr>
          <w:b w:val="1"/>
          <w:bCs w:val="1"/>
          <w:rtl w:val="0"/>
        </w:rPr>
        <w:t xml:space="preserve">8.1. </w:t>
      </w:r>
      <w:r w:rsidDel="00000000" w:rsidR="00000000" w:rsidRPr="00000000">
        <w:rPr>
          <w:rtl w:val="0"/>
        </w:rPr>
        <w:t xml:space="preserve">Hai bên lập biên bản bàn giao đối với chìa khóa, thẻ, bộ đàm, sổ trực, thiết bị kiểm soát ra vào, hồ sơ và các tài sản giao nhận; xác định số lượng, tình trạng, đơn vị sở hữu và trách nhiệm bảo quản theo Phụ lục 04.</w:t>
      </w:r>
    </w:p>
    <w:p w:rsidR="00000000" w:rsidDel="00000000" w:rsidP="00000000" w:rsidRDefault="00000000" w:rsidRPr="00000000" w14:paraId="00000055">
      <w:pPr>
        <w:jc w:val="both"/>
        <w:rPr/>
      </w:pPr>
      <w:r w:rsidDel="00000000" w:rsidR="00000000" w:rsidRPr="00000000">
        <w:rPr>
          <w:b w:val="1"/>
          <w:bCs w:val="1"/>
          <w:rtl w:val="0"/>
        </w:rPr>
        <w:t xml:space="preserve">8.2. </w:t>
      </w:r>
      <w:r w:rsidDel="00000000" w:rsidR="00000000" w:rsidRPr="00000000">
        <w:rPr>
          <w:rtl w:val="0"/>
        </w:rPr>
        <w:t xml:space="preserve">Thông tin về nhân sự, khách ra vào, sơ đồ an ninh, hệ thống camera, sự cố, bí mật kinh doanh và dữ liệu cá nhân chỉ được sử dụng để thực hiện Hợp đồng, phân quyền tiếp cận phù hợp, không sao chép/chia sẻ trái phép; khi kết thúc phải bàn giao hoặc xử lý theo yêu cầu hợp pháp và quy định áp dụng.</w:t>
      </w:r>
    </w:p>
    <w:p w:rsidR="00000000" w:rsidDel="00000000" w:rsidP="00000000" w:rsidRDefault="00000000" w:rsidRPr="00000000" w14:paraId="00000056">
      <w:pPr>
        <w:jc w:val="both"/>
        <w:rPr/>
      </w:pPr>
      <w:r w:rsidDel="00000000" w:rsidR="00000000" w:rsidRPr="00000000">
        <w:rPr>
          <w:b w:val="1"/>
          <w:bCs w:val="1"/>
          <w:rtl w:val="0"/>
        </w:rPr>
        <w:t xml:space="preserve">8.3. </w:t>
      </w:r>
      <w:r w:rsidDel="00000000" w:rsidR="00000000" w:rsidRPr="00000000">
        <w:rPr>
          <w:rtl w:val="0"/>
        </w:rPr>
        <w:t xml:space="preserve">Bên B thông báo ngay khi có dấu hiệu thất lạc dữ liệu, mất chìa khóa/thẻ hoặc truy cập trái phép và phối hợp ngăn chặn, khắc phục. Quy định về lưu giữ hình ảnh, nhật ký và quyền trích xuất do hai bên thống nhất bằng văn bản phù hợp pháp luật.</w:t>
      </w:r>
    </w:p>
    <w:p w:rsidR="00000000" w:rsidDel="00000000" w:rsidP="00000000" w:rsidRDefault="00000000" w:rsidRPr="00000000" w14:paraId="00000057">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9. PHÍ DỊCH VỤ, CHI PHÍ PHÁT SINH VÀ THANH TOÁN</w:t>
      </w:r>
    </w:p>
    <w:p w:rsidR="00000000" w:rsidDel="00000000" w:rsidP="00000000" w:rsidRDefault="00000000" w:rsidRPr="00000000" w14:paraId="00000058">
      <w:pPr>
        <w:jc w:val="both"/>
        <w:rPr/>
      </w:pPr>
      <w:r w:rsidDel="00000000" w:rsidR="00000000" w:rsidRPr="00000000">
        <w:rPr>
          <w:b w:val="1"/>
          <w:bCs w:val="1"/>
          <w:rtl w:val="0"/>
        </w:rPr>
        <w:t xml:space="preserve">9.1. </w:t>
      </w:r>
      <w:r w:rsidDel="00000000" w:rsidR="00000000" w:rsidRPr="00000000">
        <w:rPr>
          <w:rtl w:val="0"/>
        </w:rPr>
        <w:t xml:space="preserve">Đơn giá theo vị trí/ca và tổng phí dịch vụ tạm tính quy định tại Phụ lục 03. Đơn giá được thể hiện [đã bao gồm/chưa bao gồm] thuế giá trị gia tăng; thuế suất, hóa đơn áp dụng theo quy định tại thời điểm xuất hóa đơn.</w:t>
      </w:r>
    </w:p>
    <w:p w:rsidR="00000000" w:rsidDel="00000000" w:rsidP="00000000" w:rsidRDefault="00000000" w:rsidRPr="00000000" w14:paraId="00000059">
      <w:pPr>
        <w:jc w:val="both"/>
        <w:rPr/>
      </w:pPr>
      <w:r w:rsidDel="00000000" w:rsidR="00000000" w:rsidRPr="00000000">
        <w:rPr>
          <w:b w:val="1"/>
          <w:bCs w:val="1"/>
          <w:rtl w:val="0"/>
        </w:rPr>
        <w:t xml:space="preserve">9.2. </w:t>
      </w:r>
      <w:r w:rsidDel="00000000" w:rsidR="00000000" w:rsidRPr="00000000">
        <w:rPr>
          <w:rtl w:val="0"/>
        </w:rPr>
        <w:t xml:space="preserve">Phí kỳ thanh toán = đơn giá đã thỏa thuận × khối lượng dịch vụ được nghiệm thu, cộng chi phí phát sinh đã được phê duyệt và các khoản thuế (nếu có), trừ các khoản điều chỉnh giảm được hai bên xác nhận. Cách tính vị trí trực tháng thiếu ngày, trực tăng cường hoặc ngày lễ nêu rõ ở Phụ lục 03.</w:t>
      </w:r>
    </w:p>
    <w:p w:rsidR="00000000" w:rsidDel="00000000" w:rsidP="00000000" w:rsidRDefault="00000000" w:rsidRPr="00000000" w14:paraId="0000005A">
      <w:pPr>
        <w:jc w:val="both"/>
        <w:rPr/>
      </w:pPr>
      <w:r w:rsidDel="00000000" w:rsidR="00000000" w:rsidRPr="00000000">
        <w:rPr>
          <w:b w:val="1"/>
          <w:bCs w:val="1"/>
          <w:rtl w:val="0"/>
        </w:rPr>
        <w:t xml:space="preserve">9.3. </w:t>
      </w:r>
      <w:r w:rsidDel="00000000" w:rsidR="00000000" w:rsidRPr="00000000">
        <w:rPr>
          <w:rtl w:val="0"/>
        </w:rPr>
        <w:t xml:space="preserve">Vào ngày [  ] hằng tháng, Bên B gửi hồ sơ thanh toán gồm: bảng đối soát vị trí/ca trực, biên bản nghiệm thu hoặc xác nhận dịch vụ, hóa đơn hợp lệ và tài liệu liên quan. Bên A phản hồi đối soát trong [  ] ngày làm việc và thanh toán trong [  ] ngày làm việc kể từ khi nhận đủ hồ sơ hợp lệ.</w:t>
      </w:r>
    </w:p>
    <w:p w:rsidR="00000000" w:rsidDel="00000000" w:rsidP="00000000" w:rsidRDefault="00000000" w:rsidRPr="00000000" w14:paraId="0000005B">
      <w:pPr>
        <w:jc w:val="both"/>
        <w:rPr/>
      </w:pPr>
      <w:r w:rsidDel="00000000" w:rsidR="00000000" w:rsidRPr="00000000">
        <w:rPr>
          <w:b w:val="1"/>
          <w:bCs w:val="1"/>
          <w:rtl w:val="0"/>
        </w:rPr>
        <w:t xml:space="preserve">9.4. </w:t>
      </w:r>
      <w:r w:rsidDel="00000000" w:rsidR="00000000" w:rsidRPr="00000000">
        <w:rPr>
          <w:rtl w:val="0"/>
        </w:rPr>
        <w:t xml:space="preserve">Thanh toán bằng chuyển khoản đến tài khoản hợp pháp của Bên B. Trường hợp có tranh chấp một phần giá trị, hai bên vẫn thanh toán phần không tranh chấp theo hạn; mọi khoản khấu trừ/bù trừ phải có căn cứ và thông báo bằng văn bản.</w:t>
      </w:r>
    </w:p>
    <w:p w:rsidR="00000000" w:rsidDel="00000000" w:rsidP="00000000" w:rsidRDefault="00000000" w:rsidRPr="00000000" w14:paraId="0000005C">
      <w:pPr>
        <w:jc w:val="both"/>
        <w:rPr/>
      </w:pPr>
      <w:r w:rsidDel="00000000" w:rsidR="00000000" w:rsidRPr="00000000">
        <w:rPr>
          <w:b w:val="1"/>
          <w:bCs w:val="1"/>
          <w:rtl w:val="0"/>
        </w:rPr>
        <w:t xml:space="preserve">9.5. </w:t>
      </w:r>
      <w:r w:rsidDel="00000000" w:rsidR="00000000" w:rsidRPr="00000000">
        <w:rPr>
          <w:rtl w:val="0"/>
        </w:rPr>
        <w:t xml:space="preserve">Thay đổi giá do tăng/giảm vị trí chốt, điều chỉnh thời gian trực hoặc thay đổi chính sách pháp luật ảnh hưởng trực tiếp đến chi phí chỉ có hiệu lực khi được hai bên thống nhất bằng phụ lục, trừ trường hợp pháp luật buộc áp dụng khác.</w:t>
      </w:r>
    </w:p>
    <w:p w:rsidR="00000000" w:rsidDel="00000000" w:rsidP="00000000" w:rsidRDefault="00000000" w:rsidRPr="00000000" w14:paraId="0000005D">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10. NGHIỆM THU, KIỂM TRA VÀ ĐÁNH GIÁ CHẤT LƯỢNG</w:t>
      </w:r>
    </w:p>
    <w:p w:rsidR="00000000" w:rsidDel="00000000" w:rsidP="00000000" w:rsidRDefault="00000000" w:rsidRPr="00000000" w14:paraId="0000005E">
      <w:pPr>
        <w:jc w:val="both"/>
        <w:rPr/>
      </w:pPr>
      <w:r w:rsidDel="00000000" w:rsidR="00000000" w:rsidRPr="00000000">
        <w:rPr>
          <w:b w:val="1"/>
          <w:bCs w:val="1"/>
          <w:rtl w:val="0"/>
        </w:rPr>
        <w:t xml:space="preserve">10.1. </w:t>
      </w:r>
      <w:r w:rsidDel="00000000" w:rsidR="00000000" w:rsidRPr="00000000">
        <w:rPr>
          <w:rtl w:val="0"/>
        </w:rPr>
        <w:t xml:space="preserve">Hai bên tổ chức đối soát và nghiệm thu dịch vụ theo tháng (hoặc kỳ: [  ]) trên cơ sở bảng phân ca, biên bản bàn giao, nhật ký trực, báo cáo và tiêu chí chất lượng tại Phụ lục 03.</w:t>
      </w:r>
    </w:p>
    <w:p w:rsidR="00000000" w:rsidDel="00000000" w:rsidP="00000000" w:rsidRDefault="00000000" w:rsidRPr="00000000" w14:paraId="0000005F">
      <w:pPr>
        <w:jc w:val="both"/>
        <w:rPr/>
      </w:pPr>
      <w:r w:rsidDel="00000000" w:rsidR="00000000" w:rsidRPr="00000000">
        <w:rPr>
          <w:b w:val="1"/>
          <w:bCs w:val="1"/>
          <w:rtl w:val="0"/>
        </w:rPr>
        <w:t xml:space="preserve">10.2. </w:t>
      </w:r>
      <w:r w:rsidDel="00000000" w:rsidR="00000000" w:rsidRPr="00000000">
        <w:rPr>
          <w:rtl w:val="0"/>
        </w:rPr>
        <w:t xml:space="preserve">Bên A phản hồi các sai lệch về quân số, thời gian trực, tác phong hoặc quy trình bằng tài liệu phù hợp; Bên B có quyền giải trình trong [  ] ngày làm việc. Kết quả khắc phục được cập nhật vào biên bản nghiệm thu và không mặc nhiên là căn cứ khấu trừ nếu chưa có thỏa thuận rõ ràng.</w:t>
      </w:r>
    </w:p>
    <w:p w:rsidR="00000000" w:rsidDel="00000000" w:rsidP="00000000" w:rsidRDefault="00000000" w:rsidRPr="00000000" w14:paraId="00000060">
      <w:pPr>
        <w:jc w:val="both"/>
        <w:rPr/>
      </w:pPr>
      <w:r w:rsidDel="00000000" w:rsidR="00000000" w:rsidRPr="00000000">
        <w:rPr>
          <w:b w:val="1"/>
          <w:bCs w:val="1"/>
          <w:rtl w:val="0"/>
        </w:rPr>
        <w:t xml:space="preserve">10.3. </w:t>
      </w:r>
      <w:r w:rsidDel="00000000" w:rsidR="00000000" w:rsidRPr="00000000">
        <w:rPr>
          <w:rtl w:val="0"/>
        </w:rPr>
        <w:t xml:space="preserve">Những trường hợp không bố trí nhân sự hoặc thiếu giờ trực so với cam kết được xác định riêng trong bảng đối soát; cơ chế điều chỉnh phí phải bảo đảm không tính trùng với chế tài đối với cùng một vi phạm.</w:t>
      </w:r>
    </w:p>
    <w:p w:rsidR="00000000" w:rsidDel="00000000" w:rsidP="00000000" w:rsidRDefault="00000000" w:rsidRPr="00000000" w14:paraId="00000061">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11. VI PHẠM HỢP ĐỒNG, PHẠT VÀ BỒI THƯỜNG THIỆT HẠI</w:t>
      </w:r>
    </w:p>
    <w:p w:rsidR="00000000" w:rsidDel="00000000" w:rsidP="00000000" w:rsidRDefault="00000000" w:rsidRPr="00000000" w14:paraId="00000062">
      <w:pPr>
        <w:jc w:val="both"/>
        <w:rPr/>
      </w:pPr>
      <w:r w:rsidDel="00000000" w:rsidR="00000000" w:rsidRPr="00000000">
        <w:rPr>
          <w:b w:val="1"/>
          <w:bCs w:val="1"/>
          <w:rtl w:val="0"/>
        </w:rPr>
        <w:t xml:space="preserve">11.1. </w:t>
      </w:r>
      <w:r w:rsidDel="00000000" w:rsidR="00000000" w:rsidRPr="00000000">
        <w:rPr>
          <w:rtl w:val="0"/>
        </w:rPr>
        <w:t xml:space="preserve">Bên vi phạm có nghĩa vụ khắc phục trong thời hạn hợp lý kể từ khi nhận thông báo. Hai bên có thể thỏa thuận mức phạt vi phạm cụ thể: [  ]% giá trị phần nghĩa vụ bị vi phạm, nhưng không vượt quá giới hạn pháp luật áp dụng đối với giao dịch này.</w:t>
      </w:r>
    </w:p>
    <w:p w:rsidR="00000000" w:rsidDel="00000000" w:rsidP="00000000" w:rsidRDefault="00000000" w:rsidRPr="00000000" w14:paraId="00000063">
      <w:pPr>
        <w:jc w:val="both"/>
        <w:rPr/>
      </w:pPr>
      <w:r w:rsidDel="00000000" w:rsidR="00000000" w:rsidRPr="00000000">
        <w:rPr>
          <w:b w:val="1"/>
          <w:bCs w:val="1"/>
          <w:rtl w:val="0"/>
        </w:rPr>
        <w:t xml:space="preserve">11.2. </w:t>
      </w:r>
      <w:r w:rsidDel="00000000" w:rsidR="00000000" w:rsidRPr="00000000">
        <w:rPr>
          <w:rtl w:val="0"/>
        </w:rPr>
        <w:t xml:space="preserve">Trách nhiệm bồi thường được xem xét trên cơ sở hành vi vi phạm, thiệt hại thực tế, chứng cứ xác minh, quan hệ nhân quả trực tiếp và quy định pháp luật. Các bên phối hợp lập biên bản, thu thập chứng cứ và hạn chế tổn thất; không quy kết tự động mọi mất mát tại mục tiêu cho Bên B.</w:t>
      </w:r>
    </w:p>
    <w:p w:rsidR="00000000" w:rsidDel="00000000" w:rsidP="00000000" w:rsidRDefault="00000000" w:rsidRPr="00000000" w14:paraId="00000064">
      <w:pPr>
        <w:jc w:val="both"/>
        <w:rPr/>
      </w:pPr>
      <w:r w:rsidDel="00000000" w:rsidR="00000000" w:rsidRPr="00000000">
        <w:rPr>
          <w:b w:val="1"/>
          <w:bCs w:val="1"/>
          <w:rtl w:val="0"/>
        </w:rPr>
        <w:t xml:space="preserve">11.3. </w:t>
      </w:r>
      <w:r w:rsidDel="00000000" w:rsidR="00000000" w:rsidRPr="00000000">
        <w:rPr>
          <w:rtl w:val="0"/>
        </w:rPr>
        <w:t xml:space="preserve">Bên B không chịu trách nhiệm đối với thiệt hại phát sinh hoàn toàn do lỗi của Bên A, trường hợp miễn trách nhiệm hợp pháp, sự kiện bất khả kháng hoặc rủi ro ngoài phạm vi dịch vụ mà Bên B không có lỗi. Việc có bên thứ ba gây thiệt hại không tự động loại trừ trách nhiệm của Bên B nếu có vi phạm nghĩa vụ đã góp phần trực tiếp gây tổn thất.</w:t>
      </w:r>
    </w:p>
    <w:p w:rsidR="00000000" w:rsidDel="00000000" w:rsidP="00000000" w:rsidRDefault="00000000" w:rsidRPr="00000000" w14:paraId="00000065">
      <w:pPr>
        <w:jc w:val="both"/>
        <w:rPr/>
      </w:pPr>
      <w:r w:rsidDel="00000000" w:rsidR="00000000" w:rsidRPr="00000000">
        <w:rPr>
          <w:b w:val="1"/>
          <w:bCs w:val="1"/>
          <w:rtl w:val="0"/>
        </w:rPr>
        <w:t xml:space="preserve">11.4. </w:t>
      </w:r>
      <w:r w:rsidDel="00000000" w:rsidR="00000000" w:rsidRPr="00000000">
        <w:rPr>
          <w:rtl w:val="0"/>
        </w:rPr>
        <w:t xml:space="preserve">Trường hợp nhân viên Bên B gây thiệt hại do lỗi trong khi thực hiện nhiệm vụ, Bên B phối hợp giải quyết trách nhiệm đối với Bên A theo Hợp đồng và pháp luật; việc phân định trách nhiệm nội bộ giữa Bên B và người lao động do Bên B tự thực hiện.</w:t>
      </w:r>
    </w:p>
    <w:p w:rsidR="00000000" w:rsidDel="00000000" w:rsidP="00000000" w:rsidRDefault="00000000" w:rsidRPr="00000000" w14:paraId="00000066">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12. BẤT KHẢ KHÁNG VÀ THAY ĐỔI HOÀN CẢNH</w:t>
      </w:r>
    </w:p>
    <w:p w:rsidR="00000000" w:rsidDel="00000000" w:rsidP="00000000" w:rsidRDefault="00000000" w:rsidRPr="00000000" w14:paraId="00000067">
      <w:pPr>
        <w:jc w:val="both"/>
        <w:rPr/>
      </w:pPr>
      <w:r w:rsidDel="00000000" w:rsidR="00000000" w:rsidRPr="00000000">
        <w:rPr>
          <w:b w:val="1"/>
          <w:bCs w:val="1"/>
          <w:rtl w:val="0"/>
        </w:rPr>
        <w:t xml:space="preserve">12.1. </w:t>
      </w:r>
      <w:r w:rsidDel="00000000" w:rsidR="00000000" w:rsidRPr="00000000">
        <w:rPr>
          <w:rtl w:val="0"/>
        </w:rPr>
        <w:t xml:space="preserve">Bất khả kháng được hiểu và xử lý theo pháp luật áp dụng. Bên bị ảnh hưởng phải thông báo kịp thời cho bên kia, nêu biện pháp giảm thiểu hậu quả và cung cấp tài liệu chứng minh khi hợp lý.</w:t>
      </w:r>
    </w:p>
    <w:p w:rsidR="00000000" w:rsidDel="00000000" w:rsidP="00000000" w:rsidRDefault="00000000" w:rsidRPr="00000000" w14:paraId="00000068">
      <w:pPr>
        <w:jc w:val="both"/>
        <w:rPr/>
      </w:pPr>
      <w:r w:rsidDel="00000000" w:rsidR="00000000" w:rsidRPr="00000000">
        <w:rPr>
          <w:b w:val="1"/>
          <w:bCs w:val="1"/>
          <w:rtl w:val="0"/>
        </w:rPr>
        <w:t xml:space="preserve">12.2. </w:t>
      </w:r>
      <w:r w:rsidDel="00000000" w:rsidR="00000000" w:rsidRPr="00000000">
        <w:rPr>
          <w:rtl w:val="0"/>
        </w:rPr>
        <w:t xml:space="preserve">Hai bên ưu tiên thống nhất phương án duy trì bảo vệ an toàn tối thiểu, điều chỉnh vị trí/ca trực, chi phí và thời gian thực hiện. Nếu sự kiện kéo dài quá [  ] ngày khiến mục đích Hợp đồng không thể đạt được, các bên thương lượng chấm dứt hoặc xử lý theo pháp luật.</w:t>
      </w:r>
    </w:p>
    <w:p w:rsidR="00000000" w:rsidDel="00000000" w:rsidP="00000000" w:rsidRDefault="00000000" w:rsidRPr="00000000" w14:paraId="00000069">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13. TẠM NGỪNG, CHẤM DỨT VÀ BÀN GIAO KHI KẾT THÚC</w:t>
      </w:r>
    </w:p>
    <w:p w:rsidR="00000000" w:rsidDel="00000000" w:rsidP="00000000" w:rsidRDefault="00000000" w:rsidRPr="00000000" w14:paraId="0000006A">
      <w:pPr>
        <w:jc w:val="both"/>
        <w:rPr/>
      </w:pPr>
      <w:r w:rsidDel="00000000" w:rsidR="00000000" w:rsidRPr="00000000">
        <w:rPr>
          <w:b w:val="1"/>
          <w:bCs w:val="1"/>
          <w:rtl w:val="0"/>
        </w:rPr>
        <w:t xml:space="preserve">13.1. </w:t>
      </w:r>
      <w:r w:rsidDel="00000000" w:rsidR="00000000" w:rsidRPr="00000000">
        <w:rPr>
          <w:rtl w:val="0"/>
        </w:rPr>
        <w:t xml:space="preserve">Hợp đồng chấm dứt khi hết thời hạn mà không gia hạn, theo thỏa thuận, hoặc theo căn cứ pháp luật và các trường hợp quy định tại điều này.</w:t>
      </w:r>
    </w:p>
    <w:p w:rsidR="00000000" w:rsidDel="00000000" w:rsidP="00000000" w:rsidRDefault="00000000" w:rsidRPr="00000000" w14:paraId="0000006B">
      <w:pPr>
        <w:jc w:val="both"/>
        <w:rPr/>
      </w:pPr>
      <w:r w:rsidDel="00000000" w:rsidR="00000000" w:rsidRPr="00000000">
        <w:rPr>
          <w:b w:val="1"/>
          <w:bCs w:val="1"/>
          <w:rtl w:val="0"/>
        </w:rPr>
        <w:t xml:space="preserve">13.2. </w:t>
      </w:r>
      <w:r w:rsidDel="00000000" w:rsidR="00000000" w:rsidRPr="00000000">
        <w:rPr>
          <w:rtl w:val="0"/>
        </w:rPr>
        <w:t xml:space="preserve">Mỗi bên được đề nghị chấm dứt trước hạn bằng thông báo trước [30] ngày, trừ khi hai bên thống nhất khác; việc chấm dứt không làm mất các nghĩa vụ phát sinh trước thời điểm chấm dứt.</w:t>
      </w:r>
    </w:p>
    <w:p w:rsidR="00000000" w:rsidDel="00000000" w:rsidP="00000000" w:rsidRDefault="00000000" w:rsidRPr="00000000" w14:paraId="0000006C">
      <w:pPr>
        <w:jc w:val="both"/>
        <w:rPr/>
      </w:pPr>
      <w:r w:rsidDel="00000000" w:rsidR="00000000" w:rsidRPr="00000000">
        <w:rPr>
          <w:b w:val="1"/>
          <w:bCs w:val="1"/>
          <w:rtl w:val="0"/>
        </w:rPr>
        <w:t xml:space="preserve">13.3. </w:t>
      </w:r>
      <w:r w:rsidDel="00000000" w:rsidR="00000000" w:rsidRPr="00000000">
        <w:rPr>
          <w:rtl w:val="0"/>
        </w:rPr>
        <w:t xml:space="preserve">Bên bị vi phạm nghiêm trọng có quyền áp dụng biện pháp theo Hợp đồng và pháp luật sau khi thông báo, cho thời hạn khắc phục [  ] ngày (nếu có thể khắc phục). Trường hợp có nguy cơ nghiêm trọng về tính mạng, an toàn hoặc vi phạm pháp luật, các bên được thực hiện biện pháp khẩn cấp hợp pháp cần thiết.</w:t>
      </w:r>
    </w:p>
    <w:p w:rsidR="00000000" w:rsidDel="00000000" w:rsidP="00000000" w:rsidRDefault="00000000" w:rsidRPr="00000000" w14:paraId="0000006D">
      <w:pPr>
        <w:jc w:val="both"/>
        <w:rPr/>
      </w:pPr>
      <w:r w:rsidDel="00000000" w:rsidR="00000000" w:rsidRPr="00000000">
        <w:rPr>
          <w:b w:val="1"/>
          <w:bCs w:val="1"/>
          <w:rtl w:val="0"/>
        </w:rPr>
        <w:t xml:space="preserve">13.4. </w:t>
      </w:r>
      <w:r w:rsidDel="00000000" w:rsidR="00000000" w:rsidRPr="00000000">
        <w:rPr>
          <w:rtl w:val="0"/>
        </w:rPr>
        <w:t xml:space="preserve">Khi kết thúc, hai bên đối soát ca trực, công nợ và thiệt hại (nếu có); Bên B bàn giao chìa khóa, tài sản, hồ sơ, thiết bị, quyền truy cập được giao; lập biên bản kết thúc mục tiêu và bảo đảm không để phát sinh khoảng trống an ninh trong thời gian chuyển giao đã thống nhất.</w:t>
      </w:r>
    </w:p>
    <w:p w:rsidR="00000000" w:rsidDel="00000000" w:rsidP="00000000" w:rsidRDefault="00000000" w:rsidRPr="00000000" w14:paraId="0000006E">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14. THÔNG BÁO VÀ GIẢI QUYẾT TRANH CHẤP</w:t>
      </w:r>
    </w:p>
    <w:p w:rsidR="00000000" w:rsidDel="00000000" w:rsidP="00000000" w:rsidRDefault="00000000" w:rsidRPr="00000000" w14:paraId="0000006F">
      <w:pPr>
        <w:jc w:val="both"/>
        <w:rPr/>
      </w:pPr>
      <w:r w:rsidDel="00000000" w:rsidR="00000000" w:rsidRPr="00000000">
        <w:rPr>
          <w:b w:val="1"/>
          <w:bCs w:val="1"/>
          <w:rtl w:val="0"/>
        </w:rPr>
        <w:t xml:space="preserve">14.1. </w:t>
      </w:r>
      <w:r w:rsidDel="00000000" w:rsidR="00000000" w:rsidRPr="00000000">
        <w:rPr>
          <w:rtl w:val="0"/>
        </w:rPr>
        <w:t xml:space="preserve">Thông báo thông thường được gửi qua email của đầu mối nêu tại phần thông tin hai bên và/hoặc địa chỉ văn bản tại Hợp đồng. Thông báo về phạt, chấm dứt, khiếu nại bồi thường phải được gửi bằng hình thức có thể xác nhận thời điểm nhận.</w:t>
      </w:r>
    </w:p>
    <w:p w:rsidR="00000000" w:rsidDel="00000000" w:rsidP="00000000" w:rsidRDefault="00000000" w:rsidRPr="00000000" w14:paraId="00000070">
      <w:pPr>
        <w:jc w:val="both"/>
        <w:rPr/>
      </w:pPr>
      <w:r w:rsidDel="00000000" w:rsidR="00000000" w:rsidRPr="00000000">
        <w:rPr>
          <w:b w:val="1"/>
          <w:bCs w:val="1"/>
          <w:rtl w:val="0"/>
        </w:rPr>
        <w:t xml:space="preserve">14.2. </w:t>
      </w:r>
      <w:r w:rsidDel="00000000" w:rsidR="00000000" w:rsidRPr="00000000">
        <w:rPr>
          <w:rtl w:val="0"/>
        </w:rPr>
        <w:t xml:space="preserve">Mọi tranh chấp trước hết được giải quyết bằng thương lượng trong [15] ngày làm việc từ ngày nhận thông báo tranh chấp. Nếu không giải quyết được, mỗi bên có quyền khởi kiện tại Tòa án có thẩm quyền theo pháp luật Việt Nam, trừ khi các bên có thỏa thuận trọng tài hợp lệ bằng văn bản.</w:t>
      </w:r>
    </w:p>
    <w:p w:rsidR="00000000" w:rsidDel="00000000" w:rsidP="00000000" w:rsidRDefault="00000000" w:rsidRPr="00000000" w14:paraId="00000071">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60" w:line="271" w:lineRule="auto"/>
        <w:ind w:left="0" w:right="0" w:firstLine="0"/>
        <w:jc w:val="left"/>
        <w:rPr>
          <w:rFonts w:ascii="Times New Roman" w:cs="Times New Roman" w:eastAsia="Times New Roman" w:hAnsi="Times New Roman"/>
          <w:b w:val="1"/>
          <w:bCs w:val="1"/>
          <w:i w:val="0"/>
          <w:iCs w:val="0"/>
          <w:smallCaps w:val="0"/>
          <w:strike w:val="0"/>
          <w:color w:val="18314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4"/>
          <w:szCs w:val="24"/>
          <w:u w:val="none"/>
          <w:shd w:fill="auto" w:val="clear"/>
          <w:vertAlign w:val="baseline"/>
          <w:rtl w:val="0"/>
        </w:rPr>
        <w:t xml:space="preserve">ĐIỀU 15. HIỆU LỰC VÀ ĐIỀU KHOẢN CHUNG</w:t>
      </w:r>
    </w:p>
    <w:p w:rsidR="00000000" w:rsidDel="00000000" w:rsidP="00000000" w:rsidRDefault="00000000" w:rsidRPr="00000000" w14:paraId="00000072">
      <w:pPr>
        <w:jc w:val="both"/>
        <w:rPr/>
      </w:pPr>
      <w:r w:rsidDel="00000000" w:rsidR="00000000" w:rsidRPr="00000000">
        <w:rPr>
          <w:b w:val="1"/>
          <w:bCs w:val="1"/>
          <w:rtl w:val="0"/>
        </w:rPr>
        <w:t xml:space="preserve">15.1. </w:t>
      </w:r>
      <w:r w:rsidDel="00000000" w:rsidR="00000000" w:rsidRPr="00000000">
        <w:rPr>
          <w:rtl w:val="0"/>
        </w:rPr>
        <w:t xml:space="preserve">Hợp đồng có hiệu lực từ [ngày/tháng/năm hoặc thời điểm ký] trừ khi các bên thỏa thuận khác; được lập thành [02] bản tiếng Việt có giá trị pháp lý như nhau, mỗi bên giữ [01] bản.</w:t>
      </w:r>
    </w:p>
    <w:p w:rsidR="00000000" w:rsidDel="00000000" w:rsidP="00000000" w:rsidRDefault="00000000" w:rsidRPr="00000000" w14:paraId="00000073">
      <w:pPr>
        <w:jc w:val="both"/>
        <w:rPr/>
      </w:pPr>
      <w:r w:rsidDel="00000000" w:rsidR="00000000" w:rsidRPr="00000000">
        <w:rPr>
          <w:b w:val="1"/>
          <w:bCs w:val="1"/>
          <w:rtl w:val="0"/>
        </w:rPr>
        <w:t xml:space="preserve">15.2. </w:t>
      </w:r>
      <w:r w:rsidDel="00000000" w:rsidR="00000000" w:rsidRPr="00000000">
        <w:rPr>
          <w:rtl w:val="0"/>
        </w:rPr>
        <w:t xml:space="preserve">Mọi sửa đổi, bổ sung phải lập thành văn bản có chữ ký của người có thẩm quyền. Nếu một điều khoản vô hiệu, các điều khoản còn lại tiếp tục có hiệu lực trong phạm vi pháp luật cho phép và các bên thương lượng thay thế điều khoản đó.</w:t>
      </w:r>
    </w:p>
    <w:p w:rsidR="00000000" w:rsidDel="00000000" w:rsidP="00000000" w:rsidRDefault="00000000" w:rsidRPr="00000000" w14:paraId="00000074">
      <w:pPr>
        <w:jc w:val="both"/>
        <w:rPr/>
      </w:pPr>
      <w:r w:rsidDel="00000000" w:rsidR="00000000" w:rsidRPr="00000000">
        <w:rPr>
          <w:b w:val="1"/>
          <w:bCs w:val="1"/>
          <w:rtl w:val="0"/>
        </w:rPr>
        <w:t xml:space="preserve">15.3. </w:t>
      </w:r>
      <w:r w:rsidDel="00000000" w:rsidR="00000000" w:rsidRPr="00000000">
        <w:rPr>
          <w:rtl w:val="0"/>
        </w:rPr>
        <w:t xml:space="preserve">Người ký xác nhận đã đọc, hiểu toàn bộ nội dung, có đủ thẩm quyền đại diện và tự nguyện cam kết thực hiện Hợp đồng cùng các phụ lục.</w:t>
      </w:r>
    </w:p>
    <w:p w:rsidR="00000000" w:rsidDel="00000000" w:rsidP="00000000" w:rsidRDefault="00000000" w:rsidRPr="00000000" w14:paraId="0000007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center"/>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ĐẠI DIỆN CÁC BÊN KÝ XÁC NHẬN</w:t>
      </w:r>
    </w:p>
    <w:tbl>
      <w:tblPr>
        <w:tblStyle w:val="Table3"/>
        <w:tblW w:w="9128.0" w:type="dxa"/>
        <w:jc w:val="center"/>
        <w:tblLayout w:type="fixed"/>
        <w:tblLook w:val="0400"/>
      </w:tblPr>
      <w:tblGrid>
        <w:gridCol w:w="4564"/>
        <w:gridCol w:w="4564"/>
        <w:tblGridChange w:id="0">
          <w:tblGrid>
            <w:gridCol w:w="4564"/>
            <w:gridCol w:w="4564"/>
          </w:tblGrid>
        </w:tblGridChange>
      </w:tblGrid>
      <w:tr>
        <w:trPr>
          <w:cantSplit w:val="0"/>
          <w:tblHeader w:val="0"/>
        </w:trPr>
        <w:tc>
          <w:tcPr/>
          <w:p w:rsidR="00000000" w:rsidDel="00000000" w:rsidP="00000000" w:rsidRDefault="00000000" w:rsidRPr="00000000" w14:paraId="00000076">
            <w:pPr>
              <w:widowControl w:val="1"/>
              <w:jc w:val="center"/>
              <w:rPr/>
            </w:pPr>
            <w:r w:rsidDel="00000000" w:rsidR="00000000" w:rsidRPr="00000000">
              <w:rPr>
                <w:b w:val="1"/>
                <w:bCs w:val="1"/>
                <w:sz w:val="20"/>
                <w:szCs w:val="20"/>
                <w:rtl w:val="0"/>
              </w:rPr>
              <w:t xml:space="preserve">ĐẠI DIỆN BÊN A</w:t>
            </w:r>
            <w:r w:rsidDel="00000000" w:rsidR="00000000" w:rsidRPr="00000000">
              <w:rPr>
                <w:rtl w:val="0"/>
              </w:rPr>
            </w:r>
          </w:p>
          <w:p w:rsidR="00000000" w:rsidDel="00000000" w:rsidP="00000000" w:rsidRDefault="00000000" w:rsidRPr="00000000" w14:paraId="00000077">
            <w:pPr>
              <w:widowControl w:val="1"/>
              <w:jc w:val="center"/>
              <w:rPr/>
            </w:pPr>
            <w:r w:rsidDel="00000000" w:rsidR="00000000" w:rsidRPr="00000000">
              <w:rPr>
                <w:i w:val="1"/>
                <w:iCs w:val="1"/>
                <w:sz w:val="17"/>
                <w:szCs w:val="17"/>
                <w:rtl w:val="0"/>
              </w:rPr>
              <w:t xml:space="preserve">(Ký, ghi rõ họ tên, chức vụ; đóng dấu nếu có)</w:t>
            </w:r>
            <w:r w:rsidDel="00000000" w:rsidR="00000000" w:rsidRPr="00000000">
              <w:rPr>
                <w:rtl w:val="0"/>
              </w:rPr>
            </w:r>
          </w:p>
          <w:p w:rsidR="00000000" w:rsidDel="00000000" w:rsidP="00000000" w:rsidRDefault="00000000" w:rsidRPr="00000000" w14:paraId="00000078">
            <w:pPr>
              <w:widowControl w:val="1"/>
              <w:rPr/>
            </w:pPr>
            <w:r w:rsidDel="00000000" w:rsidR="00000000" w:rsidRPr="00000000">
              <w:rPr>
                <w:rtl w:val="0"/>
              </w:rPr>
            </w:r>
          </w:p>
          <w:p w:rsidR="00000000" w:rsidDel="00000000" w:rsidP="00000000" w:rsidRDefault="00000000" w:rsidRPr="00000000" w14:paraId="00000079">
            <w:pPr>
              <w:widowControl w:val="1"/>
              <w:rPr/>
            </w:pPr>
            <w:r w:rsidDel="00000000" w:rsidR="00000000" w:rsidRPr="00000000">
              <w:rPr>
                <w:rtl w:val="0"/>
              </w:rPr>
            </w:r>
          </w:p>
          <w:p w:rsidR="00000000" w:rsidDel="00000000" w:rsidP="00000000" w:rsidRDefault="00000000" w:rsidRPr="00000000" w14:paraId="0000007A">
            <w:pPr>
              <w:widowControl w:val="1"/>
              <w:rPr/>
            </w:pPr>
            <w:r w:rsidDel="00000000" w:rsidR="00000000" w:rsidRPr="00000000">
              <w:rPr>
                <w:rtl w:val="0"/>
              </w:rPr>
            </w:r>
          </w:p>
          <w:p w:rsidR="00000000" w:rsidDel="00000000" w:rsidP="00000000" w:rsidRDefault="00000000" w:rsidRPr="00000000" w14:paraId="0000007B">
            <w:pPr>
              <w:widowControl w:val="1"/>
              <w:rPr/>
            </w:pPr>
            <w:r w:rsidDel="00000000" w:rsidR="00000000" w:rsidRPr="00000000">
              <w:rPr>
                <w:rtl w:val="0"/>
              </w:rPr>
            </w:r>
          </w:p>
        </w:tc>
        <w:tc>
          <w:tcPr/>
          <w:p w:rsidR="00000000" w:rsidDel="00000000" w:rsidP="00000000" w:rsidRDefault="00000000" w:rsidRPr="00000000" w14:paraId="0000007C">
            <w:pPr>
              <w:widowControl w:val="1"/>
              <w:jc w:val="center"/>
              <w:rPr/>
            </w:pPr>
            <w:r w:rsidDel="00000000" w:rsidR="00000000" w:rsidRPr="00000000">
              <w:rPr>
                <w:b w:val="1"/>
                <w:bCs w:val="1"/>
                <w:sz w:val="20"/>
                <w:szCs w:val="20"/>
                <w:rtl w:val="0"/>
              </w:rPr>
              <w:t xml:space="preserve">ĐẠI DIỆN BÊN B</w:t>
            </w:r>
            <w:r w:rsidDel="00000000" w:rsidR="00000000" w:rsidRPr="00000000">
              <w:rPr>
                <w:rtl w:val="0"/>
              </w:rPr>
            </w:r>
          </w:p>
          <w:p w:rsidR="00000000" w:rsidDel="00000000" w:rsidP="00000000" w:rsidRDefault="00000000" w:rsidRPr="00000000" w14:paraId="0000007D">
            <w:pPr>
              <w:widowControl w:val="1"/>
              <w:jc w:val="center"/>
              <w:rPr/>
            </w:pPr>
            <w:r w:rsidDel="00000000" w:rsidR="00000000" w:rsidRPr="00000000">
              <w:rPr>
                <w:i w:val="1"/>
                <w:iCs w:val="1"/>
                <w:sz w:val="17"/>
                <w:szCs w:val="17"/>
                <w:rtl w:val="0"/>
              </w:rPr>
              <w:t xml:space="preserve">(Ký, ghi rõ họ tên, chức vụ; đóng dấu nếu có)</w:t>
            </w:r>
            <w:r w:rsidDel="00000000" w:rsidR="00000000" w:rsidRPr="00000000">
              <w:rPr>
                <w:rtl w:val="0"/>
              </w:rPr>
            </w:r>
          </w:p>
          <w:p w:rsidR="00000000" w:rsidDel="00000000" w:rsidP="00000000" w:rsidRDefault="00000000" w:rsidRPr="00000000" w14:paraId="0000007E">
            <w:pPr>
              <w:widowControl w:val="1"/>
              <w:rPr/>
            </w:pPr>
            <w:r w:rsidDel="00000000" w:rsidR="00000000" w:rsidRPr="00000000">
              <w:rPr>
                <w:rtl w:val="0"/>
              </w:rPr>
            </w:r>
          </w:p>
          <w:p w:rsidR="00000000" w:rsidDel="00000000" w:rsidP="00000000" w:rsidRDefault="00000000" w:rsidRPr="00000000" w14:paraId="0000007F">
            <w:pPr>
              <w:widowControl w:val="1"/>
              <w:rPr/>
            </w:pPr>
            <w:r w:rsidDel="00000000" w:rsidR="00000000" w:rsidRPr="00000000">
              <w:rPr>
                <w:rtl w:val="0"/>
              </w:rPr>
            </w:r>
          </w:p>
          <w:p w:rsidR="00000000" w:rsidDel="00000000" w:rsidP="00000000" w:rsidRDefault="00000000" w:rsidRPr="00000000" w14:paraId="00000080">
            <w:pPr>
              <w:widowControl w:val="1"/>
              <w:rPr/>
            </w:pPr>
            <w:r w:rsidDel="00000000" w:rsidR="00000000" w:rsidRPr="00000000">
              <w:rPr>
                <w:rtl w:val="0"/>
              </w:rPr>
            </w:r>
          </w:p>
          <w:p w:rsidR="00000000" w:rsidDel="00000000" w:rsidP="00000000" w:rsidRDefault="00000000" w:rsidRPr="00000000" w14:paraId="00000081">
            <w:pPr>
              <w:widowControl w:val="1"/>
              <w:rPr/>
            </w:pPr>
            <w:r w:rsidDel="00000000" w:rsidR="00000000" w:rsidRPr="00000000">
              <w:rPr>
                <w:rtl w:val="0"/>
              </w:rPr>
            </w:r>
          </w:p>
        </w:tc>
      </w:tr>
    </w:tbl>
    <w:p w:rsidR="00000000" w:rsidDel="00000000" w:rsidP="00000000" w:rsidRDefault="00000000" w:rsidRPr="00000000" w14:paraId="00000082">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1" w:lineRule="auto"/>
        <w:ind w:left="0" w:right="0" w:firstLine="0"/>
        <w:jc w:val="center"/>
        <w:rPr>
          <w:rFonts w:ascii="Times New Roman" w:cs="Times New Roman" w:eastAsia="Times New Roman" w:hAnsi="Times New Roman"/>
          <w:b w:val="1"/>
          <w:bCs w:val="1"/>
          <w:i w:val="0"/>
          <w:iCs w:val="0"/>
          <w:smallCaps w:val="0"/>
          <w:strike w:val="0"/>
          <w:color w:val="18314c"/>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8"/>
          <w:szCs w:val="28"/>
          <w:u w:val="none"/>
          <w:shd w:fill="auto" w:val="clear"/>
          <w:vertAlign w:val="baseline"/>
          <w:rtl w:val="0"/>
        </w:rPr>
        <w:t xml:space="preserve">PHỤ LỤC 01</w:t>
      </w:r>
    </w:p>
    <w:p w:rsidR="00000000" w:rsidDel="00000000" w:rsidP="00000000" w:rsidRDefault="00000000" w:rsidRPr="00000000" w14:paraId="00000083">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center"/>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DANH MỤC MỤC TIÊU, VỊ TRÍ CHỐT VÀ PHƯƠNG ÁN NHÂN SỰ</w:t>
      </w:r>
    </w:p>
    <w:p w:rsidR="00000000" w:rsidDel="00000000" w:rsidP="00000000" w:rsidRDefault="00000000" w:rsidRPr="00000000" w14:paraId="00000084">
      <w:pPr>
        <w:jc w:val="both"/>
        <w:rPr/>
      </w:pPr>
      <w:r w:rsidDel="00000000" w:rsidR="00000000" w:rsidRPr="00000000">
        <w:rPr>
          <w:rtl w:val="0"/>
        </w:rPr>
        <w:t xml:space="preserve">Kèm theo Hợp đồng số [  ]/HĐDV-BV ký ngày [  ]/[  ]/[    ]. Phụ lục là bộ phận không tách rời của Hợp đồng.</w:t>
      </w:r>
    </w:p>
    <w:p w:rsidR="00000000" w:rsidDel="00000000" w:rsidP="00000000" w:rsidRDefault="00000000" w:rsidRPr="00000000" w14:paraId="0000008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1. Thông tin vận hành mục tiêu</w:t>
      </w:r>
    </w:p>
    <w:tbl>
      <w:tblPr>
        <w:tblStyle w:val="Table4"/>
        <w:tblW w:w="9014.0" w:type="dxa"/>
        <w:jc w:val="center"/>
        <w:tblLayout w:type="fixed"/>
        <w:tblLook w:val="0400"/>
      </w:tblPr>
      <w:tblGrid>
        <w:gridCol w:w="2948"/>
        <w:gridCol w:w="6066"/>
        <w:tblGridChange w:id="0">
          <w:tblGrid>
            <w:gridCol w:w="2948"/>
            <w:gridCol w:w="6066"/>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86">
            <w:pPr>
              <w:widowControl w:val="1"/>
              <w:spacing w:after="20" w:before="20" w:line="252.00000000000003" w:lineRule="auto"/>
              <w:rPr/>
            </w:pPr>
            <w:r w:rsidDel="00000000" w:rsidR="00000000" w:rsidRPr="00000000">
              <w:rPr>
                <w:b w:val="1"/>
                <w:bCs w:val="1"/>
                <w:sz w:val="17"/>
                <w:szCs w:val="17"/>
                <w:rtl w:val="0"/>
              </w:rPr>
              <w:t xml:space="preserve">Thông tin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87">
            <w:pPr>
              <w:widowControl w:val="1"/>
              <w:spacing w:after="20" w:before="20" w:line="252.00000000000003" w:lineRule="auto"/>
              <w:rPr/>
            </w:pPr>
            <w:r w:rsidDel="00000000" w:rsidR="00000000" w:rsidRPr="00000000">
              <w:rPr>
                <w:b w:val="1"/>
                <w:bCs w:val="1"/>
                <w:sz w:val="17"/>
                <w:szCs w:val="17"/>
                <w:rtl w:val="0"/>
              </w:rPr>
              <w:t xml:space="preserve">Nội dung cần điền</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88">
            <w:pPr>
              <w:widowControl w:val="1"/>
              <w:spacing w:after="20" w:before="20" w:line="252.00000000000003" w:lineRule="auto"/>
              <w:rPr/>
            </w:pPr>
            <w:r w:rsidDel="00000000" w:rsidR="00000000" w:rsidRPr="00000000">
              <w:rPr>
                <w:b w:val="0"/>
                <w:bCs w:val="0"/>
                <w:sz w:val="18"/>
                <w:szCs w:val="18"/>
                <w:rtl w:val="0"/>
              </w:rPr>
              <w:t xml:space="preserve">Tên/loại hình mục tiêu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89">
            <w:pPr>
              <w:widowControl w:val="1"/>
              <w:spacing w:after="20" w:before="20" w:line="252.00000000000003" w:lineRule="auto"/>
              <w:rPr/>
            </w:pPr>
            <w:r w:rsidDel="00000000" w:rsidR="00000000" w:rsidRPr="00000000">
              <w:rPr>
                <w:b w:val="0"/>
                <w:bCs w:val="0"/>
                <w:sz w:val="18"/>
                <w:szCs w:val="18"/>
                <w:rtl w:val="0"/>
              </w:rPr>
              <w:t xml:space="preserve">[Văn phòng / nhà máy / công trường / kho / trung tâm thương mại / khác]</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8A">
            <w:pPr>
              <w:widowControl w:val="1"/>
              <w:spacing w:after="20" w:before="20" w:line="252.00000000000003" w:lineRule="auto"/>
              <w:rPr/>
            </w:pPr>
            <w:r w:rsidDel="00000000" w:rsidR="00000000" w:rsidRPr="00000000">
              <w:rPr>
                <w:b w:val="0"/>
                <w:bCs w:val="0"/>
                <w:sz w:val="18"/>
                <w:szCs w:val="18"/>
                <w:rtl w:val="0"/>
              </w:rPr>
              <w:t xml:space="preserve">Địa điểm triển khai</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8B">
            <w:pPr>
              <w:widowControl w:val="1"/>
              <w:spacing w:after="20" w:before="20" w:line="252.00000000000003" w:lineRule="auto"/>
              <w:rPr/>
            </w:pPr>
            <w:r w:rsidDel="00000000" w:rsidR="00000000" w:rsidRPr="00000000">
              <w:rPr>
                <w:b w:val="0"/>
                <w:bCs w:val="0"/>
                <w:sz w:val="18"/>
                <w:szCs w:val="18"/>
                <w:rtl w:val="0"/>
              </w:rPr>
              <w:t xml:space="preserve">[Địa chỉ chính xác, cổng phụ, khu vực phát sinh]</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8C">
            <w:pPr>
              <w:widowControl w:val="1"/>
              <w:spacing w:after="20" w:before="20" w:line="252.00000000000003" w:lineRule="auto"/>
              <w:rPr/>
            </w:pPr>
            <w:r w:rsidDel="00000000" w:rsidR="00000000" w:rsidRPr="00000000">
              <w:rPr>
                <w:b w:val="0"/>
                <w:bCs w:val="0"/>
                <w:sz w:val="18"/>
                <w:szCs w:val="18"/>
                <w:rtl w:val="0"/>
              </w:rPr>
              <w:t xml:space="preserve">Thời gian vận hành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8D">
            <w:pPr>
              <w:widowControl w:val="1"/>
              <w:spacing w:after="20" w:before="20" w:line="252.00000000000003" w:lineRule="auto"/>
              <w:rPr/>
            </w:pPr>
            <w:r w:rsidDel="00000000" w:rsidR="00000000" w:rsidRPr="00000000">
              <w:rPr>
                <w:b w:val="0"/>
                <w:bCs w:val="0"/>
                <w:sz w:val="18"/>
                <w:szCs w:val="18"/>
                <w:rtl w:val="0"/>
              </w:rPr>
              <w:t xml:space="preserve">[Giờ mở/đóng, ngày hoạt động, ngày nghỉ]</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8E">
            <w:pPr>
              <w:widowControl w:val="1"/>
              <w:spacing w:after="20" w:before="20" w:line="252.00000000000003" w:lineRule="auto"/>
              <w:rPr/>
            </w:pPr>
            <w:r w:rsidDel="00000000" w:rsidR="00000000" w:rsidRPr="00000000">
              <w:rPr>
                <w:b w:val="0"/>
                <w:bCs w:val="0"/>
                <w:sz w:val="18"/>
                <w:szCs w:val="18"/>
                <w:rtl w:val="0"/>
              </w:rPr>
              <w:t xml:space="preserve">Đầu mối Bên 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8F">
            <w:pPr>
              <w:widowControl w:val="1"/>
              <w:spacing w:after="20" w:before="20" w:line="252.00000000000003" w:lineRule="auto"/>
              <w:rPr/>
            </w:pPr>
            <w:r w:rsidDel="00000000" w:rsidR="00000000" w:rsidRPr="00000000">
              <w:rPr>
                <w:b w:val="0"/>
                <w:bCs w:val="0"/>
                <w:sz w:val="18"/>
                <w:szCs w:val="18"/>
                <w:rtl w:val="0"/>
              </w:rPr>
              <w:t xml:space="preserve">[Họ tên, chức vụ, số điện thoại, email]</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90">
            <w:pPr>
              <w:widowControl w:val="1"/>
              <w:spacing w:after="20" w:before="20" w:line="252.00000000000003" w:lineRule="auto"/>
              <w:rPr/>
            </w:pPr>
            <w:r w:rsidDel="00000000" w:rsidR="00000000" w:rsidRPr="00000000">
              <w:rPr>
                <w:b w:val="0"/>
                <w:bCs w:val="0"/>
                <w:sz w:val="18"/>
                <w:szCs w:val="18"/>
                <w:rtl w:val="0"/>
              </w:rPr>
              <w:t xml:space="preserve">Đội trưởng Bên B</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91">
            <w:pPr>
              <w:widowControl w:val="1"/>
              <w:spacing w:after="20" w:before="20" w:line="252.00000000000003" w:lineRule="auto"/>
              <w:rPr/>
            </w:pPr>
            <w:r w:rsidDel="00000000" w:rsidR="00000000" w:rsidRPr="00000000">
              <w:rPr>
                <w:b w:val="0"/>
                <w:bCs w:val="0"/>
                <w:sz w:val="18"/>
                <w:szCs w:val="18"/>
                <w:rtl w:val="0"/>
              </w:rPr>
              <w:t xml:space="preserve">[Họ tên, số điện thoại trực, người thay thế]</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92">
            <w:pPr>
              <w:widowControl w:val="1"/>
              <w:spacing w:after="20" w:before="20" w:line="252.00000000000003" w:lineRule="auto"/>
              <w:rPr/>
            </w:pPr>
            <w:r w:rsidDel="00000000" w:rsidR="00000000" w:rsidRPr="00000000">
              <w:rPr>
                <w:b w:val="0"/>
                <w:bCs w:val="0"/>
                <w:sz w:val="18"/>
                <w:szCs w:val="18"/>
                <w:rtl w:val="0"/>
              </w:rPr>
              <w:t xml:space="preserve">Khu vực rủi ro trọng yếu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93">
            <w:pPr>
              <w:widowControl w:val="1"/>
              <w:spacing w:after="20" w:before="20" w:line="252.00000000000003" w:lineRule="auto"/>
              <w:rPr/>
            </w:pPr>
            <w:r w:rsidDel="00000000" w:rsidR="00000000" w:rsidRPr="00000000">
              <w:rPr>
                <w:b w:val="0"/>
                <w:bCs w:val="0"/>
                <w:sz w:val="18"/>
                <w:szCs w:val="18"/>
                <w:rtl w:val="0"/>
              </w:rPr>
              <w:t xml:space="preserve">[Kho hàng; cổng hàng; phòng kỹ thuật; bãi xe; lối thoát hiểm; khu cấm]</w:t>
            </w:r>
            <w:r w:rsidDel="00000000" w:rsidR="00000000" w:rsidRPr="00000000">
              <w:rPr>
                <w:rtl w:val="0"/>
              </w:rPr>
            </w:r>
          </w:p>
        </w:tc>
      </w:tr>
    </w:tbl>
    <w:p w:rsidR="00000000" w:rsidDel="00000000" w:rsidP="00000000" w:rsidRDefault="00000000" w:rsidRPr="00000000" w14:paraId="00000094">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9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2. Bảng bố trí chốt/ca trực</w:t>
      </w:r>
    </w:p>
    <w:tbl>
      <w:tblPr>
        <w:tblStyle w:val="Table5"/>
        <w:tblW w:w="9015.0" w:type="dxa"/>
        <w:jc w:val="center"/>
        <w:tblLayout w:type="fixed"/>
        <w:tblLook w:val="0400"/>
      </w:tblPr>
      <w:tblGrid>
        <w:gridCol w:w="454"/>
        <w:gridCol w:w="1757"/>
        <w:gridCol w:w="1786"/>
        <w:gridCol w:w="1134"/>
        <w:gridCol w:w="1134"/>
        <w:gridCol w:w="2750"/>
        <w:tblGridChange w:id="0">
          <w:tblGrid>
            <w:gridCol w:w="454"/>
            <w:gridCol w:w="1757"/>
            <w:gridCol w:w="1786"/>
            <w:gridCol w:w="1134"/>
            <w:gridCol w:w="1134"/>
            <w:gridCol w:w="2750"/>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96">
            <w:pPr>
              <w:widowControl w:val="1"/>
              <w:spacing w:after="20" w:before="20" w:line="252.00000000000003" w:lineRule="auto"/>
              <w:rPr/>
            </w:pPr>
            <w:r w:rsidDel="00000000" w:rsidR="00000000" w:rsidRPr="00000000">
              <w:rPr>
                <w:b w:val="1"/>
                <w:bCs w:val="1"/>
                <w:sz w:val="17"/>
                <w:szCs w:val="17"/>
                <w:rtl w:val="0"/>
              </w:rPr>
              <w:t xml:space="preserve">STT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97">
            <w:pPr>
              <w:widowControl w:val="1"/>
              <w:spacing w:after="20" w:before="20" w:line="252.00000000000003" w:lineRule="auto"/>
              <w:rPr/>
            </w:pPr>
            <w:r w:rsidDel="00000000" w:rsidR="00000000" w:rsidRPr="00000000">
              <w:rPr>
                <w:b w:val="1"/>
                <w:bCs w:val="1"/>
                <w:sz w:val="17"/>
                <w:szCs w:val="17"/>
                <w:rtl w:val="0"/>
              </w:rPr>
              <w:t xml:space="preserve">Vị trí / khu vực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98">
            <w:pPr>
              <w:widowControl w:val="1"/>
              <w:spacing w:after="20" w:before="20" w:line="252.00000000000003" w:lineRule="auto"/>
              <w:rPr/>
            </w:pPr>
            <w:r w:rsidDel="00000000" w:rsidR="00000000" w:rsidRPr="00000000">
              <w:rPr>
                <w:b w:val="1"/>
                <w:bCs w:val="1"/>
                <w:sz w:val="17"/>
                <w:szCs w:val="17"/>
                <w:rtl w:val="0"/>
              </w:rPr>
              <w:t xml:space="preserve">Thời gian / 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99">
            <w:pPr>
              <w:widowControl w:val="1"/>
              <w:spacing w:after="20" w:before="20" w:line="252.00000000000003" w:lineRule="auto"/>
              <w:rPr/>
            </w:pPr>
            <w:r w:rsidDel="00000000" w:rsidR="00000000" w:rsidRPr="00000000">
              <w:rPr>
                <w:b w:val="1"/>
                <w:bCs w:val="1"/>
                <w:sz w:val="17"/>
                <w:szCs w:val="17"/>
                <w:rtl w:val="0"/>
              </w:rPr>
              <w:t xml:space="preserve">Nhân sự/ca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9A">
            <w:pPr>
              <w:widowControl w:val="1"/>
              <w:spacing w:after="20" w:before="20" w:line="252.00000000000003" w:lineRule="auto"/>
              <w:rPr/>
            </w:pPr>
            <w:r w:rsidDel="00000000" w:rsidR="00000000" w:rsidRPr="00000000">
              <w:rPr>
                <w:b w:val="1"/>
                <w:bCs w:val="1"/>
                <w:sz w:val="17"/>
                <w:szCs w:val="17"/>
                <w:rtl w:val="0"/>
              </w:rPr>
              <w:t xml:space="preserve">Số ca/ngày</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9B">
            <w:pPr>
              <w:widowControl w:val="1"/>
              <w:spacing w:after="20" w:before="20" w:line="252.00000000000003" w:lineRule="auto"/>
              <w:rPr/>
            </w:pPr>
            <w:r w:rsidDel="00000000" w:rsidR="00000000" w:rsidRPr="00000000">
              <w:rPr>
                <w:b w:val="1"/>
                <w:bCs w:val="1"/>
                <w:sz w:val="17"/>
                <w:szCs w:val="17"/>
                <w:rtl w:val="0"/>
              </w:rPr>
              <w:t xml:space="preserve">Nhiệm vụ chính</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9C">
            <w:pPr>
              <w:widowControl w:val="1"/>
              <w:spacing w:after="20" w:before="20" w:line="252.00000000000003" w:lineRule="auto"/>
              <w:rPr/>
            </w:pPr>
            <w:r w:rsidDel="00000000" w:rsidR="00000000" w:rsidRPr="00000000">
              <w:rPr>
                <w:b w:val="0"/>
                <w:bCs w:val="0"/>
                <w:sz w:val="18"/>
                <w:szCs w:val="18"/>
                <w:rtl w:val="0"/>
              </w:rPr>
              <w:t xml:space="preserve">01</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9D">
            <w:pPr>
              <w:widowControl w:val="1"/>
              <w:spacing w:after="20" w:before="20" w:line="252.00000000000003" w:lineRule="auto"/>
              <w:rPr/>
            </w:pPr>
            <w:r w:rsidDel="00000000" w:rsidR="00000000" w:rsidRPr="00000000">
              <w:rPr>
                <w:b w:val="0"/>
                <w:bCs w:val="0"/>
                <w:sz w:val="18"/>
                <w:szCs w:val="18"/>
                <w:rtl w:val="0"/>
              </w:rPr>
              <w:t xml:space="preserve">[Cổng chính]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9E">
            <w:pPr>
              <w:widowControl w:val="1"/>
              <w:spacing w:after="20" w:before="20" w:line="252.00000000000003" w:lineRule="auto"/>
              <w:rPr/>
            </w:pPr>
            <w:r w:rsidDel="00000000" w:rsidR="00000000" w:rsidRPr="00000000">
              <w:rPr>
                <w:b w:val="0"/>
                <w:bCs w:val="0"/>
                <w:sz w:val="18"/>
                <w:szCs w:val="18"/>
                <w:rtl w:val="0"/>
              </w:rPr>
              <w:t xml:space="preserve">[06:00–14:00]</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9F">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1">
            <w:pPr>
              <w:widowControl w:val="1"/>
              <w:spacing w:after="20" w:before="20" w:line="252.00000000000003" w:lineRule="auto"/>
              <w:rPr/>
            </w:pPr>
            <w:r w:rsidDel="00000000" w:rsidR="00000000" w:rsidRPr="00000000">
              <w:rPr>
                <w:b w:val="0"/>
                <w:bCs w:val="0"/>
                <w:sz w:val="18"/>
                <w:szCs w:val="18"/>
                <w:rtl w:val="0"/>
              </w:rPr>
              <w:t xml:space="preserve">[Kiểm soát ra vào, hướng dẫn]</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2">
            <w:pPr>
              <w:widowControl w:val="1"/>
              <w:spacing w:after="20" w:before="20" w:line="252.00000000000003" w:lineRule="auto"/>
              <w:rPr/>
            </w:pPr>
            <w:r w:rsidDel="00000000" w:rsidR="00000000" w:rsidRPr="00000000">
              <w:rPr>
                <w:b w:val="0"/>
                <w:bCs w:val="0"/>
                <w:sz w:val="18"/>
                <w:szCs w:val="18"/>
                <w:rtl w:val="0"/>
              </w:rPr>
              <w:t xml:space="preserve">02</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3">
            <w:pPr>
              <w:widowControl w:val="1"/>
              <w:spacing w:after="20" w:before="20" w:line="252.00000000000003" w:lineRule="auto"/>
              <w:rPr/>
            </w:pPr>
            <w:r w:rsidDel="00000000" w:rsidR="00000000" w:rsidRPr="00000000">
              <w:rPr>
                <w:b w:val="0"/>
                <w:bCs w:val="0"/>
                <w:sz w:val="18"/>
                <w:szCs w:val="18"/>
                <w:rtl w:val="0"/>
              </w:rPr>
              <w:t xml:space="preserve">[Cổng phụ]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4">
            <w:pPr>
              <w:widowControl w:val="1"/>
              <w:spacing w:after="20" w:before="20" w:line="252.00000000000003" w:lineRule="auto"/>
              <w:rPr/>
            </w:pPr>
            <w:r w:rsidDel="00000000" w:rsidR="00000000" w:rsidRPr="00000000">
              <w:rPr>
                <w:b w:val="0"/>
                <w:bCs w:val="0"/>
                <w:sz w:val="18"/>
                <w:szCs w:val="18"/>
                <w:rtl w:val="0"/>
              </w:rPr>
              <w:t xml:space="preserve">[14:00–22:00]</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5">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6">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7">
            <w:pPr>
              <w:widowControl w:val="1"/>
              <w:spacing w:after="20" w:before="20" w:line="252.00000000000003" w:lineRule="auto"/>
              <w:rPr/>
            </w:pPr>
            <w:r w:rsidDel="00000000" w:rsidR="00000000" w:rsidRPr="00000000">
              <w:rPr>
                <w:b w:val="0"/>
                <w:bCs w:val="0"/>
                <w:sz w:val="18"/>
                <w:szCs w:val="18"/>
                <w:rtl w:val="0"/>
              </w:rPr>
              <w:t xml:space="preserve">[Kiểm soát xe, hàng hóa]</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8">
            <w:pPr>
              <w:widowControl w:val="1"/>
              <w:spacing w:after="20" w:before="20" w:line="252.00000000000003" w:lineRule="auto"/>
              <w:rPr/>
            </w:pPr>
            <w:r w:rsidDel="00000000" w:rsidR="00000000" w:rsidRPr="00000000">
              <w:rPr>
                <w:b w:val="0"/>
                <w:bCs w:val="0"/>
                <w:sz w:val="18"/>
                <w:szCs w:val="18"/>
                <w:rtl w:val="0"/>
              </w:rPr>
              <w:t xml:space="preserve">03</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9">
            <w:pPr>
              <w:widowControl w:val="1"/>
              <w:spacing w:after="20" w:before="20" w:line="252.00000000000003" w:lineRule="auto"/>
              <w:rPr/>
            </w:pPr>
            <w:r w:rsidDel="00000000" w:rsidR="00000000" w:rsidRPr="00000000">
              <w:rPr>
                <w:b w:val="0"/>
                <w:bCs w:val="0"/>
                <w:sz w:val="18"/>
                <w:szCs w:val="18"/>
                <w:rtl w:val="0"/>
              </w:rPr>
              <w:t xml:space="preserve">[Tuần tra]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A">
            <w:pPr>
              <w:widowControl w:val="1"/>
              <w:spacing w:after="20" w:before="20" w:line="252.00000000000003" w:lineRule="auto"/>
              <w:rPr/>
            </w:pPr>
            <w:r w:rsidDel="00000000" w:rsidR="00000000" w:rsidRPr="00000000">
              <w:rPr>
                <w:b w:val="0"/>
                <w:bCs w:val="0"/>
                <w:sz w:val="18"/>
                <w:szCs w:val="18"/>
                <w:rtl w:val="0"/>
              </w:rPr>
              <w:t xml:space="preserve">[22:00–06:00]</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B">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C">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AD">
            <w:pPr>
              <w:widowControl w:val="1"/>
              <w:spacing w:after="20" w:before="20" w:line="252.00000000000003" w:lineRule="auto"/>
              <w:rPr/>
            </w:pPr>
            <w:r w:rsidDel="00000000" w:rsidR="00000000" w:rsidRPr="00000000">
              <w:rPr>
                <w:b w:val="0"/>
                <w:bCs w:val="0"/>
                <w:sz w:val="18"/>
                <w:szCs w:val="18"/>
                <w:rtl w:val="0"/>
              </w:rPr>
              <w:t xml:space="preserve">[Tuần tra, ghi nhận bất thường]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E">
            <w:pPr>
              <w:widowControl w:val="1"/>
              <w:spacing w:after="20" w:before="20" w:line="252.00000000000003" w:lineRule="auto"/>
              <w:rPr/>
            </w:pPr>
            <w:r w:rsidDel="00000000" w:rsidR="00000000" w:rsidRPr="00000000">
              <w:rPr>
                <w:b w:val="0"/>
                <w:bCs w:val="0"/>
                <w:sz w:val="18"/>
                <w:szCs w:val="18"/>
                <w:rtl w:val="0"/>
              </w:rPr>
              <w:t xml:space="preserve">04</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AF">
            <w:pPr>
              <w:widowControl w:val="1"/>
              <w:spacing w:after="20" w:before="20" w:line="252.00000000000003" w:lineRule="auto"/>
              <w:rPr/>
            </w:pPr>
            <w:r w:rsidDel="00000000" w:rsidR="00000000" w:rsidRPr="00000000">
              <w:rPr>
                <w:b w:val="0"/>
                <w:bCs w:val="0"/>
                <w:sz w:val="18"/>
                <w:szCs w:val="18"/>
                <w:rtl w:val="0"/>
              </w:rPr>
              <w:t xml:space="preserve">[Khu vực khác]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B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B1">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B2">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B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bl>
    <w:p w:rsidR="00000000" w:rsidDel="00000000" w:rsidP="00000000" w:rsidRDefault="00000000" w:rsidRPr="00000000" w14:paraId="000000B4">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B5">
      <w:pPr>
        <w:jc w:val="both"/>
        <w:rPr/>
      </w:pPr>
      <w:r w:rsidDel="00000000" w:rsidR="00000000" w:rsidRPr="00000000">
        <w:rPr>
          <w:rtl w:val="0"/>
        </w:rPr>
        <w:t xml:space="preserve">Ghi chú: Khung giờ nêu trong bảng chỉ là dữ liệu minh họa; phải chỉnh sửa theo phương án thực tế. “Nhân sự/ca” là số người hiện diện tại vị trí theo cam kết; không cộng trùng người nghỉ bù/dự phòng.</w:t>
      </w:r>
    </w:p>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3. Tiêu chuẩn và phối hợp nhân sự</w:t>
      </w:r>
    </w:p>
    <w:p w:rsidR="00000000" w:rsidDel="00000000" w:rsidP="00000000" w:rsidRDefault="00000000" w:rsidRPr="00000000" w14:paraId="000000B7">
      <w:pPr>
        <w:jc w:val="both"/>
        <w:rPr/>
      </w:pPr>
      <w:r w:rsidDel="00000000" w:rsidR="00000000" w:rsidRPr="00000000">
        <w:rPr>
          <w:b w:val="1"/>
          <w:bCs w:val="1"/>
          <w:rtl w:val="0"/>
        </w:rPr>
        <w:t xml:space="preserve">3.1. </w:t>
      </w:r>
      <w:r w:rsidDel="00000000" w:rsidR="00000000" w:rsidRPr="00000000">
        <w:rPr>
          <w:rtl w:val="0"/>
        </w:rPr>
        <w:t xml:space="preserve">Bên B gửi danh sách nhân viên trực, hồ sơ cần kiểm tra, giấy tờ chứng minh đào tạo/chứng chỉ theo pháp luật, lịch phân ca và người thay thế trước ngày triển khai [  ] ngày.</w:t>
      </w:r>
    </w:p>
    <w:p w:rsidR="00000000" w:rsidDel="00000000" w:rsidP="00000000" w:rsidRDefault="00000000" w:rsidRPr="00000000" w14:paraId="000000B8">
      <w:pPr>
        <w:jc w:val="both"/>
        <w:rPr/>
      </w:pPr>
      <w:r w:rsidDel="00000000" w:rsidR="00000000" w:rsidRPr="00000000">
        <w:rPr>
          <w:b w:val="1"/>
          <w:bCs w:val="1"/>
          <w:rtl w:val="0"/>
        </w:rPr>
        <w:t xml:space="preserve">3.2. </w:t>
      </w:r>
      <w:r w:rsidDel="00000000" w:rsidR="00000000" w:rsidRPr="00000000">
        <w:rPr>
          <w:rtl w:val="0"/>
        </w:rPr>
        <w:t xml:space="preserve">Đầu mối chỉ huy ca: [Họ tên – SĐT]; đầu mối hỗ trợ khẩn cấp Bên B: [SĐT]; đầu mối cơ sở Bên A: [SĐT]. Thay đổi phân ca, vị trí chốt hoặc số lượng nhân sự cần được xác nhận qua email/văn bản.</w:t>
      </w:r>
    </w:p>
    <w:p w:rsidR="00000000" w:rsidDel="00000000" w:rsidP="00000000" w:rsidRDefault="00000000" w:rsidRPr="00000000" w14:paraId="000000B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4. Phân bổ thiết bị tại mục tiêu</w:t>
      </w:r>
    </w:p>
    <w:tbl>
      <w:tblPr>
        <w:tblStyle w:val="Table6"/>
        <w:tblW w:w="9015.0" w:type="dxa"/>
        <w:jc w:val="center"/>
        <w:tblLayout w:type="fixed"/>
        <w:tblLook w:val="0400"/>
      </w:tblPr>
      <w:tblGrid>
        <w:gridCol w:w="3912"/>
        <w:gridCol w:w="1701"/>
        <w:gridCol w:w="1134"/>
        <w:gridCol w:w="2268"/>
        <w:tblGridChange w:id="0">
          <w:tblGrid>
            <w:gridCol w:w="3912"/>
            <w:gridCol w:w="1701"/>
            <w:gridCol w:w="1134"/>
            <w:gridCol w:w="2268"/>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BA">
            <w:pPr>
              <w:widowControl w:val="1"/>
              <w:spacing w:after="20" w:before="20" w:line="252.00000000000003" w:lineRule="auto"/>
              <w:rPr/>
            </w:pPr>
            <w:r w:rsidDel="00000000" w:rsidR="00000000" w:rsidRPr="00000000">
              <w:rPr>
                <w:b w:val="1"/>
                <w:bCs w:val="1"/>
                <w:sz w:val="17"/>
                <w:szCs w:val="17"/>
                <w:rtl w:val="0"/>
              </w:rPr>
              <w:t xml:space="preserve">Thiết bị / điều kiện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BB">
            <w:pPr>
              <w:widowControl w:val="1"/>
              <w:spacing w:after="20" w:before="20" w:line="252.00000000000003" w:lineRule="auto"/>
              <w:rPr/>
            </w:pPr>
            <w:r w:rsidDel="00000000" w:rsidR="00000000" w:rsidRPr="00000000">
              <w:rPr>
                <w:b w:val="1"/>
                <w:bCs w:val="1"/>
                <w:sz w:val="17"/>
                <w:szCs w:val="17"/>
                <w:rtl w:val="0"/>
              </w:rPr>
              <w:t xml:space="preserve">Bên cung cấp</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BC">
            <w:pPr>
              <w:widowControl w:val="1"/>
              <w:spacing w:after="20" w:before="20" w:line="252.00000000000003" w:lineRule="auto"/>
              <w:rPr/>
            </w:pPr>
            <w:r w:rsidDel="00000000" w:rsidR="00000000" w:rsidRPr="00000000">
              <w:rPr>
                <w:b w:val="1"/>
                <w:bCs w:val="1"/>
                <w:sz w:val="17"/>
                <w:szCs w:val="17"/>
                <w:rtl w:val="0"/>
              </w:rPr>
              <w:t xml:space="preserve">Số lượng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BD">
            <w:pPr>
              <w:widowControl w:val="1"/>
              <w:spacing w:after="20" w:before="20" w:line="252.00000000000003" w:lineRule="auto"/>
              <w:rPr/>
            </w:pPr>
            <w:r w:rsidDel="00000000" w:rsidR="00000000" w:rsidRPr="00000000">
              <w:rPr>
                <w:b w:val="1"/>
                <w:bCs w:val="1"/>
                <w:sz w:val="17"/>
                <w:szCs w:val="17"/>
                <w:rtl w:val="0"/>
              </w:rPr>
              <w:t xml:space="preserve">Ghi chú</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BE">
            <w:pPr>
              <w:widowControl w:val="1"/>
              <w:spacing w:after="20" w:before="20" w:line="252.00000000000003" w:lineRule="auto"/>
              <w:rPr/>
            </w:pPr>
            <w:r w:rsidDel="00000000" w:rsidR="00000000" w:rsidRPr="00000000">
              <w:rPr>
                <w:b w:val="0"/>
                <w:bCs w:val="0"/>
                <w:sz w:val="18"/>
                <w:szCs w:val="18"/>
                <w:rtl w:val="0"/>
              </w:rPr>
              <w:t xml:space="preserve">Đồng phục, thẻ tên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BF">
            <w:pPr>
              <w:widowControl w:val="1"/>
              <w:spacing w:after="20" w:before="20" w:line="252.00000000000003" w:lineRule="auto"/>
              <w:rPr/>
            </w:pPr>
            <w:r w:rsidDel="00000000" w:rsidR="00000000" w:rsidRPr="00000000">
              <w:rPr>
                <w:b w:val="0"/>
                <w:bCs w:val="0"/>
                <w:sz w:val="18"/>
                <w:szCs w:val="18"/>
                <w:rtl w:val="0"/>
              </w:rPr>
              <w:t xml:space="preserve">[Bên B]</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1">
            <w:pPr>
              <w:widowControl w:val="1"/>
              <w:spacing w:after="20" w:before="20" w:line="252.00000000000003" w:lineRule="auto"/>
              <w:rPr/>
            </w:pPr>
            <w:r w:rsidDel="00000000" w:rsidR="00000000" w:rsidRPr="00000000">
              <w:rPr>
                <w:b w:val="0"/>
                <w:bCs w:val="0"/>
                <w:sz w:val="18"/>
                <w:szCs w:val="18"/>
                <w:rtl w:val="0"/>
              </w:rPr>
              <w:t xml:space="preserve">[Quy chuẩn được duyệt]</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2">
            <w:pPr>
              <w:widowControl w:val="1"/>
              <w:spacing w:after="20" w:before="20" w:line="252.00000000000003" w:lineRule="auto"/>
              <w:rPr/>
            </w:pPr>
            <w:r w:rsidDel="00000000" w:rsidR="00000000" w:rsidRPr="00000000">
              <w:rPr>
                <w:b w:val="0"/>
                <w:bCs w:val="0"/>
                <w:sz w:val="18"/>
                <w:szCs w:val="18"/>
                <w:rtl w:val="0"/>
              </w:rPr>
              <w:t xml:space="preserve">Bộ đàm / điện thoại công vụ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4">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5">
            <w:pPr>
              <w:widowControl w:val="1"/>
              <w:spacing w:after="20" w:before="20" w:line="252.00000000000003" w:lineRule="auto"/>
              <w:rPr/>
            </w:pPr>
            <w:r w:rsidDel="00000000" w:rsidR="00000000" w:rsidRPr="00000000">
              <w:rPr>
                <w:b w:val="0"/>
                <w:bCs w:val="0"/>
                <w:sz w:val="18"/>
                <w:szCs w:val="18"/>
                <w:rtl w:val="0"/>
              </w:rPr>
              <w:t xml:space="preserve">[Quy định sử dụng]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6">
            <w:pPr>
              <w:widowControl w:val="1"/>
              <w:spacing w:after="20" w:before="20" w:line="252.00000000000003" w:lineRule="auto"/>
              <w:rPr/>
            </w:pPr>
            <w:r w:rsidDel="00000000" w:rsidR="00000000" w:rsidRPr="00000000">
              <w:rPr>
                <w:b w:val="0"/>
                <w:bCs w:val="0"/>
                <w:sz w:val="18"/>
                <w:szCs w:val="18"/>
                <w:rtl w:val="0"/>
              </w:rPr>
              <w:t xml:space="preserve">Đèn pin, áo phản quang, sổ trực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7">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8">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9">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A">
            <w:pPr>
              <w:widowControl w:val="1"/>
              <w:spacing w:after="20" w:before="20" w:line="252.00000000000003" w:lineRule="auto"/>
              <w:rPr/>
            </w:pPr>
            <w:r w:rsidDel="00000000" w:rsidR="00000000" w:rsidRPr="00000000">
              <w:rPr>
                <w:b w:val="0"/>
                <w:bCs w:val="0"/>
                <w:sz w:val="18"/>
                <w:szCs w:val="18"/>
                <w:rtl w:val="0"/>
              </w:rPr>
              <w:t xml:space="preserve">Bàn/chốt bảo vệ, điện, nước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B">
            <w:pPr>
              <w:widowControl w:val="1"/>
              <w:spacing w:after="20" w:before="20" w:line="252.00000000000003" w:lineRule="auto"/>
              <w:rPr/>
            </w:pPr>
            <w:r w:rsidDel="00000000" w:rsidR="00000000" w:rsidRPr="00000000">
              <w:rPr>
                <w:b w:val="0"/>
                <w:bCs w:val="0"/>
                <w:sz w:val="18"/>
                <w:szCs w:val="18"/>
                <w:rtl w:val="0"/>
              </w:rPr>
              <w:t xml:space="preserve">[Bên 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C">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CD">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E">
            <w:pPr>
              <w:widowControl w:val="1"/>
              <w:spacing w:after="20" w:before="20" w:line="252.00000000000003" w:lineRule="auto"/>
              <w:rPr/>
            </w:pPr>
            <w:r w:rsidDel="00000000" w:rsidR="00000000" w:rsidRPr="00000000">
              <w:rPr>
                <w:b w:val="0"/>
                <w:bCs w:val="0"/>
                <w:sz w:val="18"/>
                <w:szCs w:val="18"/>
                <w:rtl w:val="0"/>
              </w:rPr>
              <w:t xml:space="preserve">Camera, đầu ghi, hệ thống kiểm soát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CF">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D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D1">
            <w:pPr>
              <w:widowControl w:val="1"/>
              <w:spacing w:after="20" w:before="20" w:line="252.00000000000003" w:lineRule="auto"/>
              <w:rPr/>
            </w:pPr>
            <w:r w:rsidDel="00000000" w:rsidR="00000000" w:rsidRPr="00000000">
              <w:rPr>
                <w:b w:val="0"/>
                <w:bCs w:val="0"/>
                <w:sz w:val="18"/>
                <w:szCs w:val="18"/>
                <w:rtl w:val="0"/>
              </w:rPr>
              <w:t xml:space="preserve">[Phân quyền truy cập]</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D2">
            <w:pPr>
              <w:widowControl w:val="1"/>
              <w:spacing w:after="20" w:before="20" w:line="252.00000000000003" w:lineRule="auto"/>
              <w:rPr/>
            </w:pPr>
            <w:r w:rsidDel="00000000" w:rsidR="00000000" w:rsidRPr="00000000">
              <w:rPr>
                <w:b w:val="0"/>
                <w:bCs w:val="0"/>
                <w:sz w:val="18"/>
                <w:szCs w:val="18"/>
                <w:rtl w:val="0"/>
              </w:rPr>
              <w:t xml:space="preserve">Công cụ hỗ trợ (nếu phù hợp pháp luật)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D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D4">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D5">
            <w:pPr>
              <w:widowControl w:val="1"/>
              <w:spacing w:after="20" w:before="20" w:line="252.00000000000003" w:lineRule="auto"/>
              <w:rPr/>
            </w:pPr>
            <w:r w:rsidDel="00000000" w:rsidR="00000000" w:rsidRPr="00000000">
              <w:rPr>
                <w:b w:val="0"/>
                <w:bCs w:val="0"/>
                <w:sz w:val="18"/>
                <w:szCs w:val="18"/>
                <w:rtl w:val="0"/>
              </w:rPr>
              <w:t xml:space="preserve">[Chỉ sử dụng khi đáp ứng quy định]</w:t>
            </w:r>
            <w:r w:rsidDel="00000000" w:rsidR="00000000" w:rsidRPr="00000000">
              <w:rPr>
                <w:rtl w:val="0"/>
              </w:rPr>
            </w:r>
          </w:p>
        </w:tc>
      </w:tr>
    </w:tbl>
    <w:p w:rsidR="00000000" w:rsidDel="00000000" w:rsidP="00000000" w:rsidRDefault="00000000" w:rsidRPr="00000000" w14:paraId="000000D6">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D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5. Xác nhận phụ lục</w:t>
      </w:r>
    </w:p>
    <w:tbl>
      <w:tblPr>
        <w:tblStyle w:val="Table7"/>
        <w:tblW w:w="9128.0" w:type="dxa"/>
        <w:jc w:val="center"/>
        <w:tblLayout w:type="fixed"/>
        <w:tblLook w:val="0400"/>
      </w:tblPr>
      <w:tblGrid>
        <w:gridCol w:w="4564"/>
        <w:gridCol w:w="4564"/>
        <w:tblGridChange w:id="0">
          <w:tblGrid>
            <w:gridCol w:w="4564"/>
            <w:gridCol w:w="4564"/>
          </w:tblGrid>
        </w:tblGridChange>
      </w:tblGrid>
      <w:tr>
        <w:trPr>
          <w:cantSplit w:val="0"/>
          <w:tblHeader w:val="0"/>
        </w:trPr>
        <w:tc>
          <w:tcPr/>
          <w:p w:rsidR="00000000" w:rsidDel="00000000" w:rsidP="00000000" w:rsidRDefault="00000000" w:rsidRPr="00000000" w14:paraId="000000D8">
            <w:pPr>
              <w:widowControl w:val="1"/>
              <w:jc w:val="center"/>
              <w:rPr/>
            </w:pPr>
            <w:r w:rsidDel="00000000" w:rsidR="00000000" w:rsidRPr="00000000">
              <w:rPr>
                <w:b w:val="1"/>
                <w:bCs w:val="1"/>
                <w:sz w:val="20"/>
                <w:szCs w:val="20"/>
                <w:rtl w:val="0"/>
              </w:rPr>
              <w:t xml:space="preserve">ĐẠI DIỆN BÊN A</w:t>
            </w:r>
            <w:r w:rsidDel="00000000" w:rsidR="00000000" w:rsidRPr="00000000">
              <w:rPr>
                <w:rtl w:val="0"/>
              </w:rPr>
            </w:r>
          </w:p>
          <w:p w:rsidR="00000000" w:rsidDel="00000000" w:rsidP="00000000" w:rsidRDefault="00000000" w:rsidRPr="00000000" w14:paraId="000000D9">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0DA">
            <w:pPr>
              <w:widowControl w:val="1"/>
              <w:rPr/>
            </w:pPr>
            <w:r w:rsidDel="00000000" w:rsidR="00000000" w:rsidRPr="00000000">
              <w:rPr>
                <w:rtl w:val="0"/>
              </w:rPr>
            </w:r>
          </w:p>
          <w:p w:rsidR="00000000" w:rsidDel="00000000" w:rsidP="00000000" w:rsidRDefault="00000000" w:rsidRPr="00000000" w14:paraId="000000DB">
            <w:pPr>
              <w:widowControl w:val="1"/>
              <w:rPr/>
            </w:pPr>
            <w:r w:rsidDel="00000000" w:rsidR="00000000" w:rsidRPr="00000000">
              <w:rPr>
                <w:rtl w:val="0"/>
              </w:rPr>
            </w:r>
          </w:p>
          <w:p w:rsidR="00000000" w:rsidDel="00000000" w:rsidP="00000000" w:rsidRDefault="00000000" w:rsidRPr="00000000" w14:paraId="000000DC">
            <w:pPr>
              <w:widowControl w:val="1"/>
              <w:rPr/>
            </w:pPr>
            <w:r w:rsidDel="00000000" w:rsidR="00000000" w:rsidRPr="00000000">
              <w:rPr>
                <w:rtl w:val="0"/>
              </w:rPr>
            </w:r>
          </w:p>
          <w:p w:rsidR="00000000" w:rsidDel="00000000" w:rsidP="00000000" w:rsidRDefault="00000000" w:rsidRPr="00000000" w14:paraId="000000DD">
            <w:pPr>
              <w:widowControl w:val="1"/>
              <w:rPr/>
            </w:pPr>
            <w:r w:rsidDel="00000000" w:rsidR="00000000" w:rsidRPr="00000000">
              <w:rPr>
                <w:rtl w:val="0"/>
              </w:rPr>
            </w:r>
          </w:p>
        </w:tc>
        <w:tc>
          <w:tcPr/>
          <w:p w:rsidR="00000000" w:rsidDel="00000000" w:rsidP="00000000" w:rsidRDefault="00000000" w:rsidRPr="00000000" w14:paraId="000000DE">
            <w:pPr>
              <w:widowControl w:val="1"/>
              <w:jc w:val="center"/>
              <w:rPr/>
            </w:pPr>
            <w:r w:rsidDel="00000000" w:rsidR="00000000" w:rsidRPr="00000000">
              <w:rPr>
                <w:b w:val="1"/>
                <w:bCs w:val="1"/>
                <w:sz w:val="20"/>
                <w:szCs w:val="20"/>
                <w:rtl w:val="0"/>
              </w:rPr>
              <w:t xml:space="preserve">ĐẠI DIỆN BÊN B</w:t>
            </w:r>
            <w:r w:rsidDel="00000000" w:rsidR="00000000" w:rsidRPr="00000000">
              <w:rPr>
                <w:rtl w:val="0"/>
              </w:rPr>
            </w:r>
          </w:p>
          <w:p w:rsidR="00000000" w:rsidDel="00000000" w:rsidP="00000000" w:rsidRDefault="00000000" w:rsidRPr="00000000" w14:paraId="000000DF">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0E0">
            <w:pPr>
              <w:widowControl w:val="1"/>
              <w:rPr/>
            </w:pPr>
            <w:r w:rsidDel="00000000" w:rsidR="00000000" w:rsidRPr="00000000">
              <w:rPr>
                <w:rtl w:val="0"/>
              </w:rPr>
            </w:r>
          </w:p>
          <w:p w:rsidR="00000000" w:rsidDel="00000000" w:rsidP="00000000" w:rsidRDefault="00000000" w:rsidRPr="00000000" w14:paraId="000000E1">
            <w:pPr>
              <w:widowControl w:val="1"/>
              <w:rPr/>
            </w:pPr>
            <w:r w:rsidDel="00000000" w:rsidR="00000000" w:rsidRPr="00000000">
              <w:rPr>
                <w:rtl w:val="0"/>
              </w:rPr>
            </w:r>
          </w:p>
          <w:p w:rsidR="00000000" w:rsidDel="00000000" w:rsidP="00000000" w:rsidRDefault="00000000" w:rsidRPr="00000000" w14:paraId="000000E2">
            <w:pPr>
              <w:widowControl w:val="1"/>
              <w:rPr/>
            </w:pPr>
            <w:r w:rsidDel="00000000" w:rsidR="00000000" w:rsidRPr="00000000">
              <w:rPr>
                <w:rtl w:val="0"/>
              </w:rPr>
            </w:r>
          </w:p>
          <w:p w:rsidR="00000000" w:rsidDel="00000000" w:rsidP="00000000" w:rsidRDefault="00000000" w:rsidRPr="00000000" w14:paraId="000000E3">
            <w:pPr>
              <w:widowControl w:val="1"/>
              <w:rPr/>
            </w:pPr>
            <w:r w:rsidDel="00000000" w:rsidR="00000000" w:rsidRPr="00000000">
              <w:rPr>
                <w:rtl w:val="0"/>
              </w:rPr>
            </w:r>
          </w:p>
        </w:tc>
      </w:tr>
    </w:tbl>
    <w:p w:rsidR="00000000" w:rsidDel="00000000" w:rsidP="00000000" w:rsidRDefault="00000000" w:rsidRPr="00000000" w14:paraId="000000E4">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1" w:lineRule="auto"/>
        <w:ind w:left="0" w:right="0" w:firstLine="0"/>
        <w:jc w:val="center"/>
        <w:rPr>
          <w:rFonts w:ascii="Times New Roman" w:cs="Times New Roman" w:eastAsia="Times New Roman" w:hAnsi="Times New Roman"/>
          <w:b w:val="1"/>
          <w:bCs w:val="1"/>
          <w:i w:val="0"/>
          <w:iCs w:val="0"/>
          <w:smallCaps w:val="0"/>
          <w:strike w:val="0"/>
          <w:color w:val="18314c"/>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8"/>
          <w:szCs w:val="28"/>
          <w:u w:val="none"/>
          <w:shd w:fill="auto" w:val="clear"/>
          <w:vertAlign w:val="baseline"/>
          <w:rtl w:val="0"/>
        </w:rPr>
        <w:t xml:space="preserve">PHỤ LỤC 02</w:t>
      </w:r>
    </w:p>
    <w:p w:rsidR="00000000" w:rsidDel="00000000" w:rsidP="00000000" w:rsidRDefault="00000000" w:rsidRPr="00000000" w14:paraId="000000E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center"/>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QUY TRÌNH BẢO VỆ, KIỂM SOÁT VÀ ỨNG PHÓ SỰ CỐ</w:t>
      </w:r>
    </w:p>
    <w:p w:rsidR="00000000" w:rsidDel="00000000" w:rsidP="00000000" w:rsidRDefault="00000000" w:rsidRPr="00000000" w14:paraId="000000E6">
      <w:pPr>
        <w:jc w:val="both"/>
        <w:rPr/>
      </w:pPr>
      <w:r w:rsidDel="00000000" w:rsidR="00000000" w:rsidRPr="00000000">
        <w:rPr>
          <w:rtl w:val="0"/>
        </w:rPr>
        <w:t xml:space="preserve">Kèm theo Hợp đồng số [  ]/HĐDV-BV ký ngày [  ]/[  ]/[    ].</w:t>
      </w:r>
    </w:p>
    <w:p w:rsidR="00000000" w:rsidDel="00000000" w:rsidP="00000000" w:rsidRDefault="00000000" w:rsidRPr="00000000" w14:paraId="000000E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1. Danh mục công việc và hồ sơ xác nhận</w:t>
      </w:r>
    </w:p>
    <w:tbl>
      <w:tblPr>
        <w:tblStyle w:val="Table8"/>
        <w:tblW w:w="9014.0" w:type="dxa"/>
        <w:jc w:val="center"/>
        <w:tblLayout w:type="fixed"/>
        <w:tblLook w:val="0400"/>
      </w:tblPr>
      <w:tblGrid>
        <w:gridCol w:w="3005"/>
        <w:gridCol w:w="1984"/>
        <w:gridCol w:w="2948"/>
        <w:gridCol w:w="1077"/>
        <w:tblGridChange w:id="0">
          <w:tblGrid>
            <w:gridCol w:w="3005"/>
            <w:gridCol w:w="1984"/>
            <w:gridCol w:w="2948"/>
            <w:gridCol w:w="1077"/>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E8">
            <w:pPr>
              <w:widowControl w:val="1"/>
              <w:spacing w:after="20" w:before="20" w:line="252.00000000000003" w:lineRule="auto"/>
              <w:rPr/>
            </w:pPr>
            <w:r w:rsidDel="00000000" w:rsidR="00000000" w:rsidRPr="00000000">
              <w:rPr>
                <w:b w:val="1"/>
                <w:bCs w:val="1"/>
                <w:sz w:val="17"/>
                <w:szCs w:val="17"/>
                <w:rtl w:val="0"/>
              </w:rPr>
              <w:t xml:space="preserve">Nội dung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E9">
            <w:pPr>
              <w:widowControl w:val="1"/>
              <w:spacing w:after="20" w:before="20" w:line="252.00000000000003" w:lineRule="auto"/>
              <w:rPr/>
            </w:pPr>
            <w:r w:rsidDel="00000000" w:rsidR="00000000" w:rsidRPr="00000000">
              <w:rPr>
                <w:b w:val="1"/>
                <w:bCs w:val="1"/>
                <w:sz w:val="17"/>
                <w:szCs w:val="17"/>
                <w:rtl w:val="0"/>
              </w:rPr>
              <w:t xml:space="preserve">Tần suất / thời điểm</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EA">
            <w:pPr>
              <w:widowControl w:val="1"/>
              <w:spacing w:after="20" w:before="20" w:line="252.00000000000003" w:lineRule="auto"/>
              <w:rPr/>
            </w:pPr>
            <w:r w:rsidDel="00000000" w:rsidR="00000000" w:rsidRPr="00000000">
              <w:rPr>
                <w:b w:val="1"/>
                <w:bCs w:val="1"/>
                <w:sz w:val="17"/>
                <w:szCs w:val="17"/>
                <w:rtl w:val="0"/>
              </w:rPr>
              <w:t xml:space="preserve">Hồ sơ / bằng chứng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0EB">
            <w:pPr>
              <w:widowControl w:val="1"/>
              <w:spacing w:after="20" w:before="20" w:line="252.00000000000003" w:lineRule="auto"/>
              <w:rPr/>
            </w:pPr>
            <w:r w:rsidDel="00000000" w:rsidR="00000000" w:rsidRPr="00000000">
              <w:rPr>
                <w:b w:val="1"/>
                <w:bCs w:val="1"/>
                <w:sz w:val="17"/>
                <w:szCs w:val="17"/>
                <w:rtl w:val="0"/>
              </w:rPr>
              <w:t xml:space="preserve">Phụ trách</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EC">
            <w:pPr>
              <w:widowControl w:val="1"/>
              <w:spacing w:after="20" w:before="20" w:line="252.00000000000003" w:lineRule="auto"/>
              <w:rPr/>
            </w:pPr>
            <w:r w:rsidDel="00000000" w:rsidR="00000000" w:rsidRPr="00000000">
              <w:rPr>
                <w:b w:val="0"/>
                <w:bCs w:val="0"/>
                <w:sz w:val="18"/>
                <w:szCs w:val="18"/>
                <w:rtl w:val="0"/>
              </w:rPr>
              <w:t xml:space="preserve">Bàn giao ca, chìa khóa, thẻ và thiết bị</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ED">
            <w:pPr>
              <w:widowControl w:val="1"/>
              <w:spacing w:after="20" w:before="20" w:line="252.00000000000003" w:lineRule="auto"/>
              <w:rPr/>
            </w:pPr>
            <w:r w:rsidDel="00000000" w:rsidR="00000000" w:rsidRPr="00000000">
              <w:rPr>
                <w:b w:val="0"/>
                <w:bCs w:val="0"/>
                <w:sz w:val="18"/>
                <w:szCs w:val="18"/>
                <w:rtl w:val="0"/>
              </w:rPr>
              <w:t xml:space="preserve">Mỗi lần đổi 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EE">
            <w:pPr>
              <w:widowControl w:val="1"/>
              <w:spacing w:after="20" w:before="20" w:line="252.00000000000003" w:lineRule="auto"/>
              <w:rPr/>
            </w:pPr>
            <w:r w:rsidDel="00000000" w:rsidR="00000000" w:rsidRPr="00000000">
              <w:rPr>
                <w:b w:val="0"/>
                <w:bCs w:val="0"/>
                <w:sz w:val="18"/>
                <w:szCs w:val="18"/>
                <w:rtl w:val="0"/>
              </w:rPr>
              <w:t xml:space="preserve">Sổ bàn giao, chữ ký</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EF">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0">
            <w:pPr>
              <w:widowControl w:val="1"/>
              <w:spacing w:after="20" w:before="20" w:line="252.00000000000003" w:lineRule="auto"/>
              <w:rPr/>
            </w:pPr>
            <w:r w:rsidDel="00000000" w:rsidR="00000000" w:rsidRPr="00000000">
              <w:rPr>
                <w:b w:val="0"/>
                <w:bCs w:val="0"/>
                <w:sz w:val="18"/>
                <w:szCs w:val="18"/>
                <w:rtl w:val="0"/>
              </w:rPr>
              <w:t xml:space="preserve">Kiểm soát khách và nhà thầu phụ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1">
            <w:pPr>
              <w:widowControl w:val="1"/>
              <w:spacing w:after="20" w:before="20" w:line="252.00000000000003" w:lineRule="auto"/>
              <w:rPr/>
            </w:pPr>
            <w:r w:rsidDel="00000000" w:rsidR="00000000" w:rsidRPr="00000000">
              <w:rPr>
                <w:b w:val="0"/>
                <w:bCs w:val="0"/>
                <w:sz w:val="18"/>
                <w:szCs w:val="18"/>
                <w:rtl w:val="0"/>
              </w:rPr>
              <w:t xml:space="preserve">Theo lượt ra/vào</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2">
            <w:pPr>
              <w:widowControl w:val="1"/>
              <w:spacing w:after="20" w:before="20" w:line="252.00000000000003" w:lineRule="auto"/>
              <w:rPr/>
            </w:pPr>
            <w:r w:rsidDel="00000000" w:rsidR="00000000" w:rsidRPr="00000000">
              <w:rPr>
                <w:b w:val="0"/>
                <w:bCs w:val="0"/>
                <w:sz w:val="18"/>
                <w:szCs w:val="18"/>
                <w:rtl w:val="0"/>
              </w:rPr>
              <w:t xml:space="preserve">Sổ hoặc phần mềm theo quy định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4">
            <w:pPr>
              <w:widowControl w:val="1"/>
              <w:spacing w:after="20" w:before="20" w:line="252.00000000000003" w:lineRule="auto"/>
              <w:rPr/>
            </w:pPr>
            <w:r w:rsidDel="00000000" w:rsidR="00000000" w:rsidRPr="00000000">
              <w:rPr>
                <w:b w:val="0"/>
                <w:bCs w:val="0"/>
                <w:sz w:val="18"/>
                <w:szCs w:val="18"/>
                <w:rtl w:val="0"/>
              </w:rPr>
              <w:t xml:space="preserve">Kiểm soát phương tiện / hàng hóa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5">
            <w:pPr>
              <w:widowControl w:val="1"/>
              <w:spacing w:after="20" w:before="20" w:line="252.00000000000003" w:lineRule="auto"/>
              <w:rPr/>
            </w:pPr>
            <w:r w:rsidDel="00000000" w:rsidR="00000000" w:rsidRPr="00000000">
              <w:rPr>
                <w:b w:val="0"/>
                <w:bCs w:val="0"/>
                <w:sz w:val="18"/>
                <w:szCs w:val="18"/>
                <w:rtl w:val="0"/>
              </w:rPr>
              <w:t xml:space="preserve">Theo lượt xuất/nhập</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6">
            <w:pPr>
              <w:widowControl w:val="1"/>
              <w:spacing w:after="20" w:before="20" w:line="252.00000000000003" w:lineRule="auto"/>
              <w:rPr/>
            </w:pPr>
            <w:r w:rsidDel="00000000" w:rsidR="00000000" w:rsidRPr="00000000">
              <w:rPr>
                <w:b w:val="0"/>
                <w:bCs w:val="0"/>
                <w:sz w:val="18"/>
                <w:szCs w:val="18"/>
                <w:rtl w:val="0"/>
              </w:rPr>
              <w:t xml:space="preserve">Phiếu xuất/nhập, xác nhận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7">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8">
            <w:pPr>
              <w:widowControl w:val="1"/>
              <w:spacing w:after="20" w:before="20" w:line="252.00000000000003" w:lineRule="auto"/>
              <w:rPr/>
            </w:pPr>
            <w:r w:rsidDel="00000000" w:rsidR="00000000" w:rsidRPr="00000000">
              <w:rPr>
                <w:b w:val="0"/>
                <w:bCs w:val="0"/>
                <w:sz w:val="18"/>
                <w:szCs w:val="18"/>
                <w:rtl w:val="0"/>
              </w:rPr>
              <w:t xml:space="preserve">Tuần tra khu vực trọng yếu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9">
            <w:pPr>
              <w:widowControl w:val="1"/>
              <w:spacing w:after="20" w:before="20" w:line="252.00000000000003" w:lineRule="auto"/>
              <w:rPr/>
            </w:pPr>
            <w:r w:rsidDel="00000000" w:rsidR="00000000" w:rsidRPr="00000000">
              <w:rPr>
                <w:b w:val="0"/>
                <w:bCs w:val="0"/>
                <w:sz w:val="18"/>
                <w:szCs w:val="18"/>
                <w:rtl w:val="0"/>
              </w:rPr>
              <w:t xml:space="preserve">[  ] phút/lần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A">
            <w:pPr>
              <w:widowControl w:val="1"/>
              <w:spacing w:after="20" w:before="20" w:line="252.00000000000003" w:lineRule="auto"/>
              <w:rPr/>
            </w:pPr>
            <w:r w:rsidDel="00000000" w:rsidR="00000000" w:rsidRPr="00000000">
              <w:rPr>
                <w:b w:val="0"/>
                <w:bCs w:val="0"/>
                <w:sz w:val="18"/>
                <w:szCs w:val="18"/>
                <w:rtl w:val="0"/>
              </w:rPr>
              <w:t xml:space="preserve">Nhật ký tuần tra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0FB">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C">
            <w:pPr>
              <w:widowControl w:val="1"/>
              <w:spacing w:after="20" w:before="20" w:line="252.00000000000003" w:lineRule="auto"/>
              <w:rPr/>
            </w:pPr>
            <w:r w:rsidDel="00000000" w:rsidR="00000000" w:rsidRPr="00000000">
              <w:rPr>
                <w:b w:val="0"/>
                <w:bCs w:val="0"/>
                <w:sz w:val="18"/>
                <w:szCs w:val="18"/>
                <w:rtl w:val="0"/>
              </w:rPr>
              <w:t xml:space="preserve">Kiểm tra niêm phong, cửa và lối thoát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D">
            <w:pPr>
              <w:widowControl w:val="1"/>
              <w:spacing w:after="20" w:before="20" w:line="252.00000000000003" w:lineRule="auto"/>
              <w:rPr/>
            </w:pPr>
            <w:r w:rsidDel="00000000" w:rsidR="00000000" w:rsidRPr="00000000">
              <w:rPr>
                <w:b w:val="0"/>
                <w:bCs w:val="0"/>
                <w:sz w:val="18"/>
                <w:szCs w:val="18"/>
                <w:rtl w:val="0"/>
              </w:rPr>
              <w:t xml:space="preserve">[  ] lần/ca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E">
            <w:pPr>
              <w:widowControl w:val="1"/>
              <w:spacing w:after="20" w:before="20" w:line="252.00000000000003" w:lineRule="auto"/>
              <w:rPr/>
            </w:pPr>
            <w:r w:rsidDel="00000000" w:rsidR="00000000" w:rsidRPr="00000000">
              <w:rPr>
                <w:b w:val="0"/>
                <w:bCs w:val="0"/>
                <w:sz w:val="18"/>
                <w:szCs w:val="18"/>
                <w:rtl w:val="0"/>
              </w:rPr>
              <w:t xml:space="preserve">Checklist, ảnh nếu cần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0FF">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0">
            <w:pPr>
              <w:widowControl w:val="1"/>
              <w:spacing w:after="20" w:before="20" w:line="252.00000000000003" w:lineRule="auto"/>
              <w:rPr/>
            </w:pPr>
            <w:r w:rsidDel="00000000" w:rsidR="00000000" w:rsidRPr="00000000">
              <w:rPr>
                <w:b w:val="0"/>
                <w:bCs w:val="0"/>
                <w:sz w:val="18"/>
                <w:szCs w:val="18"/>
                <w:rtl w:val="0"/>
              </w:rPr>
              <w:t xml:space="preserve">Kiểm tra tín hiệu camera, báo động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1">
            <w:pPr>
              <w:widowControl w:val="1"/>
              <w:spacing w:after="20" w:before="20" w:line="252.00000000000003" w:lineRule="auto"/>
              <w:rPr/>
            </w:pPr>
            <w:r w:rsidDel="00000000" w:rsidR="00000000" w:rsidRPr="00000000">
              <w:rPr>
                <w:b w:val="0"/>
                <w:bCs w:val="0"/>
                <w:sz w:val="18"/>
                <w:szCs w:val="18"/>
                <w:rtl w:val="0"/>
              </w:rPr>
              <w:t xml:space="preserve">Đầu ca/cuối 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2">
            <w:pPr>
              <w:widowControl w:val="1"/>
              <w:spacing w:after="20" w:before="20" w:line="252.00000000000003" w:lineRule="auto"/>
              <w:rPr/>
            </w:pPr>
            <w:r w:rsidDel="00000000" w:rsidR="00000000" w:rsidRPr="00000000">
              <w:rPr>
                <w:b w:val="0"/>
                <w:bCs w:val="0"/>
                <w:sz w:val="18"/>
                <w:szCs w:val="18"/>
                <w:rtl w:val="0"/>
              </w:rPr>
              <w:t xml:space="preserve">Sổ sự cố thiết bị</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04">
            <w:pPr>
              <w:widowControl w:val="1"/>
              <w:spacing w:after="20" w:before="20" w:line="252.00000000000003" w:lineRule="auto"/>
              <w:rPr/>
            </w:pPr>
            <w:r w:rsidDel="00000000" w:rsidR="00000000" w:rsidRPr="00000000">
              <w:rPr>
                <w:b w:val="0"/>
                <w:bCs w:val="0"/>
                <w:sz w:val="18"/>
                <w:szCs w:val="18"/>
                <w:rtl w:val="0"/>
              </w:rPr>
              <w:t xml:space="preserve">Báo cáo sự cố bất thường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05">
            <w:pPr>
              <w:widowControl w:val="1"/>
              <w:spacing w:after="20" w:before="20" w:line="252.00000000000003" w:lineRule="auto"/>
              <w:rPr/>
            </w:pPr>
            <w:r w:rsidDel="00000000" w:rsidR="00000000" w:rsidRPr="00000000">
              <w:rPr>
                <w:b w:val="0"/>
                <w:bCs w:val="0"/>
                <w:sz w:val="18"/>
                <w:szCs w:val="18"/>
                <w:rtl w:val="0"/>
              </w:rPr>
              <w:t xml:space="preserve">Ngay khi phát hiện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06">
            <w:pPr>
              <w:widowControl w:val="1"/>
              <w:spacing w:after="20" w:before="20" w:line="252.00000000000003" w:lineRule="auto"/>
              <w:rPr/>
            </w:pPr>
            <w:r w:rsidDel="00000000" w:rsidR="00000000" w:rsidRPr="00000000">
              <w:rPr>
                <w:b w:val="0"/>
                <w:bCs w:val="0"/>
                <w:sz w:val="18"/>
                <w:szCs w:val="18"/>
                <w:rtl w:val="0"/>
              </w:rPr>
              <w:t xml:space="preserve">Thông báo + biên bản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07">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8">
            <w:pPr>
              <w:widowControl w:val="1"/>
              <w:spacing w:after="20" w:before="20" w:line="252.00000000000003" w:lineRule="auto"/>
              <w:rPr/>
            </w:pPr>
            <w:r w:rsidDel="00000000" w:rsidR="00000000" w:rsidRPr="00000000">
              <w:rPr>
                <w:b w:val="0"/>
                <w:bCs w:val="0"/>
                <w:sz w:val="18"/>
                <w:szCs w:val="18"/>
                <w:rtl w:val="0"/>
              </w:rPr>
              <w:t xml:space="preserve">Báo cáo tổng hợp định kỳ</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9">
            <w:pPr>
              <w:widowControl w:val="1"/>
              <w:spacing w:after="20" w:before="20" w:line="252.00000000000003" w:lineRule="auto"/>
              <w:rPr/>
            </w:pPr>
            <w:r w:rsidDel="00000000" w:rsidR="00000000" w:rsidRPr="00000000">
              <w:rPr>
                <w:b w:val="0"/>
                <w:bCs w:val="0"/>
                <w:sz w:val="18"/>
                <w:szCs w:val="18"/>
                <w:rtl w:val="0"/>
              </w:rPr>
              <w:t xml:space="preserve">[Ngày/tuần/tháng]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A">
            <w:pPr>
              <w:widowControl w:val="1"/>
              <w:spacing w:after="20" w:before="20" w:line="252.00000000000003" w:lineRule="auto"/>
              <w:rPr/>
            </w:pPr>
            <w:r w:rsidDel="00000000" w:rsidR="00000000" w:rsidRPr="00000000">
              <w:rPr>
                <w:b w:val="0"/>
                <w:bCs w:val="0"/>
                <w:sz w:val="18"/>
                <w:szCs w:val="18"/>
                <w:rtl w:val="0"/>
              </w:rPr>
              <w:t xml:space="preserve">Báo cáo Bên B</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0B">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bl>
    <w:p w:rsidR="00000000" w:rsidDel="00000000" w:rsidP="00000000" w:rsidRDefault="00000000" w:rsidRPr="00000000" w14:paraId="0000010C">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0D">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2. Quy tắc kiểm soát ra/vào</w:t>
      </w:r>
    </w:p>
    <w:p w:rsidR="00000000" w:rsidDel="00000000" w:rsidP="00000000" w:rsidRDefault="00000000" w:rsidRPr="00000000" w14:paraId="0000010E">
      <w:pPr>
        <w:jc w:val="both"/>
        <w:rPr/>
      </w:pPr>
      <w:r w:rsidDel="00000000" w:rsidR="00000000" w:rsidRPr="00000000">
        <w:rPr>
          <w:b w:val="1"/>
          <w:bCs w:val="1"/>
          <w:rtl w:val="0"/>
        </w:rPr>
        <w:t xml:space="preserve">2.1. </w:t>
      </w:r>
      <w:r w:rsidDel="00000000" w:rsidR="00000000" w:rsidRPr="00000000">
        <w:rPr>
          <w:rtl w:val="0"/>
        </w:rPr>
        <w:t xml:space="preserve">Khách đến làm việc: xác minh mục đích theo danh sách/phê duyệt từ đầu mối Bên A, cấp thẻ nếu có, ghi nhận tối thiểu thông tin cần thiết theo quy định bảo vệ dữ liệu, hướng dẫn tuyến di chuyển phù hợp.</w:t>
      </w:r>
    </w:p>
    <w:p w:rsidR="00000000" w:rsidDel="00000000" w:rsidP="00000000" w:rsidRDefault="00000000" w:rsidRPr="00000000" w14:paraId="0000010F">
      <w:pPr>
        <w:jc w:val="both"/>
        <w:rPr/>
      </w:pPr>
      <w:r w:rsidDel="00000000" w:rsidR="00000000" w:rsidRPr="00000000">
        <w:rPr>
          <w:b w:val="1"/>
          <w:bCs w:val="1"/>
          <w:rtl w:val="0"/>
        </w:rPr>
        <w:t xml:space="preserve">2.2. </w:t>
      </w:r>
      <w:r w:rsidDel="00000000" w:rsidR="00000000" w:rsidRPr="00000000">
        <w:rPr>
          <w:rtl w:val="0"/>
        </w:rPr>
        <w:t xml:space="preserve">Phương tiện và hàng hóa: chỉ cho qua chốt khi đáp ứng phiếu/ủy quyền hợp lệ; việc kiểm tra người, túi đồ và phương tiện phải theo quy trình hợp pháp, có sự đồng ý hoặc căn cứ pháp luật; không tự ý áp dụng biện pháp cưỡng chế.</w:t>
      </w:r>
    </w:p>
    <w:p w:rsidR="00000000" w:rsidDel="00000000" w:rsidP="00000000" w:rsidRDefault="00000000" w:rsidRPr="00000000" w14:paraId="00000110">
      <w:pPr>
        <w:jc w:val="both"/>
        <w:rPr/>
      </w:pPr>
      <w:r w:rsidDel="00000000" w:rsidR="00000000" w:rsidRPr="00000000">
        <w:rPr>
          <w:b w:val="1"/>
          <w:bCs w:val="1"/>
          <w:rtl w:val="0"/>
        </w:rPr>
        <w:t xml:space="preserve">2.3. </w:t>
      </w:r>
      <w:r w:rsidDel="00000000" w:rsidR="00000000" w:rsidRPr="00000000">
        <w:rPr>
          <w:rtl w:val="0"/>
        </w:rPr>
        <w:t xml:space="preserve">Nhân sự ngoài giờ: áp dụng danh sách được duyệt và xác nhận với đầu mối; trường hợp không liên hệ được, xử lý theo quy trình chờ xác minh, bảo đảm an toàn nhưng không lạm quyền.</w:t>
      </w:r>
    </w:p>
    <w:p w:rsidR="00000000" w:rsidDel="00000000" w:rsidP="00000000" w:rsidRDefault="00000000" w:rsidRPr="00000000" w14:paraId="00000111">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3. Cấp độ sự cố và quy trình báo cáo</w:t>
      </w:r>
    </w:p>
    <w:tbl>
      <w:tblPr>
        <w:tblStyle w:val="Table9"/>
        <w:tblW w:w="9014.0" w:type="dxa"/>
        <w:jc w:val="center"/>
        <w:tblLayout w:type="fixed"/>
        <w:tblLook w:val="0400"/>
      </w:tblPr>
      <w:tblGrid>
        <w:gridCol w:w="1814"/>
        <w:gridCol w:w="2324"/>
        <w:gridCol w:w="3685"/>
        <w:gridCol w:w="1191"/>
        <w:tblGridChange w:id="0">
          <w:tblGrid>
            <w:gridCol w:w="1814"/>
            <w:gridCol w:w="2324"/>
            <w:gridCol w:w="3685"/>
            <w:gridCol w:w="1191"/>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12">
            <w:pPr>
              <w:widowControl w:val="1"/>
              <w:spacing w:after="20" w:before="20" w:line="252.00000000000003" w:lineRule="auto"/>
              <w:rPr/>
            </w:pPr>
            <w:r w:rsidDel="00000000" w:rsidR="00000000" w:rsidRPr="00000000">
              <w:rPr>
                <w:b w:val="1"/>
                <w:bCs w:val="1"/>
                <w:sz w:val="17"/>
                <w:szCs w:val="17"/>
                <w:rtl w:val="0"/>
              </w:rPr>
              <w:t xml:space="preserve">Mức độ</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13">
            <w:pPr>
              <w:widowControl w:val="1"/>
              <w:spacing w:after="20" w:before="20" w:line="252.00000000000003" w:lineRule="auto"/>
              <w:rPr/>
            </w:pPr>
            <w:r w:rsidDel="00000000" w:rsidR="00000000" w:rsidRPr="00000000">
              <w:rPr>
                <w:b w:val="1"/>
                <w:bCs w:val="1"/>
                <w:sz w:val="17"/>
                <w:szCs w:val="17"/>
                <w:rtl w:val="0"/>
              </w:rPr>
              <w:t xml:space="preserve">Ví dụ tình huống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14">
            <w:pPr>
              <w:widowControl w:val="1"/>
              <w:spacing w:after="20" w:before="20" w:line="252.00000000000003" w:lineRule="auto"/>
              <w:rPr/>
            </w:pPr>
            <w:r w:rsidDel="00000000" w:rsidR="00000000" w:rsidRPr="00000000">
              <w:rPr>
                <w:b w:val="1"/>
                <w:bCs w:val="1"/>
                <w:sz w:val="17"/>
                <w:szCs w:val="17"/>
                <w:rtl w:val="0"/>
              </w:rPr>
              <w:t xml:space="preserve">Hành động tối thiểu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15">
            <w:pPr>
              <w:widowControl w:val="1"/>
              <w:spacing w:after="20" w:before="20" w:line="252.00000000000003" w:lineRule="auto"/>
              <w:rPr/>
            </w:pPr>
            <w:r w:rsidDel="00000000" w:rsidR="00000000" w:rsidRPr="00000000">
              <w:rPr>
                <w:b w:val="1"/>
                <w:bCs w:val="1"/>
                <w:sz w:val="17"/>
                <w:szCs w:val="17"/>
                <w:rtl w:val="0"/>
              </w:rPr>
              <w:t xml:space="preserve">Thời hạn thông báo</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16">
            <w:pPr>
              <w:widowControl w:val="1"/>
              <w:spacing w:after="20" w:before="20" w:line="252.00000000000003" w:lineRule="auto"/>
              <w:rPr/>
            </w:pPr>
            <w:r w:rsidDel="00000000" w:rsidR="00000000" w:rsidRPr="00000000">
              <w:rPr>
                <w:b w:val="0"/>
                <w:bCs w:val="0"/>
                <w:sz w:val="18"/>
                <w:szCs w:val="18"/>
                <w:rtl w:val="0"/>
              </w:rPr>
              <w:t xml:space="preserve">Cấp 1 – Thông thường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17">
            <w:pPr>
              <w:widowControl w:val="1"/>
              <w:spacing w:after="20" w:before="20" w:line="252.00000000000003" w:lineRule="auto"/>
              <w:rPr/>
            </w:pPr>
            <w:r w:rsidDel="00000000" w:rsidR="00000000" w:rsidRPr="00000000">
              <w:rPr>
                <w:b w:val="0"/>
                <w:bCs w:val="0"/>
                <w:sz w:val="18"/>
                <w:szCs w:val="18"/>
                <w:rtl w:val="0"/>
              </w:rPr>
              <w:t xml:space="preserve">[Sai thẻ, mở cửa sai quy trình]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18">
            <w:pPr>
              <w:widowControl w:val="1"/>
              <w:spacing w:after="20" w:before="20" w:line="252.00000000000003" w:lineRule="auto"/>
              <w:rPr/>
            </w:pPr>
            <w:r w:rsidDel="00000000" w:rsidR="00000000" w:rsidRPr="00000000">
              <w:rPr>
                <w:b w:val="0"/>
                <w:bCs w:val="0"/>
                <w:sz w:val="18"/>
                <w:szCs w:val="18"/>
                <w:rtl w:val="0"/>
              </w:rPr>
              <w:t xml:space="preserve">Ghi nhận, thông báo người phụ trách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19">
            <w:pPr>
              <w:widowControl w:val="1"/>
              <w:spacing w:after="20" w:before="20" w:line="252.00000000000003" w:lineRule="auto"/>
              <w:rPr/>
            </w:pPr>
            <w:r w:rsidDel="00000000" w:rsidR="00000000" w:rsidRPr="00000000">
              <w:rPr>
                <w:b w:val="0"/>
                <w:bCs w:val="0"/>
                <w:sz w:val="18"/>
                <w:szCs w:val="18"/>
                <w:rtl w:val="0"/>
              </w:rPr>
              <w:t xml:space="preserve">[  ] phút</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1A">
            <w:pPr>
              <w:widowControl w:val="1"/>
              <w:spacing w:after="20" w:before="20" w:line="252.00000000000003" w:lineRule="auto"/>
              <w:rPr/>
            </w:pPr>
            <w:r w:rsidDel="00000000" w:rsidR="00000000" w:rsidRPr="00000000">
              <w:rPr>
                <w:b w:val="0"/>
                <w:bCs w:val="0"/>
                <w:sz w:val="18"/>
                <w:szCs w:val="18"/>
                <w:rtl w:val="0"/>
              </w:rPr>
              <w:t xml:space="preserve">Cấp 2 – Nghiêm trọng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1B">
            <w:pPr>
              <w:widowControl w:val="1"/>
              <w:spacing w:after="20" w:before="20" w:line="252.00000000000003" w:lineRule="auto"/>
              <w:rPr/>
            </w:pPr>
            <w:r w:rsidDel="00000000" w:rsidR="00000000" w:rsidRPr="00000000">
              <w:rPr>
                <w:b w:val="0"/>
                <w:bCs w:val="0"/>
                <w:sz w:val="18"/>
                <w:szCs w:val="18"/>
                <w:rtl w:val="0"/>
              </w:rPr>
              <w:t xml:space="preserve">[Mất tài sản nghi vấn, gây rối, hỏng khóa]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1C">
            <w:pPr>
              <w:widowControl w:val="1"/>
              <w:spacing w:after="20" w:before="20" w:line="252.00000000000003" w:lineRule="auto"/>
              <w:rPr/>
            </w:pPr>
            <w:r w:rsidDel="00000000" w:rsidR="00000000" w:rsidRPr="00000000">
              <w:rPr>
                <w:b w:val="0"/>
                <w:bCs w:val="0"/>
                <w:sz w:val="18"/>
                <w:szCs w:val="18"/>
                <w:rtl w:val="0"/>
              </w:rPr>
              <w:t xml:space="preserve">Cô lập nguy cơ an toàn, báo 2 đầu mối, lập biên bản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1D">
            <w:pPr>
              <w:widowControl w:val="1"/>
              <w:spacing w:after="20" w:before="20" w:line="252.00000000000003" w:lineRule="auto"/>
              <w:rPr/>
            </w:pPr>
            <w:r w:rsidDel="00000000" w:rsidR="00000000" w:rsidRPr="00000000">
              <w:rPr>
                <w:b w:val="0"/>
                <w:bCs w:val="0"/>
                <w:sz w:val="18"/>
                <w:szCs w:val="18"/>
                <w:rtl w:val="0"/>
              </w:rPr>
              <w:t xml:space="preserve">Ngay khi phát hiện</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1E">
            <w:pPr>
              <w:widowControl w:val="1"/>
              <w:spacing w:after="20" w:before="20" w:line="252.00000000000003" w:lineRule="auto"/>
              <w:rPr/>
            </w:pPr>
            <w:r w:rsidDel="00000000" w:rsidR="00000000" w:rsidRPr="00000000">
              <w:rPr>
                <w:b w:val="0"/>
                <w:bCs w:val="0"/>
                <w:sz w:val="18"/>
                <w:szCs w:val="18"/>
                <w:rtl w:val="0"/>
              </w:rPr>
              <w:t xml:space="preserve">Cấp 3 – Khẩn cấp</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1F">
            <w:pPr>
              <w:widowControl w:val="1"/>
              <w:spacing w:after="20" w:before="20" w:line="252.00000000000003" w:lineRule="auto"/>
              <w:rPr/>
            </w:pPr>
            <w:r w:rsidDel="00000000" w:rsidR="00000000" w:rsidRPr="00000000">
              <w:rPr>
                <w:b w:val="0"/>
                <w:bCs w:val="0"/>
                <w:sz w:val="18"/>
                <w:szCs w:val="18"/>
                <w:rtl w:val="0"/>
              </w:rPr>
              <w:t xml:space="preserve">[Cháy, tai nạn nặng, bạo lực, đột nhập nguy hiểm]</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0">
            <w:pPr>
              <w:widowControl w:val="1"/>
              <w:spacing w:after="20" w:before="20" w:line="252.00000000000003" w:lineRule="auto"/>
              <w:rPr/>
            </w:pPr>
            <w:r w:rsidDel="00000000" w:rsidR="00000000" w:rsidRPr="00000000">
              <w:rPr>
                <w:b w:val="0"/>
                <w:bCs w:val="0"/>
                <w:sz w:val="18"/>
                <w:szCs w:val="18"/>
                <w:rtl w:val="0"/>
              </w:rPr>
              <w:t xml:space="preserve">Ưu tiên cứu người; báo cơ quan chức năng/cứu hộ; phối hợp bảo vệ hiện trường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1">
            <w:pPr>
              <w:widowControl w:val="1"/>
              <w:spacing w:after="20" w:before="20" w:line="252.00000000000003" w:lineRule="auto"/>
              <w:rPr/>
            </w:pPr>
            <w:r w:rsidDel="00000000" w:rsidR="00000000" w:rsidRPr="00000000">
              <w:rPr>
                <w:b w:val="0"/>
                <w:bCs w:val="0"/>
                <w:sz w:val="18"/>
                <w:szCs w:val="18"/>
                <w:rtl w:val="0"/>
              </w:rPr>
              <w:t xml:space="preserve">Ngay lập tức</w:t>
            </w:r>
            <w:r w:rsidDel="00000000" w:rsidR="00000000" w:rsidRPr="00000000">
              <w:rPr>
                <w:rtl w:val="0"/>
              </w:rPr>
            </w:r>
          </w:p>
        </w:tc>
      </w:tr>
    </w:tbl>
    <w:p w:rsidR="00000000" w:rsidDel="00000000" w:rsidP="00000000" w:rsidRDefault="00000000" w:rsidRPr="00000000" w14:paraId="00000122">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23">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4. Mẫu ghi nhận sự cố nhanh</w:t>
      </w:r>
    </w:p>
    <w:tbl>
      <w:tblPr>
        <w:tblStyle w:val="Table10"/>
        <w:tblW w:w="9014.0" w:type="dxa"/>
        <w:jc w:val="center"/>
        <w:tblLayout w:type="fixed"/>
        <w:tblLook w:val="0400"/>
      </w:tblPr>
      <w:tblGrid>
        <w:gridCol w:w="3061"/>
        <w:gridCol w:w="5953"/>
        <w:tblGridChange w:id="0">
          <w:tblGrid>
            <w:gridCol w:w="3061"/>
            <w:gridCol w:w="5953"/>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24">
            <w:pPr>
              <w:widowControl w:val="1"/>
              <w:spacing w:after="20" w:before="20" w:line="252.00000000000003" w:lineRule="auto"/>
              <w:rPr/>
            </w:pPr>
            <w:r w:rsidDel="00000000" w:rsidR="00000000" w:rsidRPr="00000000">
              <w:rPr>
                <w:b w:val="1"/>
                <w:bCs w:val="1"/>
                <w:sz w:val="17"/>
                <w:szCs w:val="17"/>
                <w:rtl w:val="0"/>
              </w:rPr>
              <w:t xml:space="preserve">Trường thông tin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25">
            <w:pPr>
              <w:widowControl w:val="1"/>
              <w:spacing w:after="20" w:before="20" w:line="252.00000000000003" w:lineRule="auto"/>
              <w:rPr/>
            </w:pPr>
            <w:r w:rsidDel="00000000" w:rsidR="00000000" w:rsidRPr="00000000">
              <w:rPr>
                <w:b w:val="1"/>
                <w:bCs w:val="1"/>
                <w:sz w:val="17"/>
                <w:szCs w:val="17"/>
                <w:rtl w:val="0"/>
              </w:rPr>
              <w:t xml:space="preserve">Nội dung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6">
            <w:pPr>
              <w:widowControl w:val="1"/>
              <w:spacing w:after="20" w:before="20" w:line="252.00000000000003" w:lineRule="auto"/>
              <w:rPr/>
            </w:pPr>
            <w:r w:rsidDel="00000000" w:rsidR="00000000" w:rsidRPr="00000000">
              <w:rPr>
                <w:b w:val="0"/>
                <w:bCs w:val="0"/>
                <w:sz w:val="18"/>
                <w:szCs w:val="18"/>
                <w:rtl w:val="0"/>
              </w:rPr>
              <w:t xml:space="preserve">Thời gian, vị trí</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7">
            <w:pPr>
              <w:widowControl w:val="1"/>
              <w:spacing w:after="20" w:before="20" w:line="252.00000000000003" w:lineRule="auto"/>
              <w:rPr/>
            </w:pPr>
            <w:r w:rsidDel="00000000" w:rsidR="00000000" w:rsidRPr="00000000">
              <w:rPr>
                <w:b w:val="0"/>
                <w:bCs w:val="0"/>
                <w:sz w:val="18"/>
                <w:szCs w:val="18"/>
                <w:rtl w:val="0"/>
              </w:rPr>
              <w:t xml:space="preserve">[Giờ/phút – ngày/tháng/năm; vị trí xảy ra]</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28">
            <w:pPr>
              <w:widowControl w:val="1"/>
              <w:spacing w:after="20" w:before="20" w:line="252.00000000000003" w:lineRule="auto"/>
              <w:rPr/>
            </w:pPr>
            <w:r w:rsidDel="00000000" w:rsidR="00000000" w:rsidRPr="00000000">
              <w:rPr>
                <w:b w:val="0"/>
                <w:bCs w:val="0"/>
                <w:sz w:val="18"/>
                <w:szCs w:val="18"/>
                <w:rtl w:val="0"/>
              </w:rPr>
              <w:t xml:space="preserve">Người phát hiện / người chứng kiến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29">
            <w:pPr>
              <w:widowControl w:val="1"/>
              <w:spacing w:after="20" w:before="20" w:line="252.00000000000003" w:lineRule="auto"/>
              <w:rPr/>
            </w:pPr>
            <w:r w:rsidDel="00000000" w:rsidR="00000000" w:rsidRPr="00000000">
              <w:rPr>
                <w:b w:val="0"/>
                <w:bCs w:val="0"/>
                <w:sz w:val="18"/>
                <w:szCs w:val="18"/>
                <w:rtl w:val="0"/>
              </w:rPr>
              <w:t xml:space="preserve">[Họ tên, liên hệ]</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A">
            <w:pPr>
              <w:widowControl w:val="1"/>
              <w:spacing w:after="20" w:before="20" w:line="252.00000000000003" w:lineRule="auto"/>
              <w:rPr/>
            </w:pPr>
            <w:r w:rsidDel="00000000" w:rsidR="00000000" w:rsidRPr="00000000">
              <w:rPr>
                <w:b w:val="0"/>
                <w:bCs w:val="0"/>
                <w:sz w:val="18"/>
                <w:szCs w:val="18"/>
                <w:rtl w:val="0"/>
              </w:rPr>
              <w:t xml:space="preserve">Diễn biến tóm tắt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B">
            <w:pPr>
              <w:widowControl w:val="1"/>
              <w:spacing w:after="20" w:before="20" w:line="252.00000000000003" w:lineRule="auto"/>
              <w:rPr/>
            </w:pPr>
            <w:r w:rsidDel="00000000" w:rsidR="00000000" w:rsidRPr="00000000">
              <w:rPr>
                <w:b w:val="0"/>
                <w:bCs w:val="0"/>
                <w:sz w:val="18"/>
                <w:szCs w:val="18"/>
                <w:rtl w:val="0"/>
              </w:rPr>
              <w:t xml:space="preserve">[Sự kiện khách quan theo mốc thời gian]</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2C">
            <w:pPr>
              <w:widowControl w:val="1"/>
              <w:spacing w:after="20" w:before="20" w:line="252.00000000000003" w:lineRule="auto"/>
              <w:rPr/>
            </w:pPr>
            <w:r w:rsidDel="00000000" w:rsidR="00000000" w:rsidRPr="00000000">
              <w:rPr>
                <w:b w:val="0"/>
                <w:bCs w:val="0"/>
                <w:sz w:val="18"/>
                <w:szCs w:val="18"/>
                <w:rtl w:val="0"/>
              </w:rPr>
              <w:t xml:space="preserve">Hành động tức thời</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2D">
            <w:pPr>
              <w:widowControl w:val="1"/>
              <w:spacing w:after="20" w:before="20" w:line="252.00000000000003" w:lineRule="auto"/>
              <w:rPr/>
            </w:pPr>
            <w:r w:rsidDel="00000000" w:rsidR="00000000" w:rsidRPr="00000000">
              <w:rPr>
                <w:b w:val="0"/>
                <w:bCs w:val="0"/>
                <w:sz w:val="18"/>
                <w:szCs w:val="18"/>
                <w:rtl w:val="0"/>
              </w:rPr>
              <w:t xml:space="preserve">[Cảnh báo, liên hệ, hỗ trợ, bảo vệ hiện trường]</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E">
            <w:pPr>
              <w:widowControl w:val="1"/>
              <w:spacing w:after="20" w:before="20" w:line="252.00000000000003" w:lineRule="auto"/>
              <w:rPr/>
            </w:pPr>
            <w:r w:rsidDel="00000000" w:rsidR="00000000" w:rsidRPr="00000000">
              <w:rPr>
                <w:b w:val="0"/>
                <w:bCs w:val="0"/>
                <w:sz w:val="18"/>
                <w:szCs w:val="18"/>
                <w:rtl w:val="0"/>
              </w:rPr>
              <w:t xml:space="preserve">Thông báo đến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2F">
            <w:pPr>
              <w:widowControl w:val="1"/>
              <w:spacing w:after="20" w:before="20" w:line="252.00000000000003" w:lineRule="auto"/>
              <w:rPr/>
            </w:pPr>
            <w:r w:rsidDel="00000000" w:rsidR="00000000" w:rsidRPr="00000000">
              <w:rPr>
                <w:b w:val="0"/>
                <w:bCs w:val="0"/>
                <w:sz w:val="18"/>
                <w:szCs w:val="18"/>
                <w:rtl w:val="0"/>
              </w:rPr>
              <w:t xml:space="preserve">[Người nhận, thời điểm, kênh liên lạc]</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30">
            <w:pPr>
              <w:widowControl w:val="1"/>
              <w:spacing w:after="20" w:before="20" w:line="252.00000000000003" w:lineRule="auto"/>
              <w:rPr/>
            </w:pPr>
            <w:r w:rsidDel="00000000" w:rsidR="00000000" w:rsidRPr="00000000">
              <w:rPr>
                <w:b w:val="0"/>
                <w:bCs w:val="0"/>
                <w:sz w:val="18"/>
                <w:szCs w:val="18"/>
                <w:rtl w:val="0"/>
              </w:rPr>
              <w:t xml:space="preserve">Tài liệu và hiện trạng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31">
            <w:pPr>
              <w:widowControl w:val="1"/>
              <w:spacing w:after="20" w:before="20" w:line="252.00000000000003" w:lineRule="auto"/>
              <w:rPr/>
            </w:pPr>
            <w:r w:rsidDel="00000000" w:rsidR="00000000" w:rsidRPr="00000000">
              <w:rPr>
                <w:b w:val="0"/>
                <w:bCs w:val="0"/>
                <w:sz w:val="18"/>
                <w:szCs w:val="18"/>
                <w:rtl w:val="0"/>
              </w:rPr>
              <w:t xml:space="preserve">[Camera, ảnh, biên bản, vật chứng nếu hợp pháp]</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32">
            <w:pPr>
              <w:widowControl w:val="1"/>
              <w:spacing w:after="20" w:before="20" w:line="252.00000000000003" w:lineRule="auto"/>
              <w:rPr/>
            </w:pPr>
            <w:r w:rsidDel="00000000" w:rsidR="00000000" w:rsidRPr="00000000">
              <w:rPr>
                <w:b w:val="0"/>
                <w:bCs w:val="0"/>
                <w:sz w:val="18"/>
                <w:szCs w:val="18"/>
                <w:rtl w:val="0"/>
              </w:rPr>
              <w:t xml:space="preserve">Kiến nghị tiếp theo</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33">
            <w:pPr>
              <w:widowControl w:val="1"/>
              <w:spacing w:after="20" w:before="20" w:line="252.00000000000003" w:lineRule="auto"/>
              <w:rPr/>
            </w:pPr>
            <w:r w:rsidDel="00000000" w:rsidR="00000000" w:rsidRPr="00000000">
              <w:rPr>
                <w:b w:val="0"/>
                <w:bCs w:val="0"/>
                <w:sz w:val="18"/>
                <w:szCs w:val="18"/>
                <w:rtl w:val="0"/>
              </w:rPr>
              <w:t xml:space="preserve">[Xử lý, phòng ngừa, đầu mối phụ trách]</w:t>
            </w:r>
            <w:r w:rsidDel="00000000" w:rsidR="00000000" w:rsidRPr="00000000">
              <w:rPr>
                <w:rtl w:val="0"/>
              </w:rPr>
            </w:r>
          </w:p>
        </w:tc>
      </w:tr>
    </w:tbl>
    <w:p w:rsidR="00000000" w:rsidDel="00000000" w:rsidP="00000000" w:rsidRDefault="00000000" w:rsidRPr="00000000" w14:paraId="00000134">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3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5. Nguyên tắc thực hiện</w:t>
      </w:r>
    </w:p>
    <w:p w:rsidR="00000000" w:rsidDel="00000000" w:rsidP="00000000" w:rsidRDefault="00000000" w:rsidRPr="00000000" w14:paraId="00000136">
      <w:pPr>
        <w:jc w:val="both"/>
        <w:rPr/>
      </w:pPr>
      <w:r w:rsidDel="00000000" w:rsidR="00000000" w:rsidRPr="00000000">
        <w:rPr>
          <w:rtl w:val="0"/>
        </w:rPr>
        <w:t xml:space="preserve">Không dùng quy trình này để thay thế quy định pháp luật hoặc phương án phòng cháy chữa cháy/cứu nạn riêng của cơ sở. Bên A và Bên B thống nhất phương án chi tiết theo đặc điểm địa điểm và năng lực nhân sự trước khi triển khai.</w:t>
      </w:r>
    </w:p>
    <w:p w:rsidR="00000000" w:rsidDel="00000000" w:rsidP="00000000" w:rsidRDefault="00000000" w:rsidRPr="00000000" w14:paraId="00000137">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1" w:lineRule="auto"/>
        <w:ind w:left="0" w:right="0" w:firstLine="0"/>
        <w:jc w:val="center"/>
        <w:rPr>
          <w:rFonts w:ascii="Times New Roman" w:cs="Times New Roman" w:eastAsia="Times New Roman" w:hAnsi="Times New Roman"/>
          <w:b w:val="1"/>
          <w:bCs w:val="1"/>
          <w:i w:val="0"/>
          <w:iCs w:val="0"/>
          <w:smallCaps w:val="0"/>
          <w:strike w:val="0"/>
          <w:color w:val="18314c"/>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8"/>
          <w:szCs w:val="28"/>
          <w:u w:val="none"/>
          <w:shd w:fill="auto" w:val="clear"/>
          <w:vertAlign w:val="baseline"/>
          <w:rtl w:val="0"/>
        </w:rPr>
        <w:t xml:space="preserve">PHỤ LỤC 03</w:t>
      </w:r>
    </w:p>
    <w:p w:rsidR="00000000" w:rsidDel="00000000" w:rsidP="00000000" w:rsidRDefault="00000000" w:rsidRPr="00000000" w14:paraId="00000138">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center"/>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ĐƠN GIÁ, ĐỐI SOÁT VÀ TIÊU CHÍ ĐÁNH GIÁ CHẤT LƯỢNG</w:t>
      </w:r>
    </w:p>
    <w:p w:rsidR="00000000" w:rsidDel="00000000" w:rsidP="00000000" w:rsidRDefault="00000000" w:rsidRPr="00000000" w14:paraId="00000139">
      <w:pPr>
        <w:jc w:val="both"/>
        <w:rPr/>
      </w:pPr>
      <w:r w:rsidDel="00000000" w:rsidR="00000000" w:rsidRPr="00000000">
        <w:rPr>
          <w:rtl w:val="0"/>
        </w:rPr>
        <w:t xml:space="preserve">Kèm theo Hợp đồng số [  ]/HĐDV-BV ký ngày [  ]/[  ]/[    ].</w:t>
      </w:r>
    </w:p>
    <w:p w:rsidR="00000000" w:rsidDel="00000000" w:rsidP="00000000" w:rsidRDefault="00000000" w:rsidRPr="00000000" w14:paraId="0000013A">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1. Bảng đơn giá dịch vụ</w:t>
      </w:r>
    </w:p>
    <w:tbl>
      <w:tblPr>
        <w:tblStyle w:val="Table11"/>
        <w:tblW w:w="9014.0" w:type="dxa"/>
        <w:jc w:val="center"/>
        <w:tblLayout w:type="fixed"/>
        <w:tblLook w:val="0400"/>
      </w:tblPr>
      <w:tblGrid>
        <w:gridCol w:w="595"/>
        <w:gridCol w:w="3033"/>
        <w:gridCol w:w="1191"/>
        <w:gridCol w:w="1134"/>
        <w:gridCol w:w="1502"/>
        <w:gridCol w:w="1559"/>
        <w:tblGridChange w:id="0">
          <w:tblGrid>
            <w:gridCol w:w="595"/>
            <w:gridCol w:w="3033"/>
            <w:gridCol w:w="1191"/>
            <w:gridCol w:w="1134"/>
            <w:gridCol w:w="1502"/>
            <w:gridCol w:w="1559"/>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3B">
            <w:pPr>
              <w:widowControl w:val="1"/>
              <w:spacing w:after="20" w:before="20" w:line="252.00000000000003" w:lineRule="auto"/>
              <w:rPr/>
            </w:pPr>
            <w:r w:rsidDel="00000000" w:rsidR="00000000" w:rsidRPr="00000000">
              <w:rPr>
                <w:b w:val="1"/>
                <w:bCs w:val="1"/>
                <w:sz w:val="17"/>
                <w:szCs w:val="17"/>
                <w:rtl w:val="0"/>
              </w:rPr>
              <w:t xml:space="preserve">STT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3C">
            <w:pPr>
              <w:widowControl w:val="1"/>
              <w:spacing w:after="20" w:before="20" w:line="252.00000000000003" w:lineRule="auto"/>
              <w:rPr/>
            </w:pPr>
            <w:r w:rsidDel="00000000" w:rsidR="00000000" w:rsidRPr="00000000">
              <w:rPr>
                <w:b w:val="1"/>
                <w:bCs w:val="1"/>
                <w:sz w:val="17"/>
                <w:szCs w:val="17"/>
                <w:rtl w:val="0"/>
              </w:rPr>
              <w:t xml:space="preserve">Hạng mục dịch vụ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3D">
            <w:pPr>
              <w:widowControl w:val="1"/>
              <w:spacing w:after="20" w:before="20" w:line="252.00000000000003" w:lineRule="auto"/>
              <w:rPr/>
            </w:pPr>
            <w:r w:rsidDel="00000000" w:rsidR="00000000" w:rsidRPr="00000000">
              <w:rPr>
                <w:b w:val="1"/>
                <w:bCs w:val="1"/>
                <w:sz w:val="17"/>
                <w:szCs w:val="17"/>
                <w:rtl w:val="0"/>
              </w:rPr>
              <w:t xml:space="preserve">ĐVT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3E">
            <w:pPr>
              <w:widowControl w:val="1"/>
              <w:spacing w:after="20" w:before="20" w:line="252.00000000000003" w:lineRule="auto"/>
              <w:rPr/>
            </w:pPr>
            <w:r w:rsidDel="00000000" w:rsidR="00000000" w:rsidRPr="00000000">
              <w:rPr>
                <w:b w:val="1"/>
                <w:bCs w:val="1"/>
                <w:sz w:val="17"/>
                <w:szCs w:val="17"/>
                <w:rtl w:val="0"/>
              </w:rPr>
              <w:t xml:space="preserve">Khối lượng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3F">
            <w:pPr>
              <w:widowControl w:val="1"/>
              <w:spacing w:after="20" w:before="20" w:line="252.00000000000003" w:lineRule="auto"/>
              <w:rPr/>
            </w:pPr>
            <w:r w:rsidDel="00000000" w:rsidR="00000000" w:rsidRPr="00000000">
              <w:rPr>
                <w:b w:val="1"/>
                <w:bCs w:val="1"/>
                <w:sz w:val="17"/>
                <w:szCs w:val="17"/>
                <w:rtl w:val="0"/>
              </w:rPr>
              <w:t xml:space="preserve">Đơn giá (đ)</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40">
            <w:pPr>
              <w:widowControl w:val="1"/>
              <w:spacing w:after="20" w:before="20" w:line="252.00000000000003" w:lineRule="auto"/>
              <w:rPr/>
            </w:pPr>
            <w:r w:rsidDel="00000000" w:rsidR="00000000" w:rsidRPr="00000000">
              <w:rPr>
                <w:b w:val="1"/>
                <w:bCs w:val="1"/>
                <w:sz w:val="17"/>
                <w:szCs w:val="17"/>
                <w:rtl w:val="0"/>
              </w:rPr>
              <w:t xml:space="preserve">Thành tiền (đ)</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1">
            <w:pPr>
              <w:widowControl w:val="1"/>
              <w:spacing w:after="20" w:before="20" w:line="252.00000000000003" w:lineRule="auto"/>
              <w:rPr/>
            </w:pPr>
            <w:r w:rsidDel="00000000" w:rsidR="00000000" w:rsidRPr="00000000">
              <w:rPr>
                <w:b w:val="0"/>
                <w:bCs w:val="0"/>
                <w:sz w:val="18"/>
                <w:szCs w:val="18"/>
                <w:rtl w:val="0"/>
              </w:rPr>
              <w:t xml:space="preserve">1</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2">
            <w:pPr>
              <w:widowControl w:val="1"/>
              <w:spacing w:after="20" w:before="20" w:line="252.00000000000003" w:lineRule="auto"/>
              <w:rPr/>
            </w:pPr>
            <w:r w:rsidDel="00000000" w:rsidR="00000000" w:rsidRPr="00000000">
              <w:rPr>
                <w:b w:val="0"/>
                <w:bCs w:val="0"/>
                <w:sz w:val="18"/>
                <w:szCs w:val="18"/>
                <w:rtl w:val="0"/>
              </w:rPr>
              <w:t xml:space="preserve">[Chốt cổng chính – ca 8 giờ]</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3">
            <w:pPr>
              <w:widowControl w:val="1"/>
              <w:spacing w:after="20" w:before="20" w:line="252.00000000000003" w:lineRule="auto"/>
              <w:rPr/>
            </w:pPr>
            <w:r w:rsidDel="00000000" w:rsidR="00000000" w:rsidRPr="00000000">
              <w:rPr>
                <w:b w:val="0"/>
                <w:bCs w:val="0"/>
                <w:sz w:val="18"/>
                <w:szCs w:val="18"/>
                <w:rtl w:val="0"/>
              </w:rPr>
              <w:t xml:space="preserve">[Ca]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4">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5">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6">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47">
            <w:pPr>
              <w:widowControl w:val="1"/>
              <w:spacing w:after="20" w:before="20" w:line="252.00000000000003" w:lineRule="auto"/>
              <w:rPr/>
            </w:pPr>
            <w:r w:rsidDel="00000000" w:rsidR="00000000" w:rsidRPr="00000000">
              <w:rPr>
                <w:b w:val="0"/>
                <w:bCs w:val="0"/>
                <w:sz w:val="18"/>
                <w:szCs w:val="18"/>
                <w:rtl w:val="0"/>
              </w:rPr>
              <w:t xml:space="preserve">2</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48">
            <w:pPr>
              <w:widowControl w:val="1"/>
              <w:spacing w:after="20" w:before="20" w:line="252.00000000000003" w:lineRule="auto"/>
              <w:rPr/>
            </w:pPr>
            <w:r w:rsidDel="00000000" w:rsidR="00000000" w:rsidRPr="00000000">
              <w:rPr>
                <w:b w:val="0"/>
                <w:bCs w:val="0"/>
                <w:sz w:val="18"/>
                <w:szCs w:val="18"/>
                <w:rtl w:val="0"/>
              </w:rPr>
              <w:t xml:space="preserve">[Chốt trực 24/7]</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49">
            <w:pPr>
              <w:widowControl w:val="1"/>
              <w:spacing w:after="20" w:before="20" w:line="252.00000000000003" w:lineRule="auto"/>
              <w:rPr/>
            </w:pPr>
            <w:r w:rsidDel="00000000" w:rsidR="00000000" w:rsidRPr="00000000">
              <w:rPr>
                <w:b w:val="0"/>
                <w:bCs w:val="0"/>
                <w:sz w:val="18"/>
                <w:szCs w:val="18"/>
                <w:rtl w:val="0"/>
              </w:rPr>
              <w:t xml:space="preserve">[Tháng]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4A">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4B">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4C">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D">
            <w:pPr>
              <w:widowControl w:val="1"/>
              <w:spacing w:after="20" w:before="20" w:line="252.00000000000003" w:lineRule="auto"/>
              <w:rPr/>
            </w:pPr>
            <w:r w:rsidDel="00000000" w:rsidR="00000000" w:rsidRPr="00000000">
              <w:rPr>
                <w:b w:val="0"/>
                <w:bCs w:val="0"/>
                <w:sz w:val="18"/>
                <w:szCs w:val="18"/>
                <w:rtl w:val="0"/>
              </w:rPr>
              <w:t xml:space="preserve">3</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E">
            <w:pPr>
              <w:widowControl w:val="1"/>
              <w:spacing w:after="20" w:before="20" w:line="252.00000000000003" w:lineRule="auto"/>
              <w:rPr/>
            </w:pPr>
            <w:r w:rsidDel="00000000" w:rsidR="00000000" w:rsidRPr="00000000">
              <w:rPr>
                <w:b w:val="0"/>
                <w:bCs w:val="0"/>
                <w:sz w:val="18"/>
                <w:szCs w:val="18"/>
                <w:rtl w:val="0"/>
              </w:rPr>
              <w:t xml:space="preserve">[Tuần tra khuôn viên]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4F">
            <w:pPr>
              <w:widowControl w:val="1"/>
              <w:spacing w:after="20" w:before="20" w:line="252.00000000000003" w:lineRule="auto"/>
              <w:rPr/>
            </w:pPr>
            <w:r w:rsidDel="00000000" w:rsidR="00000000" w:rsidRPr="00000000">
              <w:rPr>
                <w:b w:val="0"/>
                <w:bCs w:val="0"/>
                <w:sz w:val="18"/>
                <w:szCs w:val="18"/>
                <w:rtl w:val="0"/>
              </w:rPr>
              <w:t xml:space="preserve">[Ca]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1">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2">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3">
            <w:pPr>
              <w:widowControl w:val="1"/>
              <w:spacing w:after="20" w:before="20" w:line="252.00000000000003" w:lineRule="auto"/>
              <w:rPr/>
            </w:pPr>
            <w:r w:rsidDel="00000000" w:rsidR="00000000" w:rsidRPr="00000000">
              <w:rPr>
                <w:b w:val="0"/>
                <w:bCs w:val="0"/>
                <w:sz w:val="18"/>
                <w:szCs w:val="18"/>
                <w:rtl w:val="0"/>
              </w:rPr>
              <w:t xml:space="preserve">4</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4">
            <w:pPr>
              <w:widowControl w:val="1"/>
              <w:spacing w:after="20" w:before="20" w:line="252.00000000000003" w:lineRule="auto"/>
              <w:rPr/>
            </w:pPr>
            <w:r w:rsidDel="00000000" w:rsidR="00000000" w:rsidRPr="00000000">
              <w:rPr>
                <w:b w:val="0"/>
                <w:bCs w:val="0"/>
                <w:sz w:val="18"/>
                <w:szCs w:val="18"/>
                <w:rtl w:val="0"/>
              </w:rPr>
              <w:t xml:space="preserve">[Tăng cường theo yêu cầu]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5">
            <w:pPr>
              <w:widowControl w:val="1"/>
              <w:spacing w:after="20" w:before="20" w:line="252.00000000000003" w:lineRule="auto"/>
              <w:rPr/>
            </w:pPr>
            <w:r w:rsidDel="00000000" w:rsidR="00000000" w:rsidRPr="00000000">
              <w:rPr>
                <w:b w:val="0"/>
                <w:bCs w:val="0"/>
                <w:sz w:val="18"/>
                <w:szCs w:val="18"/>
                <w:rtl w:val="0"/>
              </w:rPr>
              <w:t xml:space="preserve">[Ca/Giờ]</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6">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7">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8">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9">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A">
            <w:pPr>
              <w:widowControl w:val="1"/>
              <w:spacing w:after="20" w:before="20" w:line="252.00000000000003" w:lineRule="auto"/>
              <w:rPr/>
            </w:pPr>
            <w:r w:rsidDel="00000000" w:rsidR="00000000" w:rsidRPr="00000000">
              <w:rPr>
                <w:b w:val="0"/>
                <w:bCs w:val="0"/>
                <w:sz w:val="18"/>
                <w:szCs w:val="18"/>
                <w:rtl w:val="0"/>
              </w:rPr>
              <w:t xml:space="preserve">TẠM TÍNH TRƯỚC THUẾ</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B">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C">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D">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5E">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5F">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60">
            <w:pPr>
              <w:widowControl w:val="1"/>
              <w:spacing w:after="20" w:before="20" w:line="252.00000000000003" w:lineRule="auto"/>
              <w:rPr/>
            </w:pPr>
            <w:r w:rsidDel="00000000" w:rsidR="00000000" w:rsidRPr="00000000">
              <w:rPr>
                <w:b w:val="0"/>
                <w:bCs w:val="0"/>
                <w:sz w:val="18"/>
                <w:szCs w:val="18"/>
                <w:rtl w:val="0"/>
              </w:rPr>
              <w:t xml:space="preserve">THUẾ GTGT THEO QUY ĐỊNH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61">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62">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63">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64">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65">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66">
            <w:pPr>
              <w:widowControl w:val="1"/>
              <w:spacing w:after="20" w:before="20" w:line="252.00000000000003" w:lineRule="auto"/>
              <w:rPr/>
            </w:pPr>
            <w:r w:rsidDel="00000000" w:rsidR="00000000" w:rsidRPr="00000000">
              <w:rPr>
                <w:b w:val="0"/>
                <w:bCs w:val="0"/>
                <w:sz w:val="18"/>
                <w:szCs w:val="18"/>
                <w:rtl w:val="0"/>
              </w:rPr>
              <w:t xml:space="preserve">TỔNG CỘNG THANH TOÁN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67">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68">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69">
            <w:pPr>
              <w:widowControl w:val="1"/>
              <w:spacing w:after="20" w:before="20" w:line="252.00000000000003" w:lineRule="auto"/>
              <w:rPr/>
            </w:pP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6A">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bl>
    <w:p w:rsidR="00000000" w:rsidDel="00000000" w:rsidP="00000000" w:rsidRDefault="00000000" w:rsidRPr="00000000" w14:paraId="0000016B">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6C">
      <w:pPr>
        <w:jc w:val="both"/>
        <w:rPr/>
      </w:pPr>
      <w:r w:rsidDel="00000000" w:rsidR="00000000" w:rsidRPr="00000000">
        <w:rPr>
          <w:b w:val="1"/>
          <w:bCs w:val="1"/>
          <w:rtl w:val="0"/>
        </w:rPr>
        <w:t xml:space="preserve">1.1. </w:t>
      </w:r>
      <w:r w:rsidDel="00000000" w:rsidR="00000000" w:rsidRPr="00000000">
        <w:rPr>
          <w:rtl w:val="0"/>
        </w:rPr>
        <w:t xml:space="preserve">Đơn giá gồm: [lương nhân viên, đồng phục, quản lý đội, chi phí quản lý, công cụ do Bên B trang bị…]. Không gồm: [chi phí phát sinh được phê duyệt riêng nếu có].</w:t>
      </w:r>
    </w:p>
    <w:p w:rsidR="00000000" w:rsidDel="00000000" w:rsidP="00000000" w:rsidRDefault="00000000" w:rsidRPr="00000000" w14:paraId="0000016D">
      <w:pPr>
        <w:jc w:val="both"/>
        <w:rPr/>
      </w:pPr>
      <w:r w:rsidDel="00000000" w:rsidR="00000000" w:rsidRPr="00000000">
        <w:rPr>
          <w:b w:val="1"/>
          <w:bCs w:val="1"/>
          <w:rtl w:val="0"/>
        </w:rPr>
        <w:t xml:space="preserve">1.2. </w:t>
      </w:r>
      <w:r w:rsidDel="00000000" w:rsidR="00000000" w:rsidRPr="00000000">
        <w:rPr>
          <w:rtl w:val="0"/>
        </w:rPr>
        <w:t xml:space="preserve">Nguyên tắc tính tăng cường, ca thiếu, ngày lễ và đầu/cuối tháng không đủ kỳ: [Mô tả rõ cách xác định đơn giá, khối lượng, ngưỡng xác nhận và người phê duyệt].</w:t>
      </w:r>
    </w:p>
    <w:p w:rsidR="00000000" w:rsidDel="00000000" w:rsidP="00000000" w:rsidRDefault="00000000" w:rsidRPr="00000000" w14:paraId="0000016E">
      <w:pPr>
        <w:jc w:val="both"/>
        <w:rPr/>
      </w:pPr>
      <w:r w:rsidDel="00000000" w:rsidR="00000000" w:rsidRPr="00000000">
        <w:rPr>
          <w:b w:val="1"/>
          <w:bCs w:val="1"/>
          <w:rtl w:val="0"/>
        </w:rPr>
        <w:t xml:space="preserve">1.3. </w:t>
      </w:r>
      <w:r w:rsidDel="00000000" w:rsidR="00000000" w:rsidRPr="00000000">
        <w:rPr>
          <w:rtl w:val="0"/>
        </w:rPr>
        <w:t xml:space="preserve">Kỳ đối soát: ngày [  ] đến ngày [  ] hằng tháng; thời hạn Bên B gửi hồ sơ [  ] ngày làm việc; thời hạn Bên A phản hồi [  ] ngày làm việc; thời hạn thanh toán [  ] ngày làm việc sau khi nhận đủ hồ sơ.</w:t>
      </w:r>
    </w:p>
    <w:p w:rsidR="00000000" w:rsidDel="00000000" w:rsidP="00000000" w:rsidRDefault="00000000" w:rsidRPr="00000000" w14:paraId="0000016F">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2. Chỉ tiêu đánh giá chất lượng gợi ý (điều chỉnh trước khi ký)</w:t>
      </w:r>
    </w:p>
    <w:tbl>
      <w:tblPr>
        <w:tblStyle w:val="Table12"/>
        <w:tblW w:w="9014.0" w:type="dxa"/>
        <w:jc w:val="center"/>
        <w:tblLayout w:type="fixed"/>
        <w:tblLook w:val="0400"/>
      </w:tblPr>
      <w:tblGrid>
        <w:gridCol w:w="992"/>
        <w:gridCol w:w="3430"/>
        <w:gridCol w:w="1219"/>
        <w:gridCol w:w="3373"/>
        <w:tblGridChange w:id="0">
          <w:tblGrid>
            <w:gridCol w:w="992"/>
            <w:gridCol w:w="3430"/>
            <w:gridCol w:w="1219"/>
            <w:gridCol w:w="3373"/>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70">
            <w:pPr>
              <w:widowControl w:val="1"/>
              <w:spacing w:after="20" w:before="20" w:line="252.00000000000003" w:lineRule="auto"/>
              <w:rPr/>
            </w:pPr>
            <w:r w:rsidDel="00000000" w:rsidR="00000000" w:rsidRPr="00000000">
              <w:rPr>
                <w:b w:val="1"/>
                <w:bCs w:val="1"/>
                <w:sz w:val="17"/>
                <w:szCs w:val="17"/>
                <w:rtl w:val="0"/>
              </w:rPr>
              <w:t xml:space="preserve">Mã</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71">
            <w:pPr>
              <w:widowControl w:val="1"/>
              <w:spacing w:after="20" w:before="20" w:line="252.00000000000003" w:lineRule="auto"/>
              <w:rPr/>
            </w:pPr>
            <w:r w:rsidDel="00000000" w:rsidR="00000000" w:rsidRPr="00000000">
              <w:rPr>
                <w:b w:val="1"/>
                <w:bCs w:val="1"/>
                <w:sz w:val="17"/>
                <w:szCs w:val="17"/>
                <w:rtl w:val="0"/>
              </w:rPr>
              <w:t xml:space="preserve">Chỉ tiêu / phương pháp đo</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72">
            <w:pPr>
              <w:widowControl w:val="1"/>
              <w:spacing w:after="20" w:before="20" w:line="252.00000000000003" w:lineRule="auto"/>
              <w:rPr/>
            </w:pPr>
            <w:r w:rsidDel="00000000" w:rsidR="00000000" w:rsidRPr="00000000">
              <w:rPr>
                <w:b w:val="1"/>
                <w:bCs w:val="1"/>
                <w:sz w:val="17"/>
                <w:szCs w:val="17"/>
                <w:rtl w:val="0"/>
              </w:rPr>
              <w:t xml:space="preserve">Mục tiêu</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73">
            <w:pPr>
              <w:widowControl w:val="1"/>
              <w:spacing w:after="20" w:before="20" w:line="252.00000000000003" w:lineRule="auto"/>
              <w:rPr/>
            </w:pPr>
            <w:r w:rsidDel="00000000" w:rsidR="00000000" w:rsidRPr="00000000">
              <w:rPr>
                <w:b w:val="1"/>
                <w:bCs w:val="1"/>
                <w:sz w:val="17"/>
                <w:szCs w:val="17"/>
                <w:rtl w:val="0"/>
              </w:rPr>
              <w:t xml:space="preserve">Cách xử lý khi không đạt</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4">
            <w:pPr>
              <w:widowControl w:val="1"/>
              <w:spacing w:after="20" w:before="20" w:line="252.00000000000003" w:lineRule="auto"/>
              <w:rPr/>
            </w:pPr>
            <w:r w:rsidDel="00000000" w:rsidR="00000000" w:rsidRPr="00000000">
              <w:rPr>
                <w:b w:val="0"/>
                <w:bCs w:val="0"/>
                <w:sz w:val="18"/>
                <w:szCs w:val="18"/>
                <w:rtl w:val="0"/>
              </w:rPr>
              <w:t xml:space="preserve">KPI-01</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5">
            <w:pPr>
              <w:widowControl w:val="1"/>
              <w:spacing w:after="20" w:before="20" w:line="252.00000000000003" w:lineRule="auto"/>
              <w:rPr/>
            </w:pPr>
            <w:r w:rsidDel="00000000" w:rsidR="00000000" w:rsidRPr="00000000">
              <w:rPr>
                <w:b w:val="0"/>
                <w:bCs w:val="0"/>
                <w:sz w:val="18"/>
                <w:szCs w:val="18"/>
                <w:rtl w:val="0"/>
              </w:rPr>
              <w:t xml:space="preserve">Đủ vị trí chốt &amp; số giờ trực theo đối soát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6">
            <w:pPr>
              <w:widowControl w:val="1"/>
              <w:spacing w:after="20" w:before="20" w:line="252.00000000000003" w:lineRule="auto"/>
              <w:rPr/>
            </w:pPr>
            <w:r w:rsidDel="00000000" w:rsidR="00000000" w:rsidRPr="00000000">
              <w:rPr>
                <w:b w:val="0"/>
                <w:bCs w:val="0"/>
                <w:sz w:val="18"/>
                <w:szCs w:val="18"/>
                <w:rtl w:val="0"/>
              </w:rPr>
              <w:t xml:space="preserve">[100%]</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7">
            <w:pPr>
              <w:widowControl w:val="1"/>
              <w:spacing w:after="20" w:before="20" w:line="252.00000000000003" w:lineRule="auto"/>
              <w:rPr/>
            </w:pPr>
            <w:r w:rsidDel="00000000" w:rsidR="00000000" w:rsidRPr="00000000">
              <w:rPr>
                <w:b w:val="0"/>
                <w:bCs w:val="0"/>
                <w:sz w:val="18"/>
                <w:szCs w:val="18"/>
                <w:rtl w:val="0"/>
              </w:rPr>
              <w:t xml:space="preserve">[Bù chốt/điều chỉnh phí/phạt nếu thỏa thuận]</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78">
            <w:pPr>
              <w:widowControl w:val="1"/>
              <w:spacing w:after="20" w:before="20" w:line="252.00000000000003" w:lineRule="auto"/>
              <w:rPr/>
            </w:pPr>
            <w:r w:rsidDel="00000000" w:rsidR="00000000" w:rsidRPr="00000000">
              <w:rPr>
                <w:b w:val="0"/>
                <w:bCs w:val="0"/>
                <w:sz w:val="18"/>
                <w:szCs w:val="18"/>
                <w:rtl w:val="0"/>
              </w:rPr>
              <w:t xml:space="preserve">KPI-02</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79">
            <w:pPr>
              <w:widowControl w:val="1"/>
              <w:spacing w:after="20" w:before="20" w:line="252.00000000000003" w:lineRule="auto"/>
              <w:rPr/>
            </w:pPr>
            <w:r w:rsidDel="00000000" w:rsidR="00000000" w:rsidRPr="00000000">
              <w:rPr>
                <w:b w:val="0"/>
                <w:bCs w:val="0"/>
                <w:sz w:val="18"/>
                <w:szCs w:val="18"/>
                <w:rtl w:val="0"/>
              </w:rPr>
              <w:t xml:space="preserve">Nhật ký bàn giao ca và ghi nhận tuần tra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7A">
            <w:pPr>
              <w:widowControl w:val="1"/>
              <w:spacing w:after="20" w:before="20" w:line="252.00000000000003" w:lineRule="auto"/>
              <w:rPr/>
            </w:pPr>
            <w:sdt>
              <w:sdtPr>
                <w:id w:val="773570931"/>
                <w:tag w:val="goog_rdk_0"/>
              </w:sdtPr>
              <w:sdtContent>
                <w:r w:rsidDel="00000000" w:rsidR="00000000" w:rsidRPr="00000000">
                  <w:rPr>
                    <w:rFonts w:ascii="Gungsuh" w:cs="Gungsuh" w:eastAsia="Gungsuh" w:hAnsi="Gungsuh"/>
                    <w:b w:val="0"/>
                    <w:bCs w:val="0"/>
                    <w:sz w:val="18"/>
                    <w:szCs w:val="18"/>
                    <w:rtl w:val="0"/>
                  </w:rPr>
                  <w:t xml:space="preserve">[≥ 98%]</w:t>
                </w:r>
              </w:sdtContent>
            </w:sdt>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7B">
            <w:pPr>
              <w:widowControl w:val="1"/>
              <w:spacing w:after="20" w:before="20" w:line="252.00000000000003" w:lineRule="auto"/>
              <w:rPr/>
            </w:pPr>
            <w:r w:rsidDel="00000000" w:rsidR="00000000" w:rsidRPr="00000000">
              <w:rPr>
                <w:b w:val="0"/>
                <w:bCs w:val="0"/>
                <w:sz w:val="18"/>
                <w:szCs w:val="18"/>
                <w:rtl w:val="0"/>
              </w:rPr>
              <w:t xml:space="preserve">[Bổ sung, chấn chỉnh]</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C">
            <w:pPr>
              <w:widowControl w:val="1"/>
              <w:spacing w:after="20" w:before="20" w:line="252.00000000000003" w:lineRule="auto"/>
              <w:rPr/>
            </w:pPr>
            <w:r w:rsidDel="00000000" w:rsidR="00000000" w:rsidRPr="00000000">
              <w:rPr>
                <w:b w:val="0"/>
                <w:bCs w:val="0"/>
                <w:sz w:val="18"/>
                <w:szCs w:val="18"/>
                <w:rtl w:val="0"/>
              </w:rPr>
              <w:t xml:space="preserve">KPI-03</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D">
            <w:pPr>
              <w:widowControl w:val="1"/>
              <w:spacing w:after="20" w:before="20" w:line="252.00000000000003" w:lineRule="auto"/>
              <w:rPr/>
            </w:pPr>
            <w:r w:rsidDel="00000000" w:rsidR="00000000" w:rsidRPr="00000000">
              <w:rPr>
                <w:b w:val="0"/>
                <w:bCs w:val="0"/>
                <w:sz w:val="18"/>
                <w:szCs w:val="18"/>
                <w:rtl w:val="0"/>
              </w:rPr>
              <w:t xml:space="preserve">Thông báo sự cố theo cấp độ và thời hạn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E">
            <w:pPr>
              <w:widowControl w:val="1"/>
              <w:spacing w:after="20" w:before="20" w:line="252.00000000000003" w:lineRule="auto"/>
              <w:rPr/>
            </w:pPr>
            <w:sdt>
              <w:sdtPr>
                <w:id w:val="-16642448"/>
                <w:tag w:val="goog_rdk_1"/>
              </w:sdtPr>
              <w:sdtContent>
                <w:r w:rsidDel="00000000" w:rsidR="00000000" w:rsidRPr="00000000">
                  <w:rPr>
                    <w:rFonts w:ascii="Gungsuh" w:cs="Gungsuh" w:eastAsia="Gungsuh" w:hAnsi="Gungsuh"/>
                    <w:b w:val="0"/>
                    <w:bCs w:val="0"/>
                    <w:sz w:val="18"/>
                    <w:szCs w:val="18"/>
                    <w:rtl w:val="0"/>
                  </w:rPr>
                  <w:t xml:space="preserve">[≥ 95%]</w:t>
                </w:r>
              </w:sdtContent>
            </w:sdt>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7F">
            <w:pPr>
              <w:widowControl w:val="1"/>
              <w:spacing w:after="20" w:before="20" w:line="252.00000000000003" w:lineRule="auto"/>
              <w:rPr/>
            </w:pPr>
            <w:r w:rsidDel="00000000" w:rsidR="00000000" w:rsidRPr="00000000">
              <w:rPr>
                <w:b w:val="0"/>
                <w:bCs w:val="0"/>
                <w:sz w:val="18"/>
                <w:szCs w:val="18"/>
                <w:rtl w:val="0"/>
              </w:rPr>
              <w:t xml:space="preserve">[Rà soát, đào tạo lại]</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80">
            <w:pPr>
              <w:widowControl w:val="1"/>
              <w:spacing w:after="20" w:before="20" w:line="252.00000000000003" w:lineRule="auto"/>
              <w:rPr/>
            </w:pPr>
            <w:r w:rsidDel="00000000" w:rsidR="00000000" w:rsidRPr="00000000">
              <w:rPr>
                <w:b w:val="0"/>
                <w:bCs w:val="0"/>
                <w:sz w:val="18"/>
                <w:szCs w:val="18"/>
                <w:rtl w:val="0"/>
              </w:rPr>
              <w:t xml:space="preserve">KPI-04</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81">
            <w:pPr>
              <w:widowControl w:val="1"/>
              <w:spacing w:after="20" w:before="20" w:line="252.00000000000003" w:lineRule="auto"/>
              <w:rPr/>
            </w:pPr>
            <w:r w:rsidDel="00000000" w:rsidR="00000000" w:rsidRPr="00000000">
              <w:rPr>
                <w:b w:val="0"/>
                <w:bCs w:val="0"/>
                <w:sz w:val="18"/>
                <w:szCs w:val="18"/>
                <w:rtl w:val="0"/>
              </w:rPr>
              <w:t xml:space="preserve">Tuân thủ đồng phục, nội quy và tác phong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82">
            <w:pPr>
              <w:widowControl w:val="1"/>
              <w:spacing w:after="20" w:before="20" w:line="252.00000000000003" w:lineRule="auto"/>
              <w:rPr/>
            </w:pPr>
            <w:sdt>
              <w:sdtPr>
                <w:id w:val="1648631229"/>
                <w:tag w:val="goog_rdk_2"/>
              </w:sdtPr>
              <w:sdtContent>
                <w:r w:rsidDel="00000000" w:rsidR="00000000" w:rsidRPr="00000000">
                  <w:rPr>
                    <w:rFonts w:ascii="Gungsuh" w:cs="Gungsuh" w:eastAsia="Gungsuh" w:hAnsi="Gungsuh"/>
                    <w:b w:val="0"/>
                    <w:bCs w:val="0"/>
                    <w:sz w:val="18"/>
                    <w:szCs w:val="18"/>
                    <w:rtl w:val="0"/>
                  </w:rPr>
                  <w:t xml:space="preserve">[≥ 98%]</w:t>
                </w:r>
              </w:sdtContent>
            </w:sdt>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83">
            <w:pPr>
              <w:widowControl w:val="1"/>
              <w:spacing w:after="20" w:before="20" w:line="252.00000000000003" w:lineRule="auto"/>
              <w:rPr/>
            </w:pPr>
            <w:r w:rsidDel="00000000" w:rsidR="00000000" w:rsidRPr="00000000">
              <w:rPr>
                <w:b w:val="0"/>
                <w:bCs w:val="0"/>
                <w:sz w:val="18"/>
                <w:szCs w:val="18"/>
                <w:rtl w:val="0"/>
              </w:rPr>
              <w:t xml:space="preserve">[Nhắc nhở hoặc thay nhân sự]</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84">
            <w:pPr>
              <w:widowControl w:val="1"/>
              <w:spacing w:after="20" w:before="20" w:line="252.00000000000003" w:lineRule="auto"/>
              <w:rPr/>
            </w:pPr>
            <w:r w:rsidDel="00000000" w:rsidR="00000000" w:rsidRPr="00000000">
              <w:rPr>
                <w:b w:val="0"/>
                <w:bCs w:val="0"/>
                <w:sz w:val="18"/>
                <w:szCs w:val="18"/>
                <w:rtl w:val="0"/>
              </w:rPr>
              <w:t xml:space="preserve">KPI-05</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85">
            <w:pPr>
              <w:widowControl w:val="1"/>
              <w:spacing w:after="20" w:before="20" w:line="252.00000000000003" w:lineRule="auto"/>
              <w:rPr/>
            </w:pPr>
            <w:r w:rsidDel="00000000" w:rsidR="00000000" w:rsidRPr="00000000">
              <w:rPr>
                <w:b w:val="0"/>
                <w:bCs w:val="0"/>
                <w:sz w:val="18"/>
                <w:szCs w:val="18"/>
                <w:rtl w:val="0"/>
              </w:rPr>
              <w:t xml:space="preserve">Thực hiện kế hoạch khắc phục đúng hạn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86">
            <w:pPr>
              <w:widowControl w:val="1"/>
              <w:spacing w:after="20" w:before="20" w:line="252.00000000000003" w:lineRule="auto"/>
              <w:rPr/>
            </w:pPr>
            <w:sdt>
              <w:sdtPr>
                <w:id w:val="-1882525057"/>
                <w:tag w:val="goog_rdk_3"/>
              </w:sdtPr>
              <w:sdtContent>
                <w:r w:rsidDel="00000000" w:rsidR="00000000" w:rsidRPr="00000000">
                  <w:rPr>
                    <w:rFonts w:ascii="Gungsuh" w:cs="Gungsuh" w:eastAsia="Gungsuh" w:hAnsi="Gungsuh"/>
                    <w:b w:val="0"/>
                    <w:bCs w:val="0"/>
                    <w:sz w:val="18"/>
                    <w:szCs w:val="18"/>
                    <w:rtl w:val="0"/>
                  </w:rPr>
                  <w:t xml:space="preserve">[≥ 95%]</w:t>
                </w:r>
              </w:sdtContent>
            </w:sdt>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87">
            <w:pPr>
              <w:widowControl w:val="1"/>
              <w:spacing w:after="20" w:before="20" w:line="252.00000000000003" w:lineRule="auto"/>
              <w:rPr/>
            </w:pPr>
            <w:r w:rsidDel="00000000" w:rsidR="00000000" w:rsidRPr="00000000">
              <w:rPr>
                <w:b w:val="0"/>
                <w:bCs w:val="0"/>
                <w:sz w:val="18"/>
                <w:szCs w:val="18"/>
                <w:rtl w:val="0"/>
              </w:rPr>
              <w:t xml:space="preserve">[Báo cáo cấp quản lý]</w:t>
            </w:r>
            <w:r w:rsidDel="00000000" w:rsidR="00000000" w:rsidRPr="00000000">
              <w:rPr>
                <w:rtl w:val="0"/>
              </w:rPr>
            </w:r>
          </w:p>
        </w:tc>
      </w:tr>
    </w:tbl>
    <w:p w:rsidR="00000000" w:rsidDel="00000000" w:rsidP="00000000" w:rsidRDefault="00000000" w:rsidRPr="00000000" w14:paraId="00000188">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89">
      <w:pPr>
        <w:jc w:val="both"/>
        <w:rPr/>
      </w:pPr>
      <w:r w:rsidDel="00000000" w:rsidR="00000000" w:rsidRPr="00000000">
        <w:rPr>
          <w:rtl w:val="0"/>
        </w:rPr>
        <w:t xml:space="preserve">Lưu ý: Các chỉ tiêu tỷ lệ là giá trị tham khảo, không tự động tạo nghĩa vụ phạt hoặc khấu trừ. Chế tài chỉ áp dụng khi được quy định rõ bằng hợp đồng/phụ lục và phù hợp pháp luật.</w:t>
      </w:r>
    </w:p>
    <w:p w:rsidR="00000000" w:rsidDel="00000000" w:rsidP="00000000" w:rsidRDefault="00000000" w:rsidRPr="00000000" w14:paraId="0000018A">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3. Mẫu bảng đối soát dịch vụ hằng tháng</w:t>
      </w:r>
    </w:p>
    <w:tbl>
      <w:tblPr>
        <w:tblStyle w:val="Table13"/>
        <w:tblW w:w="9015.0" w:type="dxa"/>
        <w:jc w:val="center"/>
        <w:tblLayout w:type="fixed"/>
        <w:tblLook w:val="0400"/>
      </w:tblPr>
      <w:tblGrid>
        <w:gridCol w:w="1899"/>
        <w:gridCol w:w="1871"/>
        <w:gridCol w:w="1871"/>
        <w:gridCol w:w="1191"/>
        <w:gridCol w:w="2183"/>
        <w:tblGridChange w:id="0">
          <w:tblGrid>
            <w:gridCol w:w="1899"/>
            <w:gridCol w:w="1871"/>
            <w:gridCol w:w="1871"/>
            <w:gridCol w:w="1191"/>
            <w:gridCol w:w="2183"/>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8B">
            <w:pPr>
              <w:widowControl w:val="1"/>
              <w:spacing w:after="20" w:before="20" w:line="252.00000000000003" w:lineRule="auto"/>
              <w:rPr/>
            </w:pPr>
            <w:r w:rsidDel="00000000" w:rsidR="00000000" w:rsidRPr="00000000">
              <w:rPr>
                <w:b w:val="1"/>
                <w:bCs w:val="1"/>
                <w:sz w:val="17"/>
                <w:szCs w:val="17"/>
                <w:rtl w:val="0"/>
              </w:rPr>
              <w:t xml:space="preserve">Vị trí</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8C">
            <w:pPr>
              <w:widowControl w:val="1"/>
              <w:spacing w:after="20" w:before="20" w:line="252.00000000000003" w:lineRule="auto"/>
              <w:rPr/>
            </w:pPr>
            <w:r w:rsidDel="00000000" w:rsidR="00000000" w:rsidRPr="00000000">
              <w:rPr>
                <w:b w:val="1"/>
                <w:bCs w:val="1"/>
                <w:sz w:val="17"/>
                <w:szCs w:val="17"/>
                <w:rtl w:val="0"/>
              </w:rPr>
              <w:t xml:space="preserve">Ca/giờ theo kế hoạch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8D">
            <w:pPr>
              <w:widowControl w:val="1"/>
              <w:spacing w:after="20" w:before="20" w:line="252.00000000000003" w:lineRule="auto"/>
              <w:rPr/>
            </w:pPr>
            <w:r w:rsidDel="00000000" w:rsidR="00000000" w:rsidRPr="00000000">
              <w:rPr>
                <w:b w:val="1"/>
                <w:bCs w:val="1"/>
                <w:sz w:val="17"/>
                <w:szCs w:val="17"/>
                <w:rtl w:val="0"/>
              </w:rPr>
              <w:t xml:space="preserve">Ca/giờ thực hiện</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8E">
            <w:pPr>
              <w:widowControl w:val="1"/>
              <w:spacing w:after="20" w:before="20" w:line="252.00000000000003" w:lineRule="auto"/>
              <w:rPr/>
            </w:pPr>
            <w:r w:rsidDel="00000000" w:rsidR="00000000" w:rsidRPr="00000000">
              <w:rPr>
                <w:b w:val="1"/>
                <w:bCs w:val="1"/>
                <w:sz w:val="17"/>
                <w:szCs w:val="17"/>
                <w:rtl w:val="0"/>
              </w:rPr>
              <w:t xml:space="preserve">Chênh lệch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8F">
            <w:pPr>
              <w:widowControl w:val="1"/>
              <w:spacing w:after="20" w:before="20" w:line="252.00000000000003" w:lineRule="auto"/>
              <w:rPr/>
            </w:pPr>
            <w:r w:rsidDel="00000000" w:rsidR="00000000" w:rsidRPr="00000000">
              <w:rPr>
                <w:b w:val="1"/>
                <w:bCs w:val="1"/>
                <w:sz w:val="17"/>
                <w:szCs w:val="17"/>
                <w:rtl w:val="0"/>
              </w:rPr>
              <w:t xml:space="preserve">Xác nhận / ghi chú</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0">
            <w:pPr>
              <w:widowControl w:val="1"/>
              <w:spacing w:after="20" w:before="20" w:line="252.00000000000003" w:lineRule="auto"/>
              <w:rPr/>
            </w:pPr>
            <w:r w:rsidDel="00000000" w:rsidR="00000000" w:rsidRPr="00000000">
              <w:rPr>
                <w:b w:val="0"/>
                <w:bCs w:val="0"/>
                <w:sz w:val="18"/>
                <w:szCs w:val="18"/>
                <w:rtl w:val="0"/>
              </w:rPr>
              <w:t xml:space="preserve">[Cổng chính]</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1">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2">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4">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95">
            <w:pPr>
              <w:widowControl w:val="1"/>
              <w:spacing w:after="20" w:before="20" w:line="252.00000000000003" w:lineRule="auto"/>
              <w:rPr/>
            </w:pPr>
            <w:r w:rsidDel="00000000" w:rsidR="00000000" w:rsidRPr="00000000">
              <w:rPr>
                <w:b w:val="0"/>
                <w:bCs w:val="0"/>
                <w:sz w:val="18"/>
                <w:szCs w:val="18"/>
                <w:rtl w:val="0"/>
              </w:rPr>
              <w:t xml:space="preserve">[Cổng phụ]</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96">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97">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98">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99">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A">
            <w:pPr>
              <w:widowControl w:val="1"/>
              <w:spacing w:after="20" w:before="20" w:line="252.00000000000003" w:lineRule="auto"/>
              <w:rPr/>
            </w:pPr>
            <w:r w:rsidDel="00000000" w:rsidR="00000000" w:rsidRPr="00000000">
              <w:rPr>
                <w:b w:val="0"/>
                <w:bCs w:val="0"/>
                <w:sz w:val="18"/>
                <w:szCs w:val="18"/>
                <w:rtl w:val="0"/>
              </w:rPr>
              <w:t xml:space="preserve">[Tuần tra]</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B">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C">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D">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9E">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9F">
            <w:pPr>
              <w:widowControl w:val="1"/>
              <w:spacing w:after="20" w:before="20" w:line="252.00000000000003" w:lineRule="auto"/>
              <w:rPr/>
            </w:pPr>
            <w:r w:rsidDel="00000000" w:rsidR="00000000" w:rsidRPr="00000000">
              <w:rPr>
                <w:b w:val="0"/>
                <w:bCs w:val="0"/>
                <w:sz w:val="18"/>
                <w:szCs w:val="18"/>
                <w:rtl w:val="0"/>
              </w:rPr>
              <w:t xml:space="preserve">TỔNG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A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A1">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A2">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A3">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bl>
    <w:p w:rsidR="00000000" w:rsidDel="00000000" w:rsidP="00000000" w:rsidRDefault="00000000" w:rsidRPr="00000000" w14:paraId="000001A4">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A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4. Kết luận nghiệm thu</w:t>
      </w:r>
    </w:p>
    <w:p w:rsidR="00000000" w:rsidDel="00000000" w:rsidP="00000000" w:rsidRDefault="00000000" w:rsidRPr="00000000" w14:paraId="000001A6">
      <w:pPr>
        <w:jc w:val="both"/>
        <w:rPr/>
      </w:pPr>
      <w:r w:rsidDel="00000000" w:rsidR="00000000" w:rsidRPr="00000000">
        <w:rPr>
          <w:rtl w:val="0"/>
        </w:rPr>
        <w:t xml:space="preserve">Kỳ nghiệm thu: [từ ngày… đến ngày…]; Giá trị đề nghị thanh toán: [            ] đồng; Giá trị thống nhất nghiệm thu: [            ] đồng; Nội dung còn phải xử lý (nếu có): [            ].</w:t>
      </w:r>
    </w:p>
    <w:tbl>
      <w:tblPr>
        <w:tblStyle w:val="Table14"/>
        <w:tblW w:w="9128.0" w:type="dxa"/>
        <w:jc w:val="center"/>
        <w:tblLayout w:type="fixed"/>
        <w:tblLook w:val="0400"/>
      </w:tblPr>
      <w:tblGrid>
        <w:gridCol w:w="4564"/>
        <w:gridCol w:w="4564"/>
        <w:tblGridChange w:id="0">
          <w:tblGrid>
            <w:gridCol w:w="4564"/>
            <w:gridCol w:w="4564"/>
          </w:tblGrid>
        </w:tblGridChange>
      </w:tblGrid>
      <w:tr>
        <w:trPr>
          <w:cantSplit w:val="0"/>
          <w:tblHeader w:val="0"/>
        </w:trPr>
        <w:tc>
          <w:tcPr/>
          <w:p w:rsidR="00000000" w:rsidDel="00000000" w:rsidP="00000000" w:rsidRDefault="00000000" w:rsidRPr="00000000" w14:paraId="000001A7">
            <w:pPr>
              <w:widowControl w:val="1"/>
              <w:jc w:val="center"/>
              <w:rPr/>
            </w:pPr>
            <w:r w:rsidDel="00000000" w:rsidR="00000000" w:rsidRPr="00000000">
              <w:rPr>
                <w:b w:val="1"/>
                <w:bCs w:val="1"/>
                <w:sz w:val="20"/>
                <w:szCs w:val="20"/>
                <w:rtl w:val="0"/>
              </w:rPr>
              <w:t xml:space="preserve">ĐẠI DIỆN BÊN A</w:t>
            </w:r>
            <w:r w:rsidDel="00000000" w:rsidR="00000000" w:rsidRPr="00000000">
              <w:rPr>
                <w:rtl w:val="0"/>
              </w:rPr>
            </w:r>
          </w:p>
          <w:p w:rsidR="00000000" w:rsidDel="00000000" w:rsidP="00000000" w:rsidRDefault="00000000" w:rsidRPr="00000000" w14:paraId="000001A8">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1A9">
            <w:pPr>
              <w:widowControl w:val="1"/>
              <w:rPr/>
            </w:pPr>
            <w:r w:rsidDel="00000000" w:rsidR="00000000" w:rsidRPr="00000000">
              <w:rPr>
                <w:rtl w:val="0"/>
              </w:rPr>
            </w:r>
          </w:p>
          <w:p w:rsidR="00000000" w:rsidDel="00000000" w:rsidP="00000000" w:rsidRDefault="00000000" w:rsidRPr="00000000" w14:paraId="000001AA">
            <w:pPr>
              <w:widowControl w:val="1"/>
              <w:rPr/>
            </w:pPr>
            <w:r w:rsidDel="00000000" w:rsidR="00000000" w:rsidRPr="00000000">
              <w:rPr>
                <w:rtl w:val="0"/>
              </w:rPr>
            </w:r>
          </w:p>
          <w:p w:rsidR="00000000" w:rsidDel="00000000" w:rsidP="00000000" w:rsidRDefault="00000000" w:rsidRPr="00000000" w14:paraId="000001AB">
            <w:pPr>
              <w:widowControl w:val="1"/>
              <w:rPr/>
            </w:pPr>
            <w:r w:rsidDel="00000000" w:rsidR="00000000" w:rsidRPr="00000000">
              <w:rPr>
                <w:rtl w:val="0"/>
              </w:rPr>
            </w:r>
          </w:p>
          <w:p w:rsidR="00000000" w:rsidDel="00000000" w:rsidP="00000000" w:rsidRDefault="00000000" w:rsidRPr="00000000" w14:paraId="000001AC">
            <w:pPr>
              <w:widowControl w:val="1"/>
              <w:rPr/>
            </w:pPr>
            <w:r w:rsidDel="00000000" w:rsidR="00000000" w:rsidRPr="00000000">
              <w:rPr>
                <w:rtl w:val="0"/>
              </w:rPr>
            </w:r>
          </w:p>
        </w:tc>
        <w:tc>
          <w:tcPr/>
          <w:p w:rsidR="00000000" w:rsidDel="00000000" w:rsidP="00000000" w:rsidRDefault="00000000" w:rsidRPr="00000000" w14:paraId="000001AD">
            <w:pPr>
              <w:widowControl w:val="1"/>
              <w:jc w:val="center"/>
              <w:rPr/>
            </w:pPr>
            <w:r w:rsidDel="00000000" w:rsidR="00000000" w:rsidRPr="00000000">
              <w:rPr>
                <w:b w:val="1"/>
                <w:bCs w:val="1"/>
                <w:sz w:val="20"/>
                <w:szCs w:val="20"/>
                <w:rtl w:val="0"/>
              </w:rPr>
              <w:t xml:space="preserve">ĐẠI DIỆN BÊN B</w:t>
            </w:r>
            <w:r w:rsidDel="00000000" w:rsidR="00000000" w:rsidRPr="00000000">
              <w:rPr>
                <w:rtl w:val="0"/>
              </w:rPr>
            </w:r>
          </w:p>
          <w:p w:rsidR="00000000" w:rsidDel="00000000" w:rsidP="00000000" w:rsidRDefault="00000000" w:rsidRPr="00000000" w14:paraId="000001AE">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1AF">
            <w:pPr>
              <w:widowControl w:val="1"/>
              <w:rPr/>
            </w:pPr>
            <w:r w:rsidDel="00000000" w:rsidR="00000000" w:rsidRPr="00000000">
              <w:rPr>
                <w:rtl w:val="0"/>
              </w:rPr>
            </w:r>
          </w:p>
          <w:p w:rsidR="00000000" w:rsidDel="00000000" w:rsidP="00000000" w:rsidRDefault="00000000" w:rsidRPr="00000000" w14:paraId="000001B0">
            <w:pPr>
              <w:widowControl w:val="1"/>
              <w:rPr/>
            </w:pPr>
            <w:r w:rsidDel="00000000" w:rsidR="00000000" w:rsidRPr="00000000">
              <w:rPr>
                <w:rtl w:val="0"/>
              </w:rPr>
            </w:r>
          </w:p>
          <w:p w:rsidR="00000000" w:rsidDel="00000000" w:rsidP="00000000" w:rsidRDefault="00000000" w:rsidRPr="00000000" w14:paraId="000001B1">
            <w:pPr>
              <w:widowControl w:val="1"/>
              <w:rPr/>
            </w:pPr>
            <w:r w:rsidDel="00000000" w:rsidR="00000000" w:rsidRPr="00000000">
              <w:rPr>
                <w:rtl w:val="0"/>
              </w:rPr>
            </w:r>
          </w:p>
          <w:p w:rsidR="00000000" w:rsidDel="00000000" w:rsidP="00000000" w:rsidRDefault="00000000" w:rsidRPr="00000000" w14:paraId="000001B2">
            <w:pPr>
              <w:widowControl w:val="1"/>
              <w:rPr/>
            </w:pPr>
            <w:r w:rsidDel="00000000" w:rsidR="00000000" w:rsidRPr="00000000">
              <w:rPr>
                <w:rtl w:val="0"/>
              </w:rPr>
            </w:r>
          </w:p>
        </w:tc>
      </w:tr>
    </w:tbl>
    <w:p w:rsidR="00000000" w:rsidDel="00000000" w:rsidP="00000000" w:rsidRDefault="00000000" w:rsidRPr="00000000" w14:paraId="000001B3">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1" w:lineRule="auto"/>
        <w:ind w:left="0" w:right="0" w:firstLine="0"/>
        <w:jc w:val="center"/>
        <w:rPr>
          <w:rFonts w:ascii="Times New Roman" w:cs="Times New Roman" w:eastAsia="Times New Roman" w:hAnsi="Times New Roman"/>
          <w:b w:val="1"/>
          <w:bCs w:val="1"/>
          <w:i w:val="0"/>
          <w:iCs w:val="0"/>
          <w:smallCaps w:val="0"/>
          <w:strike w:val="0"/>
          <w:color w:val="18314c"/>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8"/>
          <w:szCs w:val="28"/>
          <w:u w:val="none"/>
          <w:shd w:fill="auto" w:val="clear"/>
          <w:vertAlign w:val="baseline"/>
          <w:rtl w:val="0"/>
        </w:rPr>
        <w:t xml:space="preserve">PHỤ LỤC 04</w:t>
      </w:r>
    </w:p>
    <w:p w:rsidR="00000000" w:rsidDel="00000000" w:rsidP="00000000" w:rsidRDefault="00000000" w:rsidRPr="00000000" w14:paraId="000001B4">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center"/>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MẪU BIÊN BẢN BÀN GIAO VÀ KẾT THÚC MỤC TIÊU</w:t>
      </w:r>
    </w:p>
    <w:p w:rsidR="00000000" w:rsidDel="00000000" w:rsidP="00000000" w:rsidRDefault="00000000" w:rsidRPr="00000000" w14:paraId="000001B5">
      <w:pPr>
        <w:jc w:val="both"/>
        <w:rPr/>
      </w:pPr>
      <w:r w:rsidDel="00000000" w:rsidR="00000000" w:rsidRPr="00000000">
        <w:rPr>
          <w:rtl w:val="0"/>
        </w:rPr>
        <w:t xml:space="preserve">Dùng khi tiếp nhận hoặc kết thúc cung cấp dịch vụ; điền thông tin và ký riêng cho từng lần bàn giao.</w:t>
      </w:r>
    </w:p>
    <w:p w:rsidR="00000000" w:rsidDel="00000000" w:rsidP="00000000" w:rsidRDefault="00000000" w:rsidRPr="00000000" w14:paraId="000001B6">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A. BIÊN BẢN BÀN GIAO MỤC TIÊU BAN ĐẦU</w:t>
      </w:r>
    </w:p>
    <w:p w:rsidR="00000000" w:rsidDel="00000000" w:rsidP="00000000" w:rsidRDefault="00000000" w:rsidRPr="00000000" w14:paraId="000001B7">
      <w:pPr>
        <w:jc w:val="both"/>
        <w:rPr/>
      </w:pPr>
      <w:r w:rsidDel="00000000" w:rsidR="00000000" w:rsidRPr="00000000">
        <w:rPr>
          <w:rtl w:val="0"/>
        </w:rPr>
        <w:t xml:space="preserve">Hôm nay, lúc [  ] giờ [  ] phút, ngày [  ]/[  ]/[    ] tại [địa chỉ], đại diện Bên A: [họ tên – chức vụ] và đại diện Bên B: [họ tên – chức vụ] tiến hành bàn giao mục tiêu theo Hợp đồng số [  ].</w:t>
      </w:r>
    </w:p>
    <w:tbl>
      <w:tblPr>
        <w:tblStyle w:val="Table15"/>
        <w:tblW w:w="9015.0" w:type="dxa"/>
        <w:jc w:val="center"/>
        <w:tblLayout w:type="fixed"/>
        <w:tblLook w:val="0400"/>
      </w:tblPr>
      <w:tblGrid>
        <w:gridCol w:w="482"/>
        <w:gridCol w:w="3175"/>
        <w:gridCol w:w="1162"/>
        <w:gridCol w:w="1531"/>
        <w:gridCol w:w="2665"/>
        <w:tblGridChange w:id="0">
          <w:tblGrid>
            <w:gridCol w:w="482"/>
            <w:gridCol w:w="3175"/>
            <w:gridCol w:w="1162"/>
            <w:gridCol w:w="1531"/>
            <w:gridCol w:w="2665"/>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B8">
            <w:pPr>
              <w:widowControl w:val="1"/>
              <w:spacing w:after="20" w:before="20" w:line="252.00000000000003" w:lineRule="auto"/>
              <w:rPr/>
            </w:pPr>
            <w:r w:rsidDel="00000000" w:rsidR="00000000" w:rsidRPr="00000000">
              <w:rPr>
                <w:b w:val="1"/>
                <w:bCs w:val="1"/>
                <w:sz w:val="17"/>
                <w:szCs w:val="17"/>
                <w:rtl w:val="0"/>
              </w:rPr>
              <w:t xml:space="preserve">STT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B9">
            <w:pPr>
              <w:widowControl w:val="1"/>
              <w:spacing w:after="20" w:before="20" w:line="252.00000000000003" w:lineRule="auto"/>
              <w:rPr/>
            </w:pPr>
            <w:r w:rsidDel="00000000" w:rsidR="00000000" w:rsidRPr="00000000">
              <w:rPr>
                <w:b w:val="1"/>
                <w:bCs w:val="1"/>
                <w:sz w:val="17"/>
                <w:szCs w:val="17"/>
                <w:rtl w:val="0"/>
              </w:rPr>
              <w:t xml:space="preserve">Tài sản / hồ sơ bàn giao</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BA">
            <w:pPr>
              <w:widowControl w:val="1"/>
              <w:spacing w:after="20" w:before="20" w:line="252.00000000000003" w:lineRule="auto"/>
              <w:rPr/>
            </w:pPr>
            <w:r w:rsidDel="00000000" w:rsidR="00000000" w:rsidRPr="00000000">
              <w:rPr>
                <w:b w:val="1"/>
                <w:bCs w:val="1"/>
                <w:sz w:val="17"/>
                <w:szCs w:val="17"/>
                <w:rtl w:val="0"/>
              </w:rPr>
              <w:t xml:space="preserve">Số lượng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BB">
            <w:pPr>
              <w:widowControl w:val="1"/>
              <w:spacing w:after="20" w:before="20" w:line="252.00000000000003" w:lineRule="auto"/>
              <w:rPr/>
            </w:pPr>
            <w:r w:rsidDel="00000000" w:rsidR="00000000" w:rsidRPr="00000000">
              <w:rPr>
                <w:b w:val="1"/>
                <w:bCs w:val="1"/>
                <w:sz w:val="17"/>
                <w:szCs w:val="17"/>
                <w:rtl w:val="0"/>
              </w:rPr>
              <w:t xml:space="preserve">Tình trạng</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BC">
            <w:pPr>
              <w:widowControl w:val="1"/>
              <w:spacing w:after="20" w:before="20" w:line="252.00000000000003" w:lineRule="auto"/>
              <w:rPr/>
            </w:pPr>
            <w:r w:rsidDel="00000000" w:rsidR="00000000" w:rsidRPr="00000000">
              <w:rPr>
                <w:b w:val="1"/>
                <w:bCs w:val="1"/>
                <w:sz w:val="17"/>
                <w:szCs w:val="17"/>
                <w:rtl w:val="0"/>
              </w:rPr>
              <w:t xml:space="preserve">Người giữ / ghi chú</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BD">
            <w:pPr>
              <w:widowControl w:val="1"/>
              <w:spacing w:after="20" w:before="20" w:line="252.00000000000003" w:lineRule="auto"/>
              <w:rPr/>
            </w:pPr>
            <w:r w:rsidDel="00000000" w:rsidR="00000000" w:rsidRPr="00000000">
              <w:rPr>
                <w:b w:val="0"/>
                <w:bCs w:val="0"/>
                <w:sz w:val="18"/>
                <w:szCs w:val="18"/>
                <w:rtl w:val="0"/>
              </w:rPr>
              <w:t xml:space="preserve">1</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BE">
            <w:pPr>
              <w:widowControl w:val="1"/>
              <w:spacing w:after="20" w:before="20" w:line="252.00000000000003" w:lineRule="auto"/>
              <w:rPr/>
            </w:pPr>
            <w:r w:rsidDel="00000000" w:rsidR="00000000" w:rsidRPr="00000000">
              <w:rPr>
                <w:b w:val="0"/>
                <w:bCs w:val="0"/>
                <w:sz w:val="18"/>
                <w:szCs w:val="18"/>
                <w:rtl w:val="0"/>
              </w:rPr>
              <w:t xml:space="preserve">[Chìa khóa, thẻ từ]</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BF">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1">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2">
            <w:pPr>
              <w:widowControl w:val="1"/>
              <w:spacing w:after="20" w:before="20" w:line="252.00000000000003" w:lineRule="auto"/>
              <w:rPr/>
            </w:pPr>
            <w:r w:rsidDel="00000000" w:rsidR="00000000" w:rsidRPr="00000000">
              <w:rPr>
                <w:b w:val="0"/>
                <w:bCs w:val="0"/>
                <w:sz w:val="18"/>
                <w:szCs w:val="18"/>
                <w:rtl w:val="0"/>
              </w:rPr>
              <w:t xml:space="preserve">2</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3">
            <w:pPr>
              <w:widowControl w:val="1"/>
              <w:spacing w:after="20" w:before="20" w:line="252.00000000000003" w:lineRule="auto"/>
              <w:rPr/>
            </w:pPr>
            <w:r w:rsidDel="00000000" w:rsidR="00000000" w:rsidRPr="00000000">
              <w:rPr>
                <w:b w:val="0"/>
                <w:bCs w:val="0"/>
                <w:sz w:val="18"/>
                <w:szCs w:val="18"/>
                <w:rtl w:val="0"/>
              </w:rPr>
              <w:t xml:space="preserve">[Bộ đàm, điện thoại]</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4">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5">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6">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7">
            <w:pPr>
              <w:widowControl w:val="1"/>
              <w:spacing w:after="20" w:before="20" w:line="252.00000000000003" w:lineRule="auto"/>
              <w:rPr/>
            </w:pPr>
            <w:r w:rsidDel="00000000" w:rsidR="00000000" w:rsidRPr="00000000">
              <w:rPr>
                <w:b w:val="0"/>
                <w:bCs w:val="0"/>
                <w:sz w:val="18"/>
                <w:szCs w:val="18"/>
                <w:rtl w:val="0"/>
              </w:rPr>
              <w:t xml:space="preserve">3</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8">
            <w:pPr>
              <w:widowControl w:val="1"/>
              <w:spacing w:after="20" w:before="20" w:line="252.00000000000003" w:lineRule="auto"/>
              <w:rPr/>
            </w:pPr>
            <w:r w:rsidDel="00000000" w:rsidR="00000000" w:rsidRPr="00000000">
              <w:rPr>
                <w:b w:val="0"/>
                <w:bCs w:val="0"/>
                <w:sz w:val="18"/>
                <w:szCs w:val="18"/>
                <w:rtl w:val="0"/>
              </w:rPr>
              <w:t xml:space="preserve">[Sổ sách, nội quy, danh sách liên hệ]</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9">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A">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CB">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C">
            <w:pPr>
              <w:widowControl w:val="1"/>
              <w:spacing w:after="20" w:before="20" w:line="252.00000000000003" w:lineRule="auto"/>
              <w:rPr/>
            </w:pPr>
            <w:r w:rsidDel="00000000" w:rsidR="00000000" w:rsidRPr="00000000">
              <w:rPr>
                <w:b w:val="0"/>
                <w:bCs w:val="0"/>
                <w:sz w:val="18"/>
                <w:szCs w:val="18"/>
                <w:rtl w:val="0"/>
              </w:rPr>
              <w:t xml:space="preserve">4</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D">
            <w:pPr>
              <w:widowControl w:val="1"/>
              <w:spacing w:after="20" w:before="20" w:line="252.00000000000003" w:lineRule="auto"/>
              <w:rPr/>
            </w:pPr>
            <w:r w:rsidDel="00000000" w:rsidR="00000000" w:rsidRPr="00000000">
              <w:rPr>
                <w:b w:val="0"/>
                <w:bCs w:val="0"/>
                <w:sz w:val="18"/>
                <w:szCs w:val="18"/>
                <w:rtl w:val="0"/>
              </w:rPr>
              <w:t xml:space="preserve">[Thiết bị khác]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E">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CF">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D0">
            <w:pPr>
              <w:widowControl w:val="1"/>
              <w:spacing w:after="20" w:before="20" w:line="252.00000000000003" w:lineRule="auto"/>
              <w:rPr/>
            </w:pPr>
            <w:r w:rsidDel="00000000" w:rsidR="00000000" w:rsidRPr="00000000">
              <w:rPr>
                <w:b w:val="0"/>
                <w:bCs w:val="0"/>
                <w:sz w:val="18"/>
                <w:szCs w:val="18"/>
                <w:rtl w:val="0"/>
              </w:rPr>
              <w:t xml:space="preserve">[ ]</w:t>
            </w:r>
            <w:r w:rsidDel="00000000" w:rsidR="00000000" w:rsidRPr="00000000">
              <w:rPr>
                <w:rtl w:val="0"/>
              </w:rPr>
            </w:r>
          </w:p>
        </w:tc>
      </w:tr>
    </w:tbl>
    <w:p w:rsidR="00000000" w:rsidDel="00000000" w:rsidP="00000000" w:rsidRDefault="00000000" w:rsidRPr="00000000" w14:paraId="000001D1">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D2">
      <w:pPr>
        <w:jc w:val="both"/>
        <w:rPr/>
      </w:pPr>
      <w:r w:rsidDel="00000000" w:rsidR="00000000" w:rsidRPr="00000000">
        <w:rPr>
          <w:rtl w:val="0"/>
        </w:rPr>
        <w:t xml:space="preserve">Tình trạng an ninh, hệ thống camera/khóa trước khi nhận: [Mô tả]. Các vị trí, tài sản không thuộc phạm vi kiểm soát: [Mô tả]. Thời điểm Bên B bắt đầu chịu trách nhiệm cung cấp dịch vụ: [giờ, ngày].</w:t>
      </w:r>
    </w:p>
    <w:tbl>
      <w:tblPr>
        <w:tblStyle w:val="Table16"/>
        <w:tblW w:w="9128.0" w:type="dxa"/>
        <w:jc w:val="center"/>
        <w:tblLayout w:type="fixed"/>
        <w:tblLook w:val="0400"/>
      </w:tblPr>
      <w:tblGrid>
        <w:gridCol w:w="4564"/>
        <w:gridCol w:w="4564"/>
        <w:tblGridChange w:id="0">
          <w:tblGrid>
            <w:gridCol w:w="4564"/>
            <w:gridCol w:w="4564"/>
          </w:tblGrid>
        </w:tblGridChange>
      </w:tblGrid>
      <w:tr>
        <w:trPr>
          <w:cantSplit w:val="0"/>
          <w:tblHeader w:val="0"/>
        </w:trPr>
        <w:tc>
          <w:tcPr/>
          <w:p w:rsidR="00000000" w:rsidDel="00000000" w:rsidP="00000000" w:rsidRDefault="00000000" w:rsidRPr="00000000" w14:paraId="000001D3">
            <w:pPr>
              <w:widowControl w:val="1"/>
              <w:jc w:val="center"/>
              <w:rPr/>
            </w:pPr>
            <w:r w:rsidDel="00000000" w:rsidR="00000000" w:rsidRPr="00000000">
              <w:rPr>
                <w:b w:val="1"/>
                <w:bCs w:val="1"/>
                <w:sz w:val="20"/>
                <w:szCs w:val="20"/>
                <w:rtl w:val="0"/>
              </w:rPr>
              <w:t xml:space="preserve">BÊN BÀN GIAO (A)</w:t>
            </w:r>
            <w:r w:rsidDel="00000000" w:rsidR="00000000" w:rsidRPr="00000000">
              <w:rPr>
                <w:rtl w:val="0"/>
              </w:rPr>
            </w:r>
          </w:p>
          <w:p w:rsidR="00000000" w:rsidDel="00000000" w:rsidP="00000000" w:rsidRDefault="00000000" w:rsidRPr="00000000" w14:paraId="000001D4">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1D5">
            <w:pPr>
              <w:widowControl w:val="1"/>
              <w:rPr/>
            </w:pPr>
            <w:r w:rsidDel="00000000" w:rsidR="00000000" w:rsidRPr="00000000">
              <w:rPr>
                <w:rtl w:val="0"/>
              </w:rPr>
            </w:r>
          </w:p>
          <w:p w:rsidR="00000000" w:rsidDel="00000000" w:rsidP="00000000" w:rsidRDefault="00000000" w:rsidRPr="00000000" w14:paraId="000001D6">
            <w:pPr>
              <w:widowControl w:val="1"/>
              <w:rPr/>
            </w:pPr>
            <w:r w:rsidDel="00000000" w:rsidR="00000000" w:rsidRPr="00000000">
              <w:rPr>
                <w:rtl w:val="0"/>
              </w:rPr>
            </w:r>
          </w:p>
          <w:p w:rsidR="00000000" w:rsidDel="00000000" w:rsidP="00000000" w:rsidRDefault="00000000" w:rsidRPr="00000000" w14:paraId="000001D7">
            <w:pPr>
              <w:widowControl w:val="1"/>
              <w:rPr/>
            </w:pPr>
            <w:r w:rsidDel="00000000" w:rsidR="00000000" w:rsidRPr="00000000">
              <w:rPr>
                <w:rtl w:val="0"/>
              </w:rPr>
            </w:r>
          </w:p>
          <w:p w:rsidR="00000000" w:rsidDel="00000000" w:rsidP="00000000" w:rsidRDefault="00000000" w:rsidRPr="00000000" w14:paraId="000001D8">
            <w:pPr>
              <w:widowControl w:val="1"/>
              <w:rPr/>
            </w:pPr>
            <w:r w:rsidDel="00000000" w:rsidR="00000000" w:rsidRPr="00000000">
              <w:rPr>
                <w:rtl w:val="0"/>
              </w:rPr>
            </w:r>
          </w:p>
        </w:tc>
        <w:tc>
          <w:tcPr/>
          <w:p w:rsidR="00000000" w:rsidDel="00000000" w:rsidP="00000000" w:rsidRDefault="00000000" w:rsidRPr="00000000" w14:paraId="000001D9">
            <w:pPr>
              <w:widowControl w:val="1"/>
              <w:jc w:val="center"/>
              <w:rPr/>
            </w:pPr>
            <w:r w:rsidDel="00000000" w:rsidR="00000000" w:rsidRPr="00000000">
              <w:rPr>
                <w:b w:val="1"/>
                <w:bCs w:val="1"/>
                <w:sz w:val="20"/>
                <w:szCs w:val="20"/>
                <w:rtl w:val="0"/>
              </w:rPr>
              <w:t xml:space="preserve">BÊN NHẬN BÀN GIAO (B)</w:t>
            </w:r>
            <w:r w:rsidDel="00000000" w:rsidR="00000000" w:rsidRPr="00000000">
              <w:rPr>
                <w:rtl w:val="0"/>
              </w:rPr>
            </w:r>
          </w:p>
          <w:p w:rsidR="00000000" w:rsidDel="00000000" w:rsidP="00000000" w:rsidRDefault="00000000" w:rsidRPr="00000000" w14:paraId="000001DA">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1DB">
            <w:pPr>
              <w:widowControl w:val="1"/>
              <w:rPr/>
            </w:pPr>
            <w:r w:rsidDel="00000000" w:rsidR="00000000" w:rsidRPr="00000000">
              <w:rPr>
                <w:rtl w:val="0"/>
              </w:rPr>
            </w:r>
          </w:p>
          <w:p w:rsidR="00000000" w:rsidDel="00000000" w:rsidP="00000000" w:rsidRDefault="00000000" w:rsidRPr="00000000" w14:paraId="000001DC">
            <w:pPr>
              <w:widowControl w:val="1"/>
              <w:rPr/>
            </w:pPr>
            <w:r w:rsidDel="00000000" w:rsidR="00000000" w:rsidRPr="00000000">
              <w:rPr>
                <w:rtl w:val="0"/>
              </w:rPr>
            </w:r>
          </w:p>
          <w:p w:rsidR="00000000" w:rsidDel="00000000" w:rsidP="00000000" w:rsidRDefault="00000000" w:rsidRPr="00000000" w14:paraId="000001DD">
            <w:pPr>
              <w:widowControl w:val="1"/>
              <w:rPr/>
            </w:pPr>
            <w:r w:rsidDel="00000000" w:rsidR="00000000" w:rsidRPr="00000000">
              <w:rPr>
                <w:rtl w:val="0"/>
              </w:rPr>
            </w:r>
          </w:p>
          <w:p w:rsidR="00000000" w:rsidDel="00000000" w:rsidP="00000000" w:rsidRDefault="00000000" w:rsidRPr="00000000" w14:paraId="000001DE">
            <w:pPr>
              <w:widowControl w:val="1"/>
              <w:rPr/>
            </w:pPr>
            <w:r w:rsidDel="00000000" w:rsidR="00000000" w:rsidRPr="00000000">
              <w:rPr>
                <w:rtl w:val="0"/>
              </w:rPr>
            </w:r>
          </w:p>
        </w:tc>
      </w:tr>
    </w:tbl>
    <w:p w:rsidR="00000000" w:rsidDel="00000000" w:rsidP="00000000" w:rsidRDefault="00000000" w:rsidRPr="00000000" w14:paraId="000001DF">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B. BIÊN BẢN KẾT THÚC / CHUYỂN GIAO MỤC TIÊU</w:t>
      </w:r>
    </w:p>
    <w:p w:rsidR="00000000" w:rsidDel="00000000" w:rsidP="00000000" w:rsidRDefault="00000000" w:rsidRPr="00000000" w14:paraId="000001E0">
      <w:pPr>
        <w:jc w:val="both"/>
        <w:rPr/>
      </w:pPr>
      <w:r w:rsidDel="00000000" w:rsidR="00000000" w:rsidRPr="00000000">
        <w:rPr>
          <w:rtl w:val="0"/>
        </w:rPr>
        <w:t xml:space="preserve">Thời gian kết thúc: [giờ, ngày]. Lý do: [hết hạn / chấm dứt trước hạn / chuyển nhà cung cấp]. Tình hình bàn giao chốt, chìa khóa, thiết bị và hồ sơ: [mô tả]. Người tiếp nhận: [họ tên, chức vụ].</w:t>
      </w:r>
    </w:p>
    <w:tbl>
      <w:tblPr>
        <w:tblStyle w:val="Table17"/>
        <w:tblW w:w="9014.0" w:type="dxa"/>
        <w:jc w:val="center"/>
        <w:tblLayout w:type="fixed"/>
        <w:tblLook w:val="0400"/>
      </w:tblPr>
      <w:tblGrid>
        <w:gridCol w:w="3855"/>
        <w:gridCol w:w="5159"/>
        <w:tblGridChange w:id="0">
          <w:tblGrid>
            <w:gridCol w:w="3855"/>
            <w:gridCol w:w="5159"/>
          </w:tblGrid>
        </w:tblGridChange>
      </w:tblGrid>
      <w:tr>
        <w:trPr>
          <w:cantSplit w:val="1"/>
          <w:tblHeader w:val="1"/>
        </w:trPr>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E1">
            <w:pPr>
              <w:widowControl w:val="1"/>
              <w:spacing w:after="20" w:before="20" w:line="252.00000000000003" w:lineRule="auto"/>
              <w:rPr/>
            </w:pPr>
            <w:r w:rsidDel="00000000" w:rsidR="00000000" w:rsidRPr="00000000">
              <w:rPr>
                <w:b w:val="1"/>
                <w:bCs w:val="1"/>
                <w:sz w:val="17"/>
                <w:szCs w:val="17"/>
                <w:rtl w:val="0"/>
              </w:rPr>
              <w:t xml:space="preserve">Nội dung đối soát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e9eef4" w:val="clear"/>
            <w:vAlign w:val="center"/>
          </w:tcPr>
          <w:p w:rsidR="00000000" w:rsidDel="00000000" w:rsidP="00000000" w:rsidRDefault="00000000" w:rsidRPr="00000000" w14:paraId="000001E2">
            <w:pPr>
              <w:widowControl w:val="1"/>
              <w:spacing w:after="20" w:before="20" w:line="252.00000000000003" w:lineRule="auto"/>
              <w:rPr/>
            </w:pPr>
            <w:r w:rsidDel="00000000" w:rsidR="00000000" w:rsidRPr="00000000">
              <w:rPr>
                <w:b w:val="1"/>
                <w:bCs w:val="1"/>
                <w:sz w:val="17"/>
                <w:szCs w:val="17"/>
                <w:rtl w:val="0"/>
              </w:rPr>
              <w:t xml:space="preserve">Kết quả / ghi chú</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E3">
            <w:pPr>
              <w:widowControl w:val="1"/>
              <w:spacing w:after="20" w:before="20" w:line="252.00000000000003" w:lineRule="auto"/>
              <w:rPr/>
            </w:pPr>
            <w:r w:rsidDel="00000000" w:rsidR="00000000" w:rsidRPr="00000000">
              <w:rPr>
                <w:b w:val="0"/>
                <w:bCs w:val="0"/>
                <w:sz w:val="18"/>
                <w:szCs w:val="18"/>
                <w:rtl w:val="0"/>
              </w:rPr>
              <w:t xml:space="preserve">Tài sản/thiết bị đã nhận và hoàn trả</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E4">
            <w:pPr>
              <w:widowControl w:val="1"/>
              <w:spacing w:after="20" w:before="20" w:line="252.00000000000003" w:lineRule="auto"/>
              <w:rPr/>
            </w:pPr>
            <w:r w:rsidDel="00000000" w:rsidR="00000000" w:rsidRPr="00000000">
              <w:rPr>
                <w:b w:val="0"/>
                <w:bCs w:val="0"/>
                <w:sz w:val="18"/>
                <w:szCs w:val="18"/>
                <w:rtl w:val="0"/>
              </w:rPr>
              <w:t xml:space="preserve">[Đủ / thiếu; nêu lý do]</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E5">
            <w:pPr>
              <w:widowControl w:val="1"/>
              <w:spacing w:after="20" w:before="20" w:line="252.00000000000003" w:lineRule="auto"/>
              <w:rPr/>
            </w:pPr>
            <w:r w:rsidDel="00000000" w:rsidR="00000000" w:rsidRPr="00000000">
              <w:rPr>
                <w:b w:val="0"/>
                <w:bCs w:val="0"/>
                <w:sz w:val="18"/>
                <w:szCs w:val="18"/>
                <w:rtl w:val="0"/>
              </w:rPr>
              <w:t xml:space="preserve">Ca trực đã hoàn thành đến thời điểm kết thúc</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E6">
            <w:pPr>
              <w:widowControl w:val="1"/>
              <w:spacing w:after="20" w:before="20" w:line="252.00000000000003" w:lineRule="auto"/>
              <w:rPr/>
            </w:pPr>
            <w:r w:rsidDel="00000000" w:rsidR="00000000" w:rsidRPr="00000000">
              <w:rPr>
                <w:b w:val="0"/>
                <w:bCs w:val="0"/>
                <w:sz w:val="18"/>
                <w:szCs w:val="18"/>
                <w:rtl w:val="0"/>
              </w:rPr>
              <w:t xml:space="preserve">[Tổng số, chênh lệch]</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E7">
            <w:pPr>
              <w:widowControl w:val="1"/>
              <w:spacing w:after="20" w:before="20" w:line="252.00000000000003" w:lineRule="auto"/>
              <w:rPr/>
            </w:pPr>
            <w:r w:rsidDel="00000000" w:rsidR="00000000" w:rsidRPr="00000000">
              <w:rPr>
                <w:b w:val="0"/>
                <w:bCs w:val="0"/>
                <w:sz w:val="18"/>
                <w:szCs w:val="18"/>
                <w:rtl w:val="0"/>
              </w:rPr>
              <w:t xml:space="preserve">Nhật ký, dữ liệu, báo cáo, sự cố đang xử lý</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E8">
            <w:pPr>
              <w:widowControl w:val="1"/>
              <w:spacing w:after="20" w:before="20" w:line="252.00000000000003" w:lineRule="auto"/>
              <w:rPr/>
            </w:pPr>
            <w:r w:rsidDel="00000000" w:rsidR="00000000" w:rsidRPr="00000000">
              <w:rPr>
                <w:b w:val="0"/>
                <w:bCs w:val="0"/>
                <w:sz w:val="18"/>
                <w:szCs w:val="18"/>
                <w:rtl w:val="0"/>
              </w:rPr>
              <w:t xml:space="preserve">[Danh mục bàn giao]</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E9">
            <w:pPr>
              <w:widowControl w:val="1"/>
              <w:spacing w:after="20" w:before="20" w:line="252.00000000000003" w:lineRule="auto"/>
              <w:rPr/>
            </w:pPr>
            <w:r w:rsidDel="00000000" w:rsidR="00000000" w:rsidRPr="00000000">
              <w:rPr>
                <w:b w:val="0"/>
                <w:bCs w:val="0"/>
                <w:sz w:val="18"/>
                <w:szCs w:val="18"/>
                <w:rtl w:val="0"/>
              </w:rPr>
              <w:t xml:space="preserve">Công nợ/phí dịch vụ đến thời điểm chấm dứt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shd w:fill="f8fafc" w:val="clear"/>
            <w:vAlign w:val="center"/>
          </w:tcPr>
          <w:p w:rsidR="00000000" w:rsidDel="00000000" w:rsidP="00000000" w:rsidRDefault="00000000" w:rsidRPr="00000000" w14:paraId="000001EA">
            <w:pPr>
              <w:widowControl w:val="1"/>
              <w:spacing w:after="20" w:before="20" w:line="252.00000000000003" w:lineRule="auto"/>
              <w:rPr/>
            </w:pPr>
            <w:r w:rsidDel="00000000" w:rsidR="00000000" w:rsidRPr="00000000">
              <w:rPr>
                <w:b w:val="0"/>
                <w:bCs w:val="0"/>
                <w:sz w:val="18"/>
                <w:szCs w:val="18"/>
                <w:rtl w:val="0"/>
              </w:rPr>
              <w:t xml:space="preserve">[Số tiền, lịch thanh toán]</w:t>
            </w:r>
            <w:r w:rsidDel="00000000" w:rsidR="00000000" w:rsidRPr="00000000">
              <w:rPr>
                <w:rtl w:val="0"/>
              </w:rPr>
            </w:r>
          </w:p>
        </w:tc>
      </w:tr>
      <w:tr>
        <w:trPr>
          <w:cantSplit w:val="1"/>
          <w:tblHeader w:val="0"/>
        </w:trPr>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EB">
            <w:pPr>
              <w:widowControl w:val="1"/>
              <w:spacing w:after="20" w:before="20" w:line="252.00000000000003" w:lineRule="auto"/>
              <w:rPr/>
            </w:pPr>
            <w:r w:rsidDel="00000000" w:rsidR="00000000" w:rsidRPr="00000000">
              <w:rPr>
                <w:b w:val="0"/>
                <w:bCs w:val="0"/>
                <w:sz w:val="18"/>
                <w:szCs w:val="18"/>
                <w:rtl w:val="0"/>
              </w:rPr>
              <w:t xml:space="preserve">Các vấn đề còn tồn tại và đầu mối giải quyết</w:t>
            </w:r>
            <w:r w:rsidDel="00000000" w:rsidR="00000000" w:rsidRPr="00000000">
              <w:rPr>
                <w:rtl w:val="0"/>
              </w:rPr>
            </w:r>
          </w:p>
        </w:tc>
        <w:tc>
          <w:tcPr>
            <w:tcBorders>
              <w:top w:color="dde3e9" w:space="0" w:sz="4" w:val="single"/>
              <w:left w:color="dde3e9" w:space="0" w:sz="4" w:val="single"/>
              <w:bottom w:color="dde3e9" w:space="0" w:sz="4" w:val="single"/>
              <w:right w:color="dde3e9" w:space="0" w:sz="4" w:val="single"/>
            </w:tcBorders>
            <w:vAlign w:val="center"/>
          </w:tcPr>
          <w:p w:rsidR="00000000" w:rsidDel="00000000" w:rsidP="00000000" w:rsidRDefault="00000000" w:rsidRPr="00000000" w14:paraId="000001EC">
            <w:pPr>
              <w:widowControl w:val="1"/>
              <w:spacing w:after="20" w:before="20" w:line="252.00000000000003" w:lineRule="auto"/>
              <w:rPr/>
            </w:pPr>
            <w:r w:rsidDel="00000000" w:rsidR="00000000" w:rsidRPr="00000000">
              <w:rPr>
                <w:b w:val="0"/>
                <w:bCs w:val="0"/>
                <w:sz w:val="18"/>
                <w:szCs w:val="18"/>
                <w:rtl w:val="0"/>
              </w:rPr>
              <w:t xml:space="preserve">[Nội dung, người phụ trách, hạn chót]</w:t>
            </w:r>
            <w:r w:rsidDel="00000000" w:rsidR="00000000" w:rsidRPr="00000000">
              <w:rPr>
                <w:rtl w:val="0"/>
              </w:rPr>
            </w:r>
          </w:p>
        </w:tc>
      </w:tr>
    </w:tbl>
    <w:p w:rsidR="00000000" w:rsidDel="00000000" w:rsidP="00000000" w:rsidRDefault="00000000" w:rsidRPr="00000000" w14:paraId="000001ED">
      <w:pPr>
        <w:spacing w:after="40" w:before="0" w:line="240" w:lineRule="auto"/>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1EE">
      <w:pPr>
        <w:jc w:val="both"/>
        <w:rPr/>
      </w:pPr>
      <w:r w:rsidDel="00000000" w:rsidR="00000000" w:rsidRPr="00000000">
        <w:rPr>
          <w:rtl w:val="0"/>
        </w:rPr>
        <w:t xml:space="preserve">Hai bên xác nhận thông tin nêu trên phản ánh tình trạng bàn giao tại thời điểm lập biên bản và tiếp tục thực hiện các nghĩa vụ chưa hoàn tất theo Hợp đồng.</w:t>
      </w:r>
    </w:p>
    <w:tbl>
      <w:tblPr>
        <w:tblStyle w:val="Table18"/>
        <w:tblW w:w="9128.0" w:type="dxa"/>
        <w:jc w:val="center"/>
        <w:tblLayout w:type="fixed"/>
        <w:tblLook w:val="0400"/>
      </w:tblPr>
      <w:tblGrid>
        <w:gridCol w:w="4564"/>
        <w:gridCol w:w="4564"/>
        <w:tblGridChange w:id="0">
          <w:tblGrid>
            <w:gridCol w:w="4564"/>
            <w:gridCol w:w="4564"/>
          </w:tblGrid>
        </w:tblGridChange>
      </w:tblGrid>
      <w:tr>
        <w:trPr>
          <w:cantSplit w:val="0"/>
          <w:tblHeader w:val="0"/>
        </w:trPr>
        <w:tc>
          <w:tcPr/>
          <w:p w:rsidR="00000000" w:rsidDel="00000000" w:rsidP="00000000" w:rsidRDefault="00000000" w:rsidRPr="00000000" w14:paraId="000001EF">
            <w:pPr>
              <w:widowControl w:val="1"/>
              <w:jc w:val="center"/>
              <w:rPr/>
            </w:pPr>
            <w:r w:rsidDel="00000000" w:rsidR="00000000" w:rsidRPr="00000000">
              <w:rPr>
                <w:b w:val="1"/>
                <w:bCs w:val="1"/>
                <w:sz w:val="20"/>
                <w:szCs w:val="20"/>
                <w:rtl w:val="0"/>
              </w:rPr>
              <w:t xml:space="preserve">ĐẠI DIỆN BÊN A</w:t>
            </w:r>
            <w:r w:rsidDel="00000000" w:rsidR="00000000" w:rsidRPr="00000000">
              <w:rPr>
                <w:rtl w:val="0"/>
              </w:rPr>
            </w:r>
          </w:p>
          <w:p w:rsidR="00000000" w:rsidDel="00000000" w:rsidP="00000000" w:rsidRDefault="00000000" w:rsidRPr="00000000" w14:paraId="000001F0">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1F1">
            <w:pPr>
              <w:widowControl w:val="1"/>
              <w:rPr/>
            </w:pPr>
            <w:r w:rsidDel="00000000" w:rsidR="00000000" w:rsidRPr="00000000">
              <w:rPr>
                <w:rtl w:val="0"/>
              </w:rPr>
            </w:r>
          </w:p>
          <w:p w:rsidR="00000000" w:rsidDel="00000000" w:rsidP="00000000" w:rsidRDefault="00000000" w:rsidRPr="00000000" w14:paraId="000001F2">
            <w:pPr>
              <w:widowControl w:val="1"/>
              <w:rPr/>
            </w:pPr>
            <w:r w:rsidDel="00000000" w:rsidR="00000000" w:rsidRPr="00000000">
              <w:rPr>
                <w:rtl w:val="0"/>
              </w:rPr>
            </w:r>
          </w:p>
          <w:p w:rsidR="00000000" w:rsidDel="00000000" w:rsidP="00000000" w:rsidRDefault="00000000" w:rsidRPr="00000000" w14:paraId="000001F3">
            <w:pPr>
              <w:widowControl w:val="1"/>
              <w:rPr/>
            </w:pPr>
            <w:r w:rsidDel="00000000" w:rsidR="00000000" w:rsidRPr="00000000">
              <w:rPr>
                <w:rtl w:val="0"/>
              </w:rPr>
            </w:r>
          </w:p>
          <w:p w:rsidR="00000000" w:rsidDel="00000000" w:rsidP="00000000" w:rsidRDefault="00000000" w:rsidRPr="00000000" w14:paraId="000001F4">
            <w:pPr>
              <w:widowControl w:val="1"/>
              <w:rPr/>
            </w:pPr>
            <w:r w:rsidDel="00000000" w:rsidR="00000000" w:rsidRPr="00000000">
              <w:rPr>
                <w:rtl w:val="0"/>
              </w:rPr>
            </w:r>
          </w:p>
        </w:tc>
        <w:tc>
          <w:tcPr/>
          <w:p w:rsidR="00000000" w:rsidDel="00000000" w:rsidP="00000000" w:rsidRDefault="00000000" w:rsidRPr="00000000" w14:paraId="000001F5">
            <w:pPr>
              <w:widowControl w:val="1"/>
              <w:jc w:val="center"/>
              <w:rPr/>
            </w:pPr>
            <w:r w:rsidDel="00000000" w:rsidR="00000000" w:rsidRPr="00000000">
              <w:rPr>
                <w:b w:val="1"/>
                <w:bCs w:val="1"/>
                <w:sz w:val="20"/>
                <w:szCs w:val="20"/>
                <w:rtl w:val="0"/>
              </w:rPr>
              <w:t xml:space="preserve">ĐẠI DIỆN BÊN B</w:t>
            </w:r>
            <w:r w:rsidDel="00000000" w:rsidR="00000000" w:rsidRPr="00000000">
              <w:rPr>
                <w:rtl w:val="0"/>
              </w:rPr>
            </w:r>
          </w:p>
          <w:p w:rsidR="00000000" w:rsidDel="00000000" w:rsidP="00000000" w:rsidRDefault="00000000" w:rsidRPr="00000000" w14:paraId="000001F6">
            <w:pPr>
              <w:widowControl w:val="1"/>
              <w:jc w:val="center"/>
              <w:rPr/>
            </w:pPr>
            <w:r w:rsidDel="00000000" w:rsidR="00000000" w:rsidRPr="00000000">
              <w:rPr>
                <w:i w:val="1"/>
                <w:iCs w:val="1"/>
                <w:sz w:val="17"/>
                <w:szCs w:val="17"/>
                <w:rtl w:val="0"/>
              </w:rPr>
              <w:t xml:space="preserve">(Ký, ghi rõ họ tên)</w:t>
            </w:r>
            <w:r w:rsidDel="00000000" w:rsidR="00000000" w:rsidRPr="00000000">
              <w:rPr>
                <w:rtl w:val="0"/>
              </w:rPr>
            </w:r>
          </w:p>
          <w:p w:rsidR="00000000" w:rsidDel="00000000" w:rsidP="00000000" w:rsidRDefault="00000000" w:rsidRPr="00000000" w14:paraId="000001F7">
            <w:pPr>
              <w:widowControl w:val="1"/>
              <w:rPr/>
            </w:pPr>
            <w:r w:rsidDel="00000000" w:rsidR="00000000" w:rsidRPr="00000000">
              <w:rPr>
                <w:rtl w:val="0"/>
              </w:rPr>
            </w:r>
          </w:p>
          <w:p w:rsidR="00000000" w:rsidDel="00000000" w:rsidP="00000000" w:rsidRDefault="00000000" w:rsidRPr="00000000" w14:paraId="000001F8">
            <w:pPr>
              <w:widowControl w:val="1"/>
              <w:rPr/>
            </w:pPr>
            <w:r w:rsidDel="00000000" w:rsidR="00000000" w:rsidRPr="00000000">
              <w:rPr>
                <w:rtl w:val="0"/>
              </w:rPr>
            </w:r>
          </w:p>
          <w:p w:rsidR="00000000" w:rsidDel="00000000" w:rsidP="00000000" w:rsidRDefault="00000000" w:rsidRPr="00000000" w14:paraId="000001F9">
            <w:pPr>
              <w:widowControl w:val="1"/>
              <w:rPr/>
            </w:pPr>
            <w:r w:rsidDel="00000000" w:rsidR="00000000" w:rsidRPr="00000000">
              <w:rPr>
                <w:rtl w:val="0"/>
              </w:rPr>
            </w:r>
          </w:p>
          <w:p w:rsidR="00000000" w:rsidDel="00000000" w:rsidP="00000000" w:rsidRDefault="00000000" w:rsidRPr="00000000" w14:paraId="000001FA">
            <w:pPr>
              <w:widowControl w:val="1"/>
              <w:rPr/>
            </w:pPr>
            <w:r w:rsidDel="00000000" w:rsidR="00000000" w:rsidRPr="00000000">
              <w:rPr>
                <w:rtl w:val="0"/>
              </w:rPr>
            </w:r>
          </w:p>
        </w:tc>
      </w:tr>
    </w:tbl>
    <w:p w:rsidR="00000000" w:rsidDel="00000000" w:rsidP="00000000" w:rsidRDefault="00000000" w:rsidRPr="00000000" w14:paraId="000001FB">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1" w:lineRule="auto"/>
        <w:ind w:left="0" w:right="0" w:firstLine="0"/>
        <w:jc w:val="center"/>
        <w:rPr>
          <w:rFonts w:ascii="Times New Roman" w:cs="Times New Roman" w:eastAsia="Times New Roman" w:hAnsi="Times New Roman"/>
          <w:b w:val="1"/>
          <w:bCs w:val="1"/>
          <w:i w:val="0"/>
          <w:iCs w:val="0"/>
          <w:smallCaps w:val="0"/>
          <w:strike w:val="0"/>
          <w:color w:val="18314c"/>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8314c"/>
          <w:sz w:val="28"/>
          <w:szCs w:val="28"/>
          <w:u w:val="none"/>
          <w:shd w:fill="auto" w:val="clear"/>
          <w:vertAlign w:val="baseline"/>
          <w:rtl w:val="0"/>
        </w:rPr>
        <w:t xml:space="preserve">HƯỚNG DẪN HOÀN THIỆN MẪU TRƯỚC KHI KÝ</w:t>
      </w:r>
    </w:p>
    <w:p w:rsidR="00000000" w:rsidDel="00000000" w:rsidP="00000000" w:rsidRDefault="00000000" w:rsidRPr="00000000" w14:paraId="000001FC">
      <w:pPr>
        <w:jc w:val="center"/>
        <w:rPr/>
      </w:pPr>
      <w:r w:rsidDel="00000000" w:rsidR="00000000" w:rsidRPr="00000000">
        <w:rPr>
          <w:rtl w:val="0"/>
        </w:rPr>
        <w:t xml:space="preserve">(Trang hướng dẫn này không phải là một phần của hợp đồng; xóa khi phát hành bản ký chính thức.)</w:t>
      </w:r>
    </w:p>
    <w:p w:rsidR="00000000" w:rsidDel="00000000" w:rsidP="00000000" w:rsidRDefault="00000000" w:rsidRPr="00000000" w14:paraId="000001FD">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Danh mục thông tin bắt buộc cần kiểm tra</w:t>
      </w:r>
    </w:p>
    <w:p w:rsidR="00000000" w:rsidDel="00000000" w:rsidP="00000000" w:rsidRDefault="00000000" w:rsidRPr="00000000" w14:paraId="000001FE">
      <w:pPr>
        <w:ind w:left="312" w:hanging="227"/>
        <w:rPr/>
      </w:pPr>
      <w:r w:rsidDel="00000000" w:rsidR="00000000" w:rsidRPr="00000000">
        <w:rPr>
          <w:rtl w:val="0"/>
        </w:rPr>
        <w:t xml:space="preserve">☐  Đối chiếu tên pháp lý, mã số doanh nghiệp, người có quyền ký và giấy ủy quyền (nếu có) của hai bên.</w:t>
      </w:r>
    </w:p>
    <w:p w:rsidR="00000000" w:rsidDel="00000000" w:rsidP="00000000" w:rsidRDefault="00000000" w:rsidRPr="00000000" w14:paraId="000001FF">
      <w:pPr>
        <w:ind w:left="312" w:hanging="227"/>
        <w:rPr/>
      </w:pPr>
      <w:r w:rsidDel="00000000" w:rsidR="00000000" w:rsidRPr="00000000">
        <w:rPr>
          <w:rtl w:val="0"/>
        </w:rPr>
        <w:t xml:space="preserve">☐  Kiểm tra giấy chứng nhận đủ điều kiện về an ninh, trật tự và yêu cầu chứng chỉ nghiệp vụ bảo vệ theo quy định áp dụng tại thời điểm ký.</w:t>
      </w:r>
    </w:p>
    <w:p w:rsidR="00000000" w:rsidDel="00000000" w:rsidP="00000000" w:rsidRDefault="00000000" w:rsidRPr="00000000" w14:paraId="00000200">
      <w:pPr>
        <w:ind w:left="312" w:hanging="227"/>
        <w:rPr/>
      </w:pPr>
      <w:r w:rsidDel="00000000" w:rsidR="00000000" w:rsidRPr="00000000">
        <w:rPr>
          <w:rtl w:val="0"/>
        </w:rPr>
        <w:t xml:space="preserve">☐  Điền chính xác mục tiêu, sơ đồ chốt, số lượng nhân viên/ca, lịch làm việc, nhân sự dự phòng, đầu mối trực và thời điểm bàn giao.</w:t>
      </w:r>
    </w:p>
    <w:p w:rsidR="00000000" w:rsidDel="00000000" w:rsidP="00000000" w:rsidRDefault="00000000" w:rsidRPr="00000000" w14:paraId="00000201">
      <w:pPr>
        <w:ind w:left="312" w:hanging="227"/>
        <w:rPr/>
      </w:pPr>
      <w:r w:rsidDel="00000000" w:rsidR="00000000" w:rsidRPr="00000000">
        <w:rPr>
          <w:rtl w:val="0"/>
        </w:rPr>
        <w:t xml:space="preserve">☐  Phê duyệt rõ đầu việc, giới hạn thẩm quyền, quy trình kiểm soát khách/xe/hàng hóa, cách xử lý sự cố và phối hợp PCCC, cứu nạn.</w:t>
      </w:r>
    </w:p>
    <w:p w:rsidR="00000000" w:rsidDel="00000000" w:rsidP="00000000" w:rsidRDefault="00000000" w:rsidRPr="00000000" w14:paraId="00000202">
      <w:pPr>
        <w:ind w:left="312" w:hanging="227"/>
        <w:rPr/>
      </w:pPr>
      <w:r w:rsidDel="00000000" w:rsidR="00000000" w:rsidRPr="00000000">
        <w:rPr>
          <w:rtl w:val="0"/>
        </w:rPr>
        <w:t xml:space="preserve">☐  Thống nhất đơn giá có/chưa có VAT, cách tính ca lễ, ca tăng cường, ca thiếu, hóa đơn, kỳ đối soát, thời hạn thanh toán.</w:t>
      </w:r>
    </w:p>
    <w:p w:rsidR="00000000" w:rsidDel="00000000" w:rsidP="00000000" w:rsidRDefault="00000000" w:rsidRPr="00000000" w14:paraId="00000203">
      <w:pPr>
        <w:ind w:left="312" w:hanging="227"/>
        <w:rPr/>
      </w:pPr>
      <w:r w:rsidDel="00000000" w:rsidR="00000000" w:rsidRPr="00000000">
        <w:rPr>
          <w:rtl w:val="0"/>
        </w:rPr>
        <w:t xml:space="preserve">☐  Chốt KPI, phương pháp thu thập bằng chứng, cách xử lý khi không đạt; điều khoản phạt và bồi thường phải phù hợp giới hạn pháp luật.</w:t>
      </w:r>
    </w:p>
    <w:p w:rsidR="00000000" w:rsidDel="00000000" w:rsidP="00000000" w:rsidRDefault="00000000" w:rsidRPr="00000000" w14:paraId="00000204">
      <w:pPr>
        <w:ind w:left="312" w:hanging="227"/>
        <w:rPr/>
      </w:pPr>
      <w:r w:rsidDel="00000000" w:rsidR="00000000" w:rsidRPr="00000000">
        <w:rPr>
          <w:rtl w:val="0"/>
        </w:rPr>
        <w:t xml:space="preserve">☐  Bàn giao chìa khóa, thẻ, dữ liệu camera và danh sách liên hệ bằng biên bản; xác định quyền truy cập và thời gian lưu giữ dữ liệu.</w:t>
      </w:r>
    </w:p>
    <w:p w:rsidR="00000000" w:rsidDel="00000000" w:rsidP="00000000" w:rsidRDefault="00000000" w:rsidRPr="00000000" w14:paraId="00000205">
      <w:pPr>
        <w:ind w:left="312" w:hanging="227"/>
        <w:rPr/>
      </w:pPr>
      <w:r w:rsidDel="00000000" w:rsidR="00000000" w:rsidRPr="00000000">
        <w:rPr>
          <w:rtl w:val="0"/>
        </w:rPr>
        <w:t xml:space="preserve">☐  Kiểm tra điều kiện chấm dứt, thời gian báo trước, bàn giao thay thế; hoàn thiện tất cả phụ lục và ký/đóng dấu theo thẩm quyền.</w:t>
      </w:r>
    </w:p>
    <w:p w:rsidR="00000000" w:rsidDel="00000000" w:rsidP="00000000" w:rsidRDefault="00000000" w:rsidRPr="00000000" w14:paraId="00000206">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Lưu ý pháp lý (kiểm tra tại thời điểm sử dụng)</w:t>
      </w:r>
    </w:p>
    <w:p w:rsidR="00000000" w:rsidDel="00000000" w:rsidP="00000000" w:rsidRDefault="00000000" w:rsidRPr="00000000" w14:paraId="00000207">
      <w:pPr>
        <w:jc w:val="both"/>
        <w:rPr/>
      </w:pPr>
      <w:r w:rsidDel="00000000" w:rsidR="00000000" w:rsidRPr="00000000">
        <w:rPr>
          <w:rtl w:val="0"/>
        </w:rPr>
        <w:t xml:space="preserve">Mẫu được soạn tham khảo tình trạng pháp luật đến ngày 28/10/2026. Nghị định số 96/2016/NĐ-CP về điều kiện an ninh, trật tự có các văn bản sửa đổi, bổ sung, trong đó có Nghị định số 56/2023/NĐ-CP và Nghị định số 58/2026/NĐ-CP. Nghị định số 392/2026/NĐ-CP được ban hành ngày 20/10/2026 nhưng có hiệu lực từ ngày 15/11/2026; khi ký từ thời điểm đó cần rà soát nội dung áp dụng mới.</w:t>
      </w:r>
    </w:p>
    <w:p w:rsidR="00000000" w:rsidDel="00000000" w:rsidP="00000000" w:rsidRDefault="00000000" w:rsidRPr="00000000" w14:paraId="00000208">
      <w:pPr>
        <w:jc w:val="both"/>
        <w:rPr/>
      </w:pPr>
      <w:r w:rsidDel="00000000" w:rsidR="00000000" w:rsidRPr="00000000">
        <w:rPr>
          <w:rtl w:val="0"/>
        </w:rPr>
        <w:t xml:space="preserve">Đây là mẫu tham khảo cho quan hệ cung cấp dịch vụ bảo vệ thương mại thông thường. Đối với mục tiêu đặc thù, bảo vệ vũ trang, bảo vệ tiền/hàng giá trị lớn, khu vực hạn chế hoặc có chuyển giao dữ liệu nhạy cảm, cần được bộ phận pháp chế hoặc luật sư rà soát trước khi ký.</w:t>
      </w:r>
    </w:p>
    <w:p w:rsidR="00000000" w:rsidDel="00000000" w:rsidP="00000000" w:rsidRDefault="00000000" w:rsidRPr="00000000" w14:paraId="0000020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71" w:lineRule="auto"/>
        <w:ind w:left="0" w:right="0" w:firstLine="0"/>
        <w:jc w:val="left"/>
        <w:rPr>
          <w:rFonts w:ascii="Times New Roman" w:cs="Times New Roman" w:eastAsia="Times New Roman" w:hAnsi="Times New Roman"/>
          <w:b w:val="1"/>
          <w:bCs w:val="1"/>
          <w:i w:val="0"/>
          <w:iCs w:val="0"/>
          <w:smallCaps w:val="0"/>
          <w:strike w:val="0"/>
          <w:color w:val="222831"/>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831"/>
          <w:sz w:val="22"/>
          <w:szCs w:val="22"/>
          <w:u w:val="none"/>
          <w:shd w:fill="auto" w:val="clear"/>
          <w:vertAlign w:val="baseline"/>
          <w:rtl w:val="0"/>
        </w:rPr>
        <w:t xml:space="preserve">Nguồn đối chiếu chính</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1" w:lineRule="auto"/>
        <w:ind w:left="0" w:right="0" w:firstLine="0"/>
        <w:jc w:val="left"/>
        <w:rPr>
          <w:rFonts w:ascii="Times New Roman" w:cs="Times New Roman" w:eastAsia="Times New Roman" w:hAnsi="Times New Roman"/>
          <w:b w:val="0"/>
          <w:bCs w:val="0"/>
          <w:i w:val="0"/>
          <w:iCs w:val="0"/>
          <w:smallCaps w:val="0"/>
          <w:strike w:val="0"/>
          <w:color w:val="222831"/>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22831"/>
          <w:sz w:val="18"/>
          <w:szCs w:val="18"/>
          <w:u w:val="none"/>
          <w:shd w:fill="auto" w:val="clear"/>
          <w:vertAlign w:val="baseline"/>
          <w:rtl w:val="0"/>
        </w:rPr>
        <w:t xml:space="preserve">https://vanban.chinhphu.vn/?docid=185935&amp;pageid=27160</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1" w:lineRule="auto"/>
        <w:ind w:left="0" w:right="0" w:firstLine="0"/>
        <w:jc w:val="left"/>
        <w:rPr>
          <w:rFonts w:ascii="Times New Roman" w:cs="Times New Roman" w:eastAsia="Times New Roman" w:hAnsi="Times New Roman"/>
          <w:b w:val="0"/>
          <w:bCs w:val="0"/>
          <w:i w:val="0"/>
          <w:iCs w:val="0"/>
          <w:smallCaps w:val="0"/>
          <w:strike w:val="0"/>
          <w:color w:val="222831"/>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22831"/>
          <w:sz w:val="18"/>
          <w:szCs w:val="18"/>
          <w:u w:val="none"/>
          <w:shd w:fill="auto" w:val="clear"/>
          <w:vertAlign w:val="baseline"/>
          <w:rtl w:val="0"/>
        </w:rPr>
        <w:t xml:space="preserve">https://chinhphu.vn/?docid=216977&amp;pageid=27160&amp;typegroupid=4</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1" w:lineRule="auto"/>
        <w:ind w:left="0" w:right="0" w:firstLine="0"/>
        <w:jc w:val="left"/>
        <w:rPr>
          <w:rFonts w:ascii="Times New Roman" w:cs="Times New Roman" w:eastAsia="Times New Roman" w:hAnsi="Times New Roman"/>
          <w:b w:val="0"/>
          <w:bCs w:val="0"/>
          <w:i w:val="0"/>
          <w:iCs w:val="0"/>
          <w:smallCaps w:val="0"/>
          <w:strike w:val="0"/>
          <w:color w:val="222831"/>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22831"/>
          <w:sz w:val="18"/>
          <w:szCs w:val="18"/>
          <w:u w:val="none"/>
          <w:shd w:fill="auto" w:val="clear"/>
          <w:vertAlign w:val="baseline"/>
          <w:rtl w:val="0"/>
        </w:rPr>
        <w:t xml:space="preserve">https://vanban.chinhphu.vn/?docid=220055&amp;pageid=27160</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1" w:lineRule="auto"/>
        <w:ind w:left="0" w:right="0" w:firstLine="0"/>
        <w:jc w:val="left"/>
        <w:rPr>
          <w:rFonts w:ascii="Times New Roman" w:cs="Times New Roman" w:eastAsia="Times New Roman" w:hAnsi="Times New Roman"/>
          <w:b w:val="0"/>
          <w:bCs w:val="0"/>
          <w:i w:val="0"/>
          <w:iCs w:val="0"/>
          <w:smallCaps w:val="0"/>
          <w:strike w:val="0"/>
          <w:color w:val="222831"/>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22831"/>
          <w:sz w:val="18"/>
          <w:szCs w:val="18"/>
          <w:u w:val="none"/>
          <w:shd w:fill="auto" w:val="clear"/>
          <w:vertAlign w:val="baseline"/>
          <w:rtl w:val="0"/>
        </w:rPr>
        <w:t xml:space="preserve">https://moit.gov.vn/van-ban-phap-luat/van-ban-phap-quy/-lua-t-thuong-ma-i-su-a-do-i-nam-2005.html</w:t>
      </w:r>
    </w:p>
    <w:sectPr>
      <w:headerReference r:id="rId7" w:type="default"/>
      <w:footerReference r:id="rId8" w:type="default"/>
      <w:pgSz w:h="16838" w:w="11906" w:orient="portrait"/>
      <w:pgMar w:bottom="1191" w:top="1219" w:left="1587" w:right="1191" w:header="51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1" w:lineRule="auto"/>
      <w:ind w:left="0" w:right="0" w:firstLine="0"/>
      <w:jc w:val="center"/>
      <w:rPr>
        <w:rFonts w:ascii="Times New Roman" w:cs="Times New Roman" w:eastAsia="Times New Roman" w:hAnsi="Times New Roman"/>
        <w:b w:val="0"/>
        <w:bCs w:val="0"/>
        <w:i w:val="0"/>
        <w:iCs w:val="0"/>
        <w:smallCaps w:val="0"/>
        <w:strike w:val="0"/>
        <w:color w:val="222831"/>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1" w:lineRule="auto"/>
      <w:ind w:left="0" w:right="0" w:firstLine="0"/>
      <w:jc w:val="right"/>
      <w:rPr>
        <w:rFonts w:ascii="Times New Roman" w:cs="Times New Roman" w:eastAsia="Times New Roman" w:hAnsi="Times New Roman"/>
        <w:b w:val="0"/>
        <w:bCs w:val="0"/>
        <w:i w:val="0"/>
        <w:iCs w:val="0"/>
        <w:smallCaps w:val="0"/>
        <w:strike w:val="0"/>
        <w:color w:val="222831"/>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22831"/>
        <w:sz w:val="22"/>
        <w:szCs w:val="22"/>
        <w:lang w:val="en"/>
      </w:rPr>
    </w:rPrDefault>
    <w:pPrDefault>
      <w:pPr>
        <w:spacing w:after="100" w:line="281"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ContractTitle" w:customStyle="1">
    <w:name w:val="ContractTitle"/>
    <w:pPr>
      <w:keepNext w:val="1"/>
      <w:spacing w:after="140" w:before="0" w:line="271" w:lineRule="auto"/>
    </w:pPr>
    <w:rPr>
      <w:rFonts w:ascii="Times New Roman" w:hAnsi="Times New Roman"/>
      <w:b w:val="1"/>
      <w:color w:val="18314c"/>
      <w:sz w:val="32"/>
    </w:rPr>
  </w:style>
  <w:style w:type="paragraph" w:styleId="Article" w:customStyle="1">
    <w:name w:val="Article"/>
    <w:pPr>
      <w:keepNext w:val="1"/>
      <w:spacing w:after="100" w:before="260" w:line="271" w:lineRule="auto"/>
    </w:pPr>
    <w:rPr>
      <w:rFonts w:ascii="Times New Roman" w:hAnsi="Times New Roman"/>
      <w:b w:val="1"/>
      <w:color w:val="18314c"/>
      <w:sz w:val="24"/>
    </w:rPr>
  </w:style>
  <w:style w:type="paragraph" w:styleId="AnnexTitle" w:customStyle="1">
    <w:name w:val="AnnexTitle"/>
    <w:pPr>
      <w:keepNext w:val="1"/>
      <w:spacing w:after="160" w:before="0" w:line="271" w:lineRule="auto"/>
    </w:pPr>
    <w:rPr>
      <w:rFonts w:ascii="Times New Roman" w:hAnsi="Times New Roman"/>
      <w:b w:val="1"/>
      <w:color w:val="18314c"/>
      <w:sz w:val="28"/>
    </w:rPr>
  </w:style>
  <w:style w:type="paragraph" w:styleId="Subhead" w:customStyle="1">
    <w:name w:val="Subhead"/>
    <w:pPr>
      <w:keepNext w:val="1"/>
      <w:spacing w:after="80" w:before="160" w:line="271" w:lineRule="auto"/>
    </w:pPr>
    <w:rPr>
      <w:rFonts w:ascii="Times New Roman" w:hAnsi="Times New Roman"/>
      <w:b w:val="1"/>
      <w:color w:val="222831"/>
      <w:sz w:val="22"/>
    </w:rPr>
  </w:style>
  <w:style w:type="paragraph" w:styleId="Small" w:customStyle="1">
    <w:name w:val="Small"/>
    <w:pPr>
      <w:keepNext w:val="0"/>
      <w:spacing w:after="60" w:before="0" w:line="271" w:lineRule="auto"/>
    </w:pPr>
    <w:rPr>
      <w:rFonts w:ascii="Times New Roman" w:hAnsi="Times New Roman"/>
      <w:b w:val="0"/>
      <w:color w:val="222831"/>
      <w:sz w:val="18"/>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dDYN5oMUt2V7e5+xw5ExQcoBVg==">CgMxLjAaFAoBMBIPCg0IB0IJEgdHdW5nc3VoGhQKATESDwoNCAdCCRIHR3VuZ3N1aBoUCgEyEg8KDQgHQgkSB0d1bmdzdWgaFAoBMxIPCg0IB0IJEgdHdW5nc3VoOAByITFDTTN1QmlMVndhZmhueU00a1IySlRDbnpjWWZ0OHRwdA==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cp:coreProperties>
</file>