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4.0" w:type="dxa"/>
        <w:jc w:val="left"/>
        <w:tblInd w:w="-115.0" w:type="dxa"/>
        <w:tblLayout w:type="fixed"/>
        <w:tblLook w:val="0400"/>
      </w:tblPr>
      <w:tblGrid>
        <w:gridCol w:w="4535"/>
        <w:gridCol w:w="4819"/>
        <w:tblGridChange w:id="0">
          <w:tblGrid>
            <w:gridCol w:w="4535"/>
            <w:gridCol w:w="481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jc w:val="center"/>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CÔNG TY ...........................................</w:t>
            </w:r>
            <w:r w:rsidDel="00000000" w:rsidR="00000000" w:rsidRPr="00000000">
              <w:rPr>
                <w:rtl w:val="0"/>
              </w:rPr>
            </w:r>
          </w:p>
          <w:p w:rsidR="00000000" w:rsidDel="00000000" w:rsidP="00000000" w:rsidRDefault="00000000" w:rsidRPr="00000000" w14:paraId="00000003">
            <w:pPr>
              <w:jc w:val="center"/>
              <w:rPr>
                <w:color w:val="000000"/>
              </w:rPr>
            </w:pPr>
            <w:r w:rsidDel="00000000" w:rsidR="00000000" w:rsidRPr="00000000">
              <w:rPr>
                <w:rFonts w:ascii="Times New Roman" w:cs="Times New Roman" w:eastAsia="Times New Roman" w:hAnsi="Times New Roman"/>
                <w:b w:val="0"/>
                <w:bCs w:val="0"/>
                <w:i w:val="0"/>
                <w:iCs w:val="0"/>
                <w:color w:val="000000"/>
                <w:sz w:val="19"/>
                <w:szCs w:val="19"/>
                <w:rtl w:val="0"/>
              </w:rPr>
              <w:t xml:space="preserve">Số: ........../HĐLĐ-......</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4">
            <w:pPr>
              <w:jc w:val="center"/>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CỘNG HÒA XÃ HỘI CHỦ NGHĨA VIỆT NAM</w:t>
            </w:r>
            <w:r w:rsidDel="00000000" w:rsidR="00000000" w:rsidRPr="00000000">
              <w:rPr>
                <w:rtl w:val="0"/>
              </w:rPr>
            </w:r>
          </w:p>
          <w:p w:rsidR="00000000" w:rsidDel="00000000" w:rsidP="00000000" w:rsidRDefault="00000000" w:rsidRPr="00000000" w14:paraId="00000005">
            <w:pPr>
              <w:jc w:val="center"/>
              <w:rPr>
                <w:color w:val="000000"/>
              </w:rPr>
            </w:pPr>
            <w:r w:rsidDel="00000000" w:rsidR="00000000" w:rsidRPr="00000000">
              <w:rPr>
                <w:rFonts w:ascii="Times New Roman" w:cs="Times New Roman" w:eastAsia="Times New Roman" w:hAnsi="Times New Roman"/>
                <w:b w:val="1"/>
                <w:bCs w:val="1"/>
                <w:i w:val="0"/>
                <w:iCs w:val="0"/>
                <w:color w:val="000000"/>
                <w:sz w:val="19"/>
                <w:szCs w:val="19"/>
                <w:rtl w:val="0"/>
              </w:rPr>
              <w:t xml:space="preserve">Độc lập - Tự do - Hạnh phúc</w:t>
            </w:r>
            <w:r w:rsidDel="00000000" w:rsidR="00000000" w:rsidRPr="00000000">
              <w:rPr>
                <w:rtl w:val="0"/>
              </w:rPr>
            </w:r>
          </w:p>
          <w:p w:rsidR="00000000" w:rsidDel="00000000" w:rsidP="00000000" w:rsidRDefault="00000000" w:rsidRPr="00000000" w14:paraId="00000006">
            <w:pPr>
              <w:jc w:val="center"/>
              <w:rPr>
                <w:color w:val="000000"/>
              </w:rPr>
            </w:pPr>
            <w:r w:rsidDel="00000000" w:rsidR="00000000" w:rsidRPr="00000000">
              <w:rPr>
                <w:rFonts w:ascii="Times New Roman" w:cs="Times New Roman" w:eastAsia="Times New Roman" w:hAnsi="Times New Roman"/>
                <w:b w:val="0"/>
                <w:bCs w:val="0"/>
                <w:i w:val="0"/>
                <w:iCs w:val="0"/>
                <w:color w:val="000000"/>
                <w:sz w:val="18"/>
                <w:szCs w:val="18"/>
                <w:rtl w:val="0"/>
              </w:rPr>
              <w:t xml:space="preserve">________________</w:t>
            </w:r>
            <w:r w:rsidDel="00000000" w:rsidR="00000000" w:rsidRPr="00000000">
              <w:rPr>
                <w:rtl w:val="0"/>
              </w:rPr>
            </w:r>
          </w:p>
        </w:tc>
      </w:tr>
    </w:tbl>
    <w:p w:rsidR="00000000" w:rsidDel="00000000" w:rsidP="00000000" w:rsidRDefault="00000000" w:rsidRPr="00000000" w14:paraId="00000007">
      <w:pPr>
        <w:spacing w:after="160" w:before="0" w:lineRule="auto"/>
        <w:jc w:val="right"/>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 ngày ...... tháng ...... năm ........</w:t>
      </w:r>
      <w:r w:rsidDel="00000000" w:rsidR="00000000" w:rsidRPr="00000000">
        <w:rPr>
          <w:rtl w:val="0"/>
        </w:rPr>
      </w:r>
    </w:p>
    <w:p w:rsidR="00000000" w:rsidDel="00000000" w:rsidP="00000000" w:rsidRDefault="00000000" w:rsidRPr="00000000" w14:paraId="00000008">
      <w:pPr>
        <w:spacing w:after="40" w:before="0"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29"/>
          <w:szCs w:val="29"/>
          <w:rtl w:val="0"/>
        </w:rPr>
        <w:t xml:space="preserve">HỢP ĐỒNG LAO ĐỘNG BÁN THỜI GIAN</w:t>
      </w:r>
      <w:r w:rsidDel="00000000" w:rsidR="00000000" w:rsidRPr="00000000">
        <w:rPr>
          <w:rtl w:val="0"/>
        </w:rPr>
      </w:r>
    </w:p>
    <w:p w:rsidR="00000000" w:rsidDel="00000000" w:rsidP="00000000" w:rsidRDefault="00000000" w:rsidRPr="00000000" w14:paraId="00000009">
      <w:pPr>
        <w:spacing w:after="220" w:before="0" w:lineRule="auto"/>
        <w:jc w:val="center"/>
        <w:rPr>
          <w:color w:val="000000"/>
        </w:rPr>
      </w:pPr>
      <w:r w:rsidDel="00000000" w:rsidR="00000000" w:rsidRPr="00000000">
        <w:rPr>
          <w:rFonts w:ascii="Times New Roman" w:cs="Times New Roman" w:eastAsia="Times New Roman" w:hAnsi="Times New Roman"/>
          <w:b w:val="0"/>
          <w:bCs w:val="0"/>
          <w:i w:val="1"/>
          <w:iCs w:val="1"/>
          <w:color w:val="000000"/>
          <w:sz w:val="20"/>
          <w:szCs w:val="20"/>
          <w:rtl w:val="0"/>
        </w:rPr>
        <w:t xml:space="preserve">(Làm việc không trọn thời gian)</w:t>
      </w:r>
      <w:r w:rsidDel="00000000" w:rsidR="00000000" w:rsidRPr="00000000">
        <w:rPr>
          <w:rtl w:val="0"/>
        </w:rPr>
      </w:r>
    </w:p>
    <w:p w:rsidR="00000000" w:rsidDel="00000000" w:rsidP="00000000" w:rsidRDefault="00000000" w:rsidRPr="00000000" w14:paraId="0000000A">
      <w:pPr>
        <w:spacing w:after="120" w:before="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Căn cứ Bộ luật Lao động và các quy định pháp luật có liên quan; căn cứ nhu cầu sử dụng lao động và sự thỏa thuận tự nguyện của các bên.</w:t>
      </w:r>
      <w:r w:rsidDel="00000000" w:rsidR="00000000" w:rsidRPr="00000000">
        <w:rPr>
          <w:rtl w:val="0"/>
        </w:rPr>
      </w:r>
    </w:p>
    <w:p w:rsidR="00000000" w:rsidDel="00000000" w:rsidP="00000000" w:rsidRDefault="00000000" w:rsidRPr="00000000" w14:paraId="0000000B">
      <w:pPr>
        <w:spacing w:after="120" w:before="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Hôm nay, các bên thống nhất giao kết hợp đồng lao động với các nội dung sau:</w:t>
      </w:r>
      <w:r w:rsidDel="00000000" w:rsidR="00000000" w:rsidRPr="00000000">
        <w:rPr>
          <w:rtl w:val="0"/>
        </w:rPr>
      </w:r>
    </w:p>
    <w:p w:rsidR="00000000" w:rsidDel="00000000" w:rsidP="00000000" w:rsidRDefault="00000000" w:rsidRPr="00000000" w14:paraId="0000000C">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00" w:line="266"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A. NGƯỜI SỬ DỤNG LAO ĐỘNG (BÊN A)</w:t>
      </w:r>
    </w:p>
    <w:p w:rsidR="00000000" w:rsidDel="00000000" w:rsidP="00000000" w:rsidRDefault="00000000" w:rsidRPr="00000000" w14:paraId="0000000D">
      <w:pPr>
        <w:spacing w:after="5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Tên doanh nghiệp/đơn vị: </w:t>
      </w: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0E">
      <w:pPr>
        <w:spacing w:after="5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Địa chỉ trụ sở chính: </w:t>
      </w: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0F">
      <w:pPr>
        <w:spacing w:after="5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Mã số thuế: </w:t>
      </w:r>
      <w:r w:rsidDel="00000000" w:rsidR="00000000" w:rsidRPr="00000000">
        <w:rPr>
          <w:rFonts w:ascii="Times New Roman" w:cs="Times New Roman" w:eastAsia="Times New Roman" w:hAnsi="Times New Roman"/>
          <w:b w:val="0"/>
          <w:bCs w:val="0"/>
          <w:i w:val="0"/>
          <w:iCs w:val="0"/>
          <w:color w:val="000000"/>
          <w:sz w:val="21"/>
          <w:szCs w:val="21"/>
          <w:rtl w:val="0"/>
        </w:rPr>
        <w:t xml:space="preserve">........................................................   Điện thoại: .........................................</w:t>
      </w:r>
      <w:r w:rsidDel="00000000" w:rsidR="00000000" w:rsidRPr="00000000">
        <w:rPr>
          <w:rtl w:val="0"/>
        </w:rPr>
      </w:r>
    </w:p>
    <w:p w:rsidR="00000000" w:rsidDel="00000000" w:rsidP="00000000" w:rsidRDefault="00000000" w:rsidRPr="00000000" w14:paraId="00000010">
      <w:pPr>
        <w:spacing w:after="5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Người đại diện ký: </w:t>
      </w:r>
      <w:r w:rsidDel="00000000" w:rsidR="00000000" w:rsidRPr="00000000">
        <w:rPr>
          <w:rFonts w:ascii="Times New Roman" w:cs="Times New Roman" w:eastAsia="Times New Roman" w:hAnsi="Times New Roman"/>
          <w:b w:val="0"/>
          <w:bCs w:val="0"/>
          <w:i w:val="0"/>
          <w:iCs w:val="0"/>
          <w:color w:val="000000"/>
          <w:sz w:val="21"/>
          <w:szCs w:val="21"/>
          <w:rtl w:val="0"/>
        </w:rPr>
        <w:t xml:space="preserve">...................................................   Chức vụ: .....................................</w:t>
      </w:r>
      <w:r w:rsidDel="00000000" w:rsidR="00000000" w:rsidRPr="00000000">
        <w:rPr>
          <w:rtl w:val="0"/>
        </w:rPr>
      </w:r>
    </w:p>
    <w:p w:rsidR="00000000" w:rsidDel="00000000" w:rsidP="00000000" w:rsidRDefault="00000000" w:rsidRPr="00000000" w14:paraId="00000011">
      <w:pPr>
        <w:spacing w:after="5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Căn cứ thẩm quyền ký: </w:t>
      </w:r>
      <w:r w:rsidDel="00000000" w:rsidR="00000000" w:rsidRPr="00000000">
        <w:rPr>
          <w:rFonts w:ascii="Times New Roman" w:cs="Times New Roman" w:eastAsia="Times New Roman" w:hAnsi="Times New Roman"/>
          <w:b w:val="0"/>
          <w:bCs w:val="0"/>
          <w:i w:val="0"/>
          <w:iCs w:val="0"/>
          <w:color w:val="000000"/>
          <w:sz w:val="21"/>
          <w:szCs w:val="21"/>
          <w:rtl w:val="0"/>
        </w:rPr>
        <w:t xml:space="preserve">☐ Đại diện theo pháp luật   ☐ Theo ủy quyền số .................. ngày ...../...../.....</w:t>
      </w:r>
      <w:r w:rsidDel="00000000" w:rsidR="00000000" w:rsidRPr="00000000">
        <w:rPr>
          <w:rtl w:val="0"/>
        </w:rPr>
      </w:r>
    </w:p>
    <w:p w:rsidR="00000000" w:rsidDel="00000000" w:rsidP="00000000" w:rsidRDefault="00000000" w:rsidRPr="00000000" w14:paraId="0000001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00" w:line="266"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B. NGƯỜI LAO ĐỘNG (BÊN B)</w:t>
      </w:r>
    </w:p>
    <w:p w:rsidR="00000000" w:rsidDel="00000000" w:rsidP="00000000" w:rsidRDefault="00000000" w:rsidRPr="00000000" w14:paraId="00000013">
      <w:pPr>
        <w:spacing w:after="5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Họ và tên: </w:t>
      </w: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14">
      <w:pPr>
        <w:spacing w:after="5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Ngày sinh: </w:t>
      </w:r>
      <w:r w:rsidDel="00000000" w:rsidR="00000000" w:rsidRPr="00000000">
        <w:rPr>
          <w:rFonts w:ascii="Times New Roman" w:cs="Times New Roman" w:eastAsia="Times New Roman" w:hAnsi="Times New Roman"/>
          <w:b w:val="0"/>
          <w:bCs w:val="0"/>
          <w:i w:val="0"/>
          <w:iCs w:val="0"/>
          <w:color w:val="000000"/>
          <w:sz w:val="21"/>
          <w:szCs w:val="21"/>
          <w:rtl w:val="0"/>
        </w:rPr>
        <w:t xml:space="preserve">...../...../..........   Giới tính: ..................   Quốc tịch: .........................................</w:t>
      </w:r>
      <w:r w:rsidDel="00000000" w:rsidR="00000000" w:rsidRPr="00000000">
        <w:rPr>
          <w:rtl w:val="0"/>
        </w:rPr>
      </w:r>
    </w:p>
    <w:p w:rsidR="00000000" w:rsidDel="00000000" w:rsidP="00000000" w:rsidRDefault="00000000" w:rsidRPr="00000000" w14:paraId="00000015">
      <w:pPr>
        <w:spacing w:after="5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Nơi cư trú/địa chỉ liên hệ: </w:t>
      </w: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16">
      <w:pPr>
        <w:spacing w:after="5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Số định danh cá nhân/CCCD/hộ chiếu: </w:t>
      </w:r>
      <w:r w:rsidDel="00000000" w:rsidR="00000000" w:rsidRPr="00000000">
        <w:rPr>
          <w:rFonts w:ascii="Times New Roman" w:cs="Times New Roman" w:eastAsia="Times New Roman" w:hAnsi="Times New Roman"/>
          <w:b w:val="0"/>
          <w:bCs w:val="0"/>
          <w:i w:val="0"/>
          <w:iCs w:val="0"/>
          <w:color w:val="000000"/>
          <w:sz w:val="21"/>
          <w:szCs w:val="21"/>
          <w:rtl w:val="0"/>
        </w:rPr>
        <w:t xml:space="preserve">........................................   Ngày cấp: ...../...../.....</w:t>
      </w:r>
      <w:r w:rsidDel="00000000" w:rsidR="00000000" w:rsidRPr="00000000">
        <w:rPr>
          <w:rtl w:val="0"/>
        </w:rPr>
      </w:r>
    </w:p>
    <w:p w:rsidR="00000000" w:rsidDel="00000000" w:rsidP="00000000" w:rsidRDefault="00000000" w:rsidRPr="00000000" w14:paraId="00000017">
      <w:pPr>
        <w:spacing w:after="5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Số điện thoại: </w:t>
      </w:r>
      <w:r w:rsidDel="00000000" w:rsidR="00000000" w:rsidRPr="00000000">
        <w:rPr>
          <w:rFonts w:ascii="Times New Roman" w:cs="Times New Roman" w:eastAsia="Times New Roman" w:hAnsi="Times New Roman"/>
          <w:b w:val="0"/>
          <w:bCs w:val="0"/>
          <w:i w:val="0"/>
          <w:iCs w:val="0"/>
          <w:color w:val="000000"/>
          <w:sz w:val="21"/>
          <w:szCs w:val="21"/>
          <w:rtl w:val="0"/>
        </w:rPr>
        <w:t xml:space="preserve">........................................   Email (nếu có): ...........................................</w:t>
      </w:r>
      <w:r w:rsidDel="00000000" w:rsidR="00000000" w:rsidRPr="00000000">
        <w:rPr>
          <w:rtl w:val="0"/>
        </w:rPr>
      </w:r>
    </w:p>
    <w:p w:rsidR="00000000" w:rsidDel="00000000" w:rsidP="00000000" w:rsidRDefault="00000000" w:rsidRPr="00000000" w14:paraId="00000018">
      <w:pPr>
        <w:spacing w:after="5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Thông tin giấy phép lao động/xác nhận miễn (nếu thuộc diện phải có): </w:t>
      </w: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6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1. Công việc, chức danh và địa điểm làm việc</w:t>
      </w:r>
    </w:p>
    <w:p w:rsidR="00000000" w:rsidDel="00000000" w:rsidP="00000000" w:rsidRDefault="00000000" w:rsidRPr="00000000" w14:paraId="0000001A">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1.1. </w:t>
      </w:r>
      <w:r w:rsidDel="00000000" w:rsidR="00000000" w:rsidRPr="00000000">
        <w:rPr>
          <w:rFonts w:ascii="Times New Roman" w:cs="Times New Roman" w:eastAsia="Times New Roman" w:hAnsi="Times New Roman"/>
          <w:b w:val="0"/>
          <w:bCs w:val="0"/>
          <w:i w:val="0"/>
          <w:iCs w:val="0"/>
          <w:color w:val="000000"/>
          <w:sz w:val="21"/>
          <w:szCs w:val="21"/>
          <w:rtl w:val="0"/>
        </w:rPr>
        <w:t xml:space="preserve">Chức danh/vị trí: ...........................................................................................................</w:t>
      </w:r>
      <w:r w:rsidDel="00000000" w:rsidR="00000000" w:rsidRPr="00000000">
        <w:rPr>
          <w:rtl w:val="0"/>
        </w:rPr>
      </w:r>
    </w:p>
    <w:p w:rsidR="00000000" w:rsidDel="00000000" w:rsidP="00000000" w:rsidRDefault="00000000" w:rsidRPr="00000000" w14:paraId="0000001B">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1.2. </w:t>
      </w:r>
      <w:r w:rsidDel="00000000" w:rsidR="00000000" w:rsidRPr="00000000">
        <w:rPr>
          <w:rFonts w:ascii="Times New Roman" w:cs="Times New Roman" w:eastAsia="Times New Roman" w:hAnsi="Times New Roman"/>
          <w:b w:val="0"/>
          <w:bCs w:val="0"/>
          <w:i w:val="0"/>
          <w:iCs w:val="0"/>
          <w:color w:val="000000"/>
          <w:sz w:val="21"/>
          <w:szCs w:val="21"/>
          <w:rtl w:val="0"/>
        </w:rPr>
        <w:t xml:space="preserve">Nhiệm vụ chính: ..............................................................................................................</w:t>
      </w:r>
      <w:r w:rsidDel="00000000" w:rsidR="00000000" w:rsidRPr="00000000">
        <w:rPr>
          <w:rtl w:val="0"/>
        </w:rPr>
      </w:r>
    </w:p>
    <w:p w:rsidR="00000000" w:rsidDel="00000000" w:rsidP="00000000" w:rsidRDefault="00000000" w:rsidRPr="00000000" w14:paraId="0000001C">
      <w:pPr>
        <w:spacing w:after="60" w:before="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1D">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1.3. </w:t>
      </w:r>
      <w:r w:rsidDel="00000000" w:rsidR="00000000" w:rsidRPr="00000000">
        <w:rPr>
          <w:rFonts w:ascii="Times New Roman" w:cs="Times New Roman" w:eastAsia="Times New Roman" w:hAnsi="Times New Roman"/>
          <w:b w:val="0"/>
          <w:bCs w:val="0"/>
          <w:i w:val="0"/>
          <w:iCs w:val="0"/>
          <w:color w:val="000000"/>
          <w:sz w:val="21"/>
          <w:szCs w:val="21"/>
          <w:rtl w:val="0"/>
        </w:rPr>
        <w:t xml:space="preserve">Địa điểm làm việc chính: ................................................................................................</w:t>
      </w:r>
      <w:r w:rsidDel="00000000" w:rsidR="00000000" w:rsidRPr="00000000">
        <w:rPr>
          <w:rtl w:val="0"/>
        </w:rPr>
      </w:r>
    </w:p>
    <w:p w:rsidR="00000000" w:rsidDel="00000000" w:rsidP="00000000" w:rsidRDefault="00000000" w:rsidRPr="00000000" w14:paraId="0000001E">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1.4. </w:t>
      </w:r>
      <w:r w:rsidDel="00000000" w:rsidR="00000000" w:rsidRPr="00000000">
        <w:rPr>
          <w:rFonts w:ascii="Times New Roman" w:cs="Times New Roman" w:eastAsia="Times New Roman" w:hAnsi="Times New Roman"/>
          <w:b w:val="0"/>
          <w:bCs w:val="0"/>
          <w:i w:val="0"/>
          <w:iCs w:val="0"/>
          <w:color w:val="000000"/>
          <w:sz w:val="21"/>
          <w:szCs w:val="21"/>
          <w:rtl w:val="0"/>
        </w:rPr>
        <w:t xml:space="preserve">Địa điểm khác (nếu hai bên thỏa thuận làm việc tại nhiều cơ sở): ...............................</w:t>
      </w:r>
      <w:r w:rsidDel="00000000" w:rsidR="00000000" w:rsidRPr="00000000">
        <w:rPr>
          <w:rtl w:val="0"/>
        </w:rPr>
      </w:r>
    </w:p>
    <w:p w:rsidR="00000000" w:rsidDel="00000000" w:rsidP="00000000" w:rsidRDefault="00000000" w:rsidRPr="00000000" w14:paraId="0000001F">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1.5. </w:t>
      </w:r>
      <w:r w:rsidDel="00000000" w:rsidR="00000000" w:rsidRPr="00000000">
        <w:rPr>
          <w:rFonts w:ascii="Times New Roman" w:cs="Times New Roman" w:eastAsia="Times New Roman" w:hAnsi="Times New Roman"/>
          <w:b w:val="0"/>
          <w:bCs w:val="0"/>
          <w:i w:val="0"/>
          <w:iCs w:val="0"/>
          <w:color w:val="000000"/>
          <w:sz w:val="21"/>
          <w:szCs w:val="21"/>
          <w:rtl w:val="0"/>
        </w:rPr>
        <w:t xml:space="preserve">Người quản lý trực tiếp/chức danh: ..............................................................................</w:t>
      </w:r>
      <w:r w:rsidDel="00000000" w:rsidR="00000000" w:rsidRPr="00000000">
        <w:rPr>
          <w:rtl w:val="0"/>
        </w:rPr>
      </w:r>
    </w:p>
    <w:p w:rsidR="00000000" w:rsidDel="00000000" w:rsidP="00000000" w:rsidRDefault="00000000" w:rsidRPr="00000000" w14:paraId="00000020">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6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2. Loại hợp đồng và thời hạn hợp đồng</w:t>
      </w:r>
    </w:p>
    <w:p w:rsidR="00000000" w:rsidDel="00000000" w:rsidP="00000000" w:rsidRDefault="00000000" w:rsidRPr="00000000" w14:paraId="00000021">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2.1. </w:t>
      </w:r>
      <w:r w:rsidDel="00000000" w:rsidR="00000000" w:rsidRPr="00000000">
        <w:rPr>
          <w:rFonts w:ascii="Times New Roman" w:cs="Times New Roman" w:eastAsia="Times New Roman" w:hAnsi="Times New Roman"/>
          <w:b w:val="0"/>
          <w:bCs w:val="0"/>
          <w:i w:val="0"/>
          <w:iCs w:val="0"/>
          <w:color w:val="000000"/>
          <w:sz w:val="21"/>
          <w:szCs w:val="21"/>
          <w:rtl w:val="0"/>
        </w:rPr>
        <w:t xml:space="preserve">Loại hợp đồng (chọn 01): ☐ Không xác định thời hạn   ☐ Xác định thời hạn.</w:t>
      </w:r>
      <w:r w:rsidDel="00000000" w:rsidR="00000000" w:rsidRPr="00000000">
        <w:rPr>
          <w:rtl w:val="0"/>
        </w:rPr>
      </w:r>
    </w:p>
    <w:p w:rsidR="00000000" w:rsidDel="00000000" w:rsidP="00000000" w:rsidRDefault="00000000" w:rsidRPr="00000000" w14:paraId="00000022">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2.2. </w:t>
      </w:r>
      <w:r w:rsidDel="00000000" w:rsidR="00000000" w:rsidRPr="00000000">
        <w:rPr>
          <w:rFonts w:ascii="Times New Roman" w:cs="Times New Roman" w:eastAsia="Times New Roman" w:hAnsi="Times New Roman"/>
          <w:b w:val="0"/>
          <w:bCs w:val="0"/>
          <w:i w:val="0"/>
          <w:iCs w:val="0"/>
          <w:color w:val="000000"/>
          <w:sz w:val="21"/>
          <w:szCs w:val="21"/>
          <w:rtl w:val="0"/>
        </w:rPr>
        <w:t xml:space="preserve">Bắt đầu từ ngày ...../...../..........; kết thúc vào ngày ...../...../.......... (nếu xác định thời hạn).</w:t>
      </w:r>
      <w:r w:rsidDel="00000000" w:rsidR="00000000" w:rsidRPr="00000000">
        <w:rPr>
          <w:rtl w:val="0"/>
        </w:rPr>
      </w:r>
    </w:p>
    <w:p w:rsidR="00000000" w:rsidDel="00000000" w:rsidP="00000000" w:rsidRDefault="00000000" w:rsidRPr="00000000" w14:paraId="00000023">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2.3. </w:t>
      </w:r>
      <w:r w:rsidDel="00000000" w:rsidR="00000000" w:rsidRPr="00000000">
        <w:rPr>
          <w:rFonts w:ascii="Times New Roman" w:cs="Times New Roman" w:eastAsia="Times New Roman" w:hAnsi="Times New Roman"/>
          <w:b w:val="0"/>
          <w:bCs w:val="0"/>
          <w:i w:val="0"/>
          <w:iCs w:val="0"/>
          <w:color w:val="000000"/>
          <w:sz w:val="21"/>
          <w:szCs w:val="21"/>
          <w:rtl w:val="0"/>
        </w:rPr>
        <w:t xml:space="preserve">Hình thức làm việc: không trọn thời gian (bán thời gian), với số giờ làm việc ngắn hơn thời giờ làm việc bình thường tương ứng theo quy định áp dụng tại doanh nghiệp.</w:t>
      </w:r>
      <w:r w:rsidDel="00000000" w:rsidR="00000000" w:rsidRPr="00000000">
        <w:rPr>
          <w:rtl w:val="0"/>
        </w:rPr>
      </w:r>
    </w:p>
    <w:p w:rsidR="00000000" w:rsidDel="00000000" w:rsidP="00000000" w:rsidRDefault="00000000" w:rsidRPr="00000000" w14:paraId="00000024">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25">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6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3. Thời giờ làm việc, nghỉ ngơi và xác nhận ca</w:t>
      </w:r>
    </w:p>
    <w:p w:rsidR="00000000" w:rsidDel="00000000" w:rsidP="00000000" w:rsidRDefault="00000000" w:rsidRPr="00000000" w14:paraId="00000026">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3.1. </w:t>
      </w:r>
      <w:r w:rsidDel="00000000" w:rsidR="00000000" w:rsidRPr="00000000">
        <w:rPr>
          <w:rFonts w:ascii="Times New Roman" w:cs="Times New Roman" w:eastAsia="Times New Roman" w:hAnsi="Times New Roman"/>
          <w:b w:val="0"/>
          <w:bCs w:val="0"/>
          <w:i w:val="0"/>
          <w:iCs w:val="0"/>
          <w:color w:val="000000"/>
          <w:sz w:val="21"/>
          <w:szCs w:val="21"/>
          <w:rtl w:val="0"/>
        </w:rPr>
        <w:t xml:space="preserve">Hình thức bố trí (chọn 01): ☐ Lịch cố định theo Phụ lục 01   ☐ Lịch phân ca trong khung thời giờ đã thỏa thuận.</w:t>
      </w:r>
      <w:r w:rsidDel="00000000" w:rsidR="00000000" w:rsidRPr="00000000">
        <w:rPr>
          <w:rtl w:val="0"/>
        </w:rPr>
      </w:r>
    </w:p>
    <w:p w:rsidR="00000000" w:rsidDel="00000000" w:rsidP="00000000" w:rsidRDefault="00000000" w:rsidRPr="00000000" w14:paraId="00000027">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3.2. </w:t>
      </w:r>
      <w:r w:rsidDel="00000000" w:rsidR="00000000" w:rsidRPr="00000000">
        <w:rPr>
          <w:rFonts w:ascii="Times New Roman" w:cs="Times New Roman" w:eastAsia="Times New Roman" w:hAnsi="Times New Roman"/>
          <w:b w:val="0"/>
          <w:bCs w:val="0"/>
          <w:i w:val="0"/>
          <w:iCs w:val="0"/>
          <w:color w:val="000000"/>
          <w:sz w:val="21"/>
          <w:szCs w:val="21"/>
          <w:rtl w:val="0"/>
        </w:rPr>
        <w:t xml:space="preserve">Số giờ làm việc dự kiến: ........ giờ/ngày; ........ giờ/tuần; hoặc ........ giờ/tháng. Số ngày dự kiến: ........ ngày/tuần.</w:t>
      </w:r>
      <w:r w:rsidDel="00000000" w:rsidR="00000000" w:rsidRPr="00000000">
        <w:rPr>
          <w:rtl w:val="0"/>
        </w:rPr>
      </w:r>
    </w:p>
    <w:p w:rsidR="00000000" w:rsidDel="00000000" w:rsidP="00000000" w:rsidRDefault="00000000" w:rsidRPr="00000000" w14:paraId="00000028">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3.3. </w:t>
      </w:r>
      <w:r w:rsidDel="00000000" w:rsidR="00000000" w:rsidRPr="00000000">
        <w:rPr>
          <w:rFonts w:ascii="Times New Roman" w:cs="Times New Roman" w:eastAsia="Times New Roman" w:hAnsi="Times New Roman"/>
          <w:b w:val="0"/>
          <w:bCs w:val="0"/>
          <w:i w:val="0"/>
          <w:iCs w:val="0"/>
          <w:color w:val="000000"/>
          <w:sz w:val="21"/>
          <w:szCs w:val="21"/>
          <w:rtl w:val="0"/>
        </w:rPr>
        <w:t xml:space="preserve">Khung giờ/ca làm việc dự kiến: từ ........ đến ........; ngày làm việc: ........................................</w:t>
      </w:r>
      <w:r w:rsidDel="00000000" w:rsidR="00000000" w:rsidRPr="00000000">
        <w:rPr>
          <w:rtl w:val="0"/>
        </w:rPr>
      </w:r>
    </w:p>
    <w:p w:rsidR="00000000" w:rsidDel="00000000" w:rsidP="00000000" w:rsidRDefault="00000000" w:rsidRPr="00000000" w14:paraId="00000029">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3.4. </w:t>
      </w:r>
      <w:r w:rsidDel="00000000" w:rsidR="00000000" w:rsidRPr="00000000">
        <w:rPr>
          <w:rFonts w:ascii="Times New Roman" w:cs="Times New Roman" w:eastAsia="Times New Roman" w:hAnsi="Times New Roman"/>
          <w:b w:val="0"/>
          <w:bCs w:val="0"/>
          <w:i w:val="0"/>
          <w:iCs w:val="0"/>
          <w:color w:val="000000"/>
          <w:sz w:val="21"/>
          <w:szCs w:val="21"/>
          <w:rtl w:val="0"/>
        </w:rPr>
        <w:t xml:space="preserve">Nếu bố trí theo ca, Bên A thông báo lịch trước ........ ngày/giờ qua ....................................; người lao động xác nhận theo cách thức: .................................................................</w:t>
      </w:r>
      <w:r w:rsidDel="00000000" w:rsidR="00000000" w:rsidRPr="00000000">
        <w:rPr>
          <w:rtl w:val="0"/>
        </w:rPr>
      </w:r>
    </w:p>
    <w:p w:rsidR="00000000" w:rsidDel="00000000" w:rsidP="00000000" w:rsidRDefault="00000000" w:rsidRPr="00000000" w14:paraId="0000002A">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3.5. </w:t>
      </w:r>
      <w:r w:rsidDel="00000000" w:rsidR="00000000" w:rsidRPr="00000000">
        <w:rPr>
          <w:rFonts w:ascii="Times New Roman" w:cs="Times New Roman" w:eastAsia="Times New Roman" w:hAnsi="Times New Roman"/>
          <w:b w:val="0"/>
          <w:bCs w:val="0"/>
          <w:i w:val="0"/>
          <w:iCs w:val="0"/>
          <w:color w:val="000000"/>
          <w:sz w:val="21"/>
          <w:szCs w:val="21"/>
          <w:rtl w:val="0"/>
        </w:rPr>
        <w:t xml:space="preserve">Thời giờ làm việc thực tế được ghi nhận bằng ☐ hệ thống chấm công ☐ bảng chấm công ☐ phương thức khác: ........................; hai bên có quyền kiểm tra, đối chiếu dữ liệu.</w:t>
      </w:r>
      <w:r w:rsidDel="00000000" w:rsidR="00000000" w:rsidRPr="00000000">
        <w:rPr>
          <w:rtl w:val="0"/>
        </w:rPr>
      </w:r>
    </w:p>
    <w:p w:rsidR="00000000" w:rsidDel="00000000" w:rsidP="00000000" w:rsidRDefault="00000000" w:rsidRPr="00000000" w14:paraId="0000002B">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3.6. </w:t>
      </w:r>
      <w:r w:rsidDel="00000000" w:rsidR="00000000" w:rsidRPr="00000000">
        <w:rPr>
          <w:rFonts w:ascii="Times New Roman" w:cs="Times New Roman" w:eastAsia="Times New Roman" w:hAnsi="Times New Roman"/>
          <w:b w:val="0"/>
          <w:bCs w:val="0"/>
          <w:i w:val="0"/>
          <w:iCs w:val="0"/>
          <w:color w:val="000000"/>
          <w:sz w:val="21"/>
          <w:szCs w:val="21"/>
          <w:rtl w:val="0"/>
        </w:rPr>
        <w:t xml:space="preserve">Việc đổi ca hoặc điều chỉnh nội dung thời giờ làm việc đã thỏa thuận được thực hiện theo sự thống nhất giữa hai bên và phù hợp pháp luật. Làm thêm giờ, làm đêm, ngày nghỉ, ngày lễ (nếu có) phải tuân thủ điều kiện và cách trả lương theo quy định hiện hành.</w:t>
      </w:r>
      <w:r w:rsidDel="00000000" w:rsidR="00000000" w:rsidRPr="00000000">
        <w:rPr>
          <w:rtl w:val="0"/>
        </w:rPr>
      </w:r>
    </w:p>
    <w:p w:rsidR="00000000" w:rsidDel="00000000" w:rsidP="00000000" w:rsidRDefault="00000000" w:rsidRPr="00000000" w14:paraId="0000002C">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3.7. </w:t>
      </w:r>
      <w:r w:rsidDel="00000000" w:rsidR="00000000" w:rsidRPr="00000000">
        <w:rPr>
          <w:rFonts w:ascii="Times New Roman" w:cs="Times New Roman" w:eastAsia="Times New Roman" w:hAnsi="Times New Roman"/>
          <w:b w:val="0"/>
          <w:bCs w:val="0"/>
          <w:i w:val="0"/>
          <w:iCs w:val="0"/>
          <w:color w:val="000000"/>
          <w:sz w:val="21"/>
          <w:szCs w:val="21"/>
          <w:rtl w:val="0"/>
        </w:rPr>
        <w:t xml:space="preserve">Thời giờ nghỉ giữa ca, nghỉ hằng tuần, nghỉ lễ, nghỉ phép và các chế độ nghỉ khác thực hiện theo pháp luật, nội quy và thỏa thuận hợp pháp của hai bên.</w:t>
      </w:r>
      <w:r w:rsidDel="00000000" w:rsidR="00000000" w:rsidRPr="00000000">
        <w:rPr>
          <w:rtl w:val="0"/>
        </w:rPr>
      </w:r>
    </w:p>
    <w:p w:rsidR="00000000" w:rsidDel="00000000" w:rsidP="00000000" w:rsidRDefault="00000000" w:rsidRPr="00000000" w14:paraId="0000002D">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6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4. Tiền lương, phụ cấp và phương thức thanh toán</w:t>
      </w:r>
    </w:p>
    <w:p w:rsidR="00000000" w:rsidDel="00000000" w:rsidP="00000000" w:rsidRDefault="00000000" w:rsidRPr="00000000" w14:paraId="0000002E">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4.1. </w:t>
      </w:r>
      <w:r w:rsidDel="00000000" w:rsidR="00000000" w:rsidRPr="00000000">
        <w:rPr>
          <w:rFonts w:ascii="Times New Roman" w:cs="Times New Roman" w:eastAsia="Times New Roman" w:hAnsi="Times New Roman"/>
          <w:b w:val="0"/>
          <w:bCs w:val="0"/>
          <w:i w:val="0"/>
          <w:iCs w:val="0"/>
          <w:color w:val="000000"/>
          <w:sz w:val="21"/>
          <w:szCs w:val="21"/>
          <w:rtl w:val="0"/>
        </w:rPr>
        <w:t xml:space="preserve">Hình thức xác định tiền lương (chọn 01): ☐ Theo giờ   ☐ Theo ngày   ☐ Theo tháng.</w:t>
      </w:r>
      <w:r w:rsidDel="00000000" w:rsidR="00000000" w:rsidRPr="00000000">
        <w:rPr>
          <w:rtl w:val="0"/>
        </w:rPr>
      </w:r>
    </w:p>
    <w:p w:rsidR="00000000" w:rsidDel="00000000" w:rsidP="00000000" w:rsidRDefault="00000000" w:rsidRPr="00000000" w14:paraId="0000002F">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4.2. </w:t>
      </w:r>
      <w:r w:rsidDel="00000000" w:rsidR="00000000" w:rsidRPr="00000000">
        <w:rPr>
          <w:rFonts w:ascii="Times New Roman" w:cs="Times New Roman" w:eastAsia="Times New Roman" w:hAnsi="Times New Roman"/>
          <w:b w:val="0"/>
          <w:bCs w:val="0"/>
          <w:i w:val="0"/>
          <w:iCs w:val="0"/>
          <w:color w:val="000000"/>
          <w:sz w:val="21"/>
          <w:szCs w:val="21"/>
          <w:rtl w:val="0"/>
        </w:rPr>
        <w:t xml:space="preserve">Mức lương theo công việc/chức danh: ..................................... đồng/☐ giờ ☐ ngày ☐ tháng (bằng chữ: ...................................................................................................................).</w:t>
      </w:r>
      <w:r w:rsidDel="00000000" w:rsidR="00000000" w:rsidRPr="00000000">
        <w:rPr>
          <w:rtl w:val="0"/>
        </w:rPr>
      </w:r>
    </w:p>
    <w:p w:rsidR="00000000" w:rsidDel="00000000" w:rsidP="00000000" w:rsidRDefault="00000000" w:rsidRPr="00000000" w14:paraId="00000030">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4.3. </w:t>
      </w:r>
      <w:r w:rsidDel="00000000" w:rsidR="00000000" w:rsidRPr="00000000">
        <w:rPr>
          <w:rFonts w:ascii="Times New Roman" w:cs="Times New Roman" w:eastAsia="Times New Roman" w:hAnsi="Times New Roman"/>
          <w:b w:val="0"/>
          <w:bCs w:val="0"/>
          <w:i w:val="0"/>
          <w:iCs w:val="0"/>
          <w:color w:val="000000"/>
          <w:sz w:val="21"/>
          <w:szCs w:val="21"/>
          <w:rtl w:val="0"/>
        </w:rPr>
        <w:t xml:space="preserve">Nguyên tắc tính lương: ☐ Đơn giá giờ/ngày nhân thời gian làm việc thực tế được xác nhận; ☐ Mức lương tháng thỏa thuận tương ứng thời giờ làm việc theo hợp đồng; ☐ Khác: ...................</w:t>
      </w:r>
      <w:r w:rsidDel="00000000" w:rsidR="00000000" w:rsidRPr="00000000">
        <w:rPr>
          <w:rtl w:val="0"/>
        </w:rPr>
      </w:r>
    </w:p>
    <w:p w:rsidR="00000000" w:rsidDel="00000000" w:rsidP="00000000" w:rsidRDefault="00000000" w:rsidRPr="00000000" w14:paraId="00000031">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4.4. </w:t>
      </w:r>
      <w:r w:rsidDel="00000000" w:rsidR="00000000" w:rsidRPr="00000000">
        <w:rPr>
          <w:rFonts w:ascii="Times New Roman" w:cs="Times New Roman" w:eastAsia="Times New Roman" w:hAnsi="Times New Roman"/>
          <w:b w:val="0"/>
          <w:bCs w:val="0"/>
          <w:i w:val="0"/>
          <w:iCs w:val="0"/>
          <w:color w:val="000000"/>
          <w:sz w:val="21"/>
          <w:szCs w:val="21"/>
          <w:rtl w:val="0"/>
        </w:rPr>
        <w:t xml:space="preserve">Phụ cấp lương: .....................................................; khoản bổ sung khác (nếu có): ......................................................; điều kiện hưởng: ...........................................................</w:t>
      </w:r>
      <w:r w:rsidDel="00000000" w:rsidR="00000000" w:rsidRPr="00000000">
        <w:rPr>
          <w:rtl w:val="0"/>
        </w:rPr>
      </w:r>
    </w:p>
    <w:p w:rsidR="00000000" w:rsidDel="00000000" w:rsidP="00000000" w:rsidRDefault="00000000" w:rsidRPr="00000000" w14:paraId="00000032">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4.5. </w:t>
      </w:r>
      <w:r w:rsidDel="00000000" w:rsidR="00000000" w:rsidRPr="00000000">
        <w:rPr>
          <w:rFonts w:ascii="Times New Roman" w:cs="Times New Roman" w:eastAsia="Times New Roman" w:hAnsi="Times New Roman"/>
          <w:b w:val="0"/>
          <w:bCs w:val="0"/>
          <w:i w:val="0"/>
          <w:iCs w:val="0"/>
          <w:color w:val="000000"/>
          <w:sz w:val="21"/>
          <w:szCs w:val="21"/>
          <w:rtl w:val="0"/>
        </w:rPr>
        <w:t xml:space="preserve">Hình thức trả lương: ☐ Chuyển khoản ☐ Tiền mặt. Kỳ hạn trả: ..........................................; ngày trả lương dự kiến: ........................................ theo thỏa thuận và pháp luật.</w:t>
      </w:r>
      <w:r w:rsidDel="00000000" w:rsidR="00000000" w:rsidRPr="00000000">
        <w:rPr>
          <w:rtl w:val="0"/>
        </w:rPr>
      </w:r>
    </w:p>
    <w:p w:rsidR="00000000" w:rsidDel="00000000" w:rsidP="00000000" w:rsidRDefault="00000000" w:rsidRPr="00000000" w14:paraId="00000033">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4.6. </w:t>
      </w:r>
      <w:r w:rsidDel="00000000" w:rsidR="00000000" w:rsidRPr="00000000">
        <w:rPr>
          <w:rFonts w:ascii="Times New Roman" w:cs="Times New Roman" w:eastAsia="Times New Roman" w:hAnsi="Times New Roman"/>
          <w:b w:val="0"/>
          <w:bCs w:val="0"/>
          <w:i w:val="0"/>
          <w:iCs w:val="0"/>
          <w:color w:val="000000"/>
          <w:sz w:val="21"/>
          <w:szCs w:val="21"/>
          <w:rtl w:val="0"/>
        </w:rPr>
        <w:t xml:space="preserve">Mức lương và cách quy đổi bảo đảm không thấp hơn mức lương tối thiểu áp dụng theo pháp luật tại địa bàn và thời điểm làm việc. Tiền lương làm thêm giờ, làm đêm, làm việc vào ngày nghỉ/lễ (nếu có) được tính và trả theo quy định pháp luật.</w:t>
      </w:r>
      <w:r w:rsidDel="00000000" w:rsidR="00000000" w:rsidRPr="00000000">
        <w:rPr>
          <w:rtl w:val="0"/>
        </w:rPr>
      </w:r>
    </w:p>
    <w:p w:rsidR="00000000" w:rsidDel="00000000" w:rsidP="00000000" w:rsidRDefault="00000000" w:rsidRPr="00000000" w14:paraId="00000034">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4.7. </w:t>
      </w:r>
      <w:r w:rsidDel="00000000" w:rsidR="00000000" w:rsidRPr="00000000">
        <w:rPr>
          <w:rFonts w:ascii="Times New Roman" w:cs="Times New Roman" w:eastAsia="Times New Roman" w:hAnsi="Times New Roman"/>
          <w:b w:val="0"/>
          <w:bCs w:val="0"/>
          <w:i w:val="0"/>
          <w:iCs w:val="0"/>
          <w:color w:val="000000"/>
          <w:sz w:val="21"/>
          <w:szCs w:val="21"/>
          <w:rtl w:val="0"/>
        </w:rPr>
        <w:t xml:space="preserve">Điều kiện xem xét nâng bậc/nâng lương: theo kỳ đánh giá ............. hoặc chính sách đã công bố của Bên A; việc điều chỉnh thỏa thuận tiền lương được lập thành văn bản khi pháp luật yêu cầu.</w:t>
      </w:r>
      <w:r w:rsidDel="00000000" w:rsidR="00000000" w:rsidRPr="00000000">
        <w:rPr>
          <w:rtl w:val="0"/>
        </w:rPr>
      </w:r>
    </w:p>
    <w:p w:rsidR="00000000" w:rsidDel="00000000" w:rsidP="00000000" w:rsidRDefault="00000000" w:rsidRPr="00000000" w14:paraId="00000035">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6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5. Điều kiện làm việc, trang bị và đào tạo</w:t>
      </w:r>
    </w:p>
    <w:p w:rsidR="00000000" w:rsidDel="00000000" w:rsidP="00000000" w:rsidRDefault="00000000" w:rsidRPr="00000000" w14:paraId="00000036">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5.1. </w:t>
      </w:r>
      <w:r w:rsidDel="00000000" w:rsidR="00000000" w:rsidRPr="00000000">
        <w:rPr>
          <w:rFonts w:ascii="Times New Roman" w:cs="Times New Roman" w:eastAsia="Times New Roman" w:hAnsi="Times New Roman"/>
          <w:b w:val="0"/>
          <w:bCs w:val="0"/>
          <w:i w:val="0"/>
          <w:iCs w:val="0"/>
          <w:color w:val="000000"/>
          <w:sz w:val="21"/>
          <w:szCs w:val="21"/>
          <w:rtl w:val="0"/>
        </w:rPr>
        <w:t xml:space="preserve">Bên A bố trí điều kiện, phương tiện và công cụ cần thiết để thực hiện công việc: ......................................................................................; bàn giao/hoàn trả theo quy định nội bộ.</w:t>
      </w:r>
      <w:r w:rsidDel="00000000" w:rsidR="00000000" w:rsidRPr="00000000">
        <w:rPr>
          <w:rtl w:val="0"/>
        </w:rPr>
      </w:r>
    </w:p>
    <w:p w:rsidR="00000000" w:rsidDel="00000000" w:rsidP="00000000" w:rsidRDefault="00000000" w:rsidRPr="00000000" w14:paraId="00000037">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5.2. </w:t>
      </w:r>
      <w:r w:rsidDel="00000000" w:rsidR="00000000" w:rsidRPr="00000000">
        <w:rPr>
          <w:rFonts w:ascii="Times New Roman" w:cs="Times New Roman" w:eastAsia="Times New Roman" w:hAnsi="Times New Roman"/>
          <w:b w:val="0"/>
          <w:bCs w:val="0"/>
          <w:i w:val="0"/>
          <w:iCs w:val="0"/>
          <w:color w:val="000000"/>
          <w:sz w:val="21"/>
          <w:szCs w:val="21"/>
          <w:rtl w:val="0"/>
        </w:rPr>
        <w:t xml:space="preserve">Trang bị bảo hộ lao động, phương tiện bảo vệ cá nhân (nếu công việc yêu cầu): .........................................................................................; Bên A thực hiện nghĩa vụ an toàn, vệ sinh lao động theo pháp luật.</w:t>
      </w:r>
      <w:r w:rsidDel="00000000" w:rsidR="00000000" w:rsidRPr="00000000">
        <w:rPr>
          <w:rtl w:val="0"/>
        </w:rPr>
      </w:r>
    </w:p>
    <w:p w:rsidR="00000000" w:rsidDel="00000000" w:rsidP="00000000" w:rsidRDefault="00000000" w:rsidRPr="00000000" w14:paraId="00000038">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5.3. </w:t>
      </w:r>
      <w:r w:rsidDel="00000000" w:rsidR="00000000" w:rsidRPr="00000000">
        <w:rPr>
          <w:rFonts w:ascii="Times New Roman" w:cs="Times New Roman" w:eastAsia="Times New Roman" w:hAnsi="Times New Roman"/>
          <w:b w:val="0"/>
          <w:bCs w:val="0"/>
          <w:i w:val="0"/>
          <w:iCs w:val="0"/>
          <w:color w:val="000000"/>
          <w:sz w:val="21"/>
          <w:szCs w:val="21"/>
          <w:rtl w:val="0"/>
        </w:rPr>
        <w:t xml:space="preserve">Đào tạo, bồi dưỡng và hướng dẫn công việc: .....................................................................; việc ký thỏa thuận đào tạo riêng (nếu có) phải đúng quy định.</w:t>
      </w:r>
      <w:r w:rsidDel="00000000" w:rsidR="00000000" w:rsidRPr="00000000">
        <w:rPr>
          <w:rtl w:val="0"/>
        </w:rPr>
      </w:r>
    </w:p>
    <w:p w:rsidR="00000000" w:rsidDel="00000000" w:rsidP="00000000" w:rsidRDefault="00000000" w:rsidRPr="00000000" w14:paraId="00000039">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6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6. Bảo hiểm và các chế độ của người lao động</w:t>
      </w:r>
    </w:p>
    <w:p w:rsidR="00000000" w:rsidDel="00000000" w:rsidP="00000000" w:rsidRDefault="00000000" w:rsidRPr="00000000" w14:paraId="0000003A">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6.1. </w:t>
      </w:r>
      <w:r w:rsidDel="00000000" w:rsidR="00000000" w:rsidRPr="00000000">
        <w:rPr>
          <w:rFonts w:ascii="Times New Roman" w:cs="Times New Roman" w:eastAsia="Times New Roman" w:hAnsi="Times New Roman"/>
          <w:b w:val="0"/>
          <w:bCs w:val="0"/>
          <w:i w:val="0"/>
          <w:iCs w:val="0"/>
          <w:color w:val="000000"/>
          <w:sz w:val="21"/>
          <w:szCs w:val="21"/>
          <w:rtl w:val="0"/>
        </w:rPr>
        <w:t xml:space="preserve">Bảo hiểm xã hội, bảo hiểm y tế, bảo hiểm thất nghiệp và bảo hiểm tai nạn lao động, bệnh nghề nghiệp được thực hiện theo quy định về đối tượng, điều kiện và mức đóng tại thời điểm áp dụng; không mặc nhiên loại trừ chỉ vì làm việc bán thời gian.</w:t>
      </w:r>
      <w:r w:rsidDel="00000000" w:rsidR="00000000" w:rsidRPr="00000000">
        <w:rPr>
          <w:rtl w:val="0"/>
        </w:rPr>
      </w:r>
    </w:p>
    <w:p w:rsidR="00000000" w:rsidDel="00000000" w:rsidP="00000000" w:rsidRDefault="00000000" w:rsidRPr="00000000" w14:paraId="0000003B">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6.2. </w:t>
      </w:r>
      <w:r w:rsidDel="00000000" w:rsidR="00000000" w:rsidRPr="00000000">
        <w:rPr>
          <w:rFonts w:ascii="Times New Roman" w:cs="Times New Roman" w:eastAsia="Times New Roman" w:hAnsi="Times New Roman"/>
          <w:b w:val="0"/>
          <w:bCs w:val="0"/>
          <w:i w:val="0"/>
          <w:iCs w:val="0"/>
          <w:color w:val="000000"/>
          <w:sz w:val="21"/>
          <w:szCs w:val="21"/>
          <w:rtl w:val="0"/>
        </w:rPr>
        <w:t xml:space="preserve">Người lao động làm việc không trọn thời gian được đối xử bình đẳng về quyền, nghĩa vụ và cơ hội so với người lao động làm việc trọn thời gian theo pháp luật. Chế độ phúc lợi bổ sung của Bên A (nếu có): ..................................................</w:t>
      </w:r>
      <w:r w:rsidDel="00000000" w:rsidR="00000000" w:rsidRPr="00000000">
        <w:rPr>
          <w:rtl w:val="0"/>
        </w:rPr>
      </w:r>
    </w:p>
    <w:p w:rsidR="00000000" w:rsidDel="00000000" w:rsidP="00000000" w:rsidRDefault="00000000" w:rsidRPr="00000000" w14:paraId="0000003C">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3D">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6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7. Quyền và nghĩa vụ của các bên</w:t>
      </w:r>
    </w:p>
    <w:p w:rsidR="00000000" w:rsidDel="00000000" w:rsidP="00000000" w:rsidRDefault="00000000" w:rsidRPr="00000000" w14:paraId="0000003E">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00" w:line="266"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7.1. Quyền và nghĩa vụ của Bên A</w:t>
      </w:r>
    </w:p>
    <w:p w:rsidR="00000000" w:rsidDel="00000000" w:rsidP="00000000" w:rsidRDefault="00000000" w:rsidRPr="00000000" w14:paraId="0000003F">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a) </w:t>
      </w:r>
      <w:r w:rsidDel="00000000" w:rsidR="00000000" w:rsidRPr="00000000">
        <w:rPr>
          <w:rFonts w:ascii="Times New Roman" w:cs="Times New Roman" w:eastAsia="Times New Roman" w:hAnsi="Times New Roman"/>
          <w:b w:val="0"/>
          <w:bCs w:val="0"/>
          <w:i w:val="0"/>
          <w:iCs w:val="0"/>
          <w:color w:val="000000"/>
          <w:sz w:val="21"/>
          <w:szCs w:val="21"/>
          <w:rtl w:val="0"/>
        </w:rPr>
        <w:t xml:space="preserve">Giao việc, hướng dẫn và quản lý công việc đúng phạm vi hợp đồng; bảo đảm môi trường làm việc an toàn, không phân biệt đối xử.</w:t>
      </w:r>
      <w:r w:rsidDel="00000000" w:rsidR="00000000" w:rsidRPr="00000000">
        <w:rPr>
          <w:rtl w:val="0"/>
        </w:rPr>
      </w:r>
    </w:p>
    <w:p w:rsidR="00000000" w:rsidDel="00000000" w:rsidP="00000000" w:rsidRDefault="00000000" w:rsidRPr="00000000" w14:paraId="00000040">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b) </w:t>
      </w:r>
      <w:r w:rsidDel="00000000" w:rsidR="00000000" w:rsidRPr="00000000">
        <w:rPr>
          <w:rFonts w:ascii="Times New Roman" w:cs="Times New Roman" w:eastAsia="Times New Roman" w:hAnsi="Times New Roman"/>
          <w:b w:val="0"/>
          <w:bCs w:val="0"/>
          <w:i w:val="0"/>
          <w:iCs w:val="0"/>
          <w:color w:val="000000"/>
          <w:sz w:val="21"/>
          <w:szCs w:val="21"/>
          <w:rtl w:val="0"/>
        </w:rPr>
        <w:t xml:space="preserve">Trả lương đúng hạn, cung cấp thông tin chấm công và thực hiện các nghĩa vụ bảo hiểm, thuế và chế độ khác theo quy định.</w:t>
      </w:r>
      <w:r w:rsidDel="00000000" w:rsidR="00000000" w:rsidRPr="00000000">
        <w:rPr>
          <w:rtl w:val="0"/>
        </w:rPr>
      </w:r>
    </w:p>
    <w:p w:rsidR="00000000" w:rsidDel="00000000" w:rsidP="00000000" w:rsidRDefault="00000000" w:rsidRPr="00000000" w14:paraId="00000041">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c) </w:t>
      </w:r>
      <w:r w:rsidDel="00000000" w:rsidR="00000000" w:rsidRPr="00000000">
        <w:rPr>
          <w:rFonts w:ascii="Times New Roman" w:cs="Times New Roman" w:eastAsia="Times New Roman" w:hAnsi="Times New Roman"/>
          <w:b w:val="0"/>
          <w:bCs w:val="0"/>
          <w:i w:val="0"/>
          <w:iCs w:val="0"/>
          <w:color w:val="000000"/>
          <w:sz w:val="21"/>
          <w:szCs w:val="21"/>
          <w:rtl w:val="0"/>
        </w:rPr>
        <w:t xml:space="preserve">Yêu cầu Bên B tuân thủ nội quy, bảo quản tài sản và bảo mật thông tin hợp pháp liên quan đến hoạt động của Công ty.</w:t>
      </w:r>
      <w:r w:rsidDel="00000000" w:rsidR="00000000" w:rsidRPr="00000000">
        <w:rPr>
          <w:rtl w:val="0"/>
        </w:rPr>
      </w:r>
    </w:p>
    <w:p w:rsidR="00000000" w:rsidDel="00000000" w:rsidP="00000000" w:rsidRDefault="00000000" w:rsidRPr="00000000" w14:paraId="0000004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00" w:line="266"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7.2. Quyền và nghĩa vụ của Bên B</w:t>
      </w:r>
    </w:p>
    <w:p w:rsidR="00000000" w:rsidDel="00000000" w:rsidP="00000000" w:rsidRDefault="00000000" w:rsidRPr="00000000" w14:paraId="00000043">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a) </w:t>
      </w:r>
      <w:r w:rsidDel="00000000" w:rsidR="00000000" w:rsidRPr="00000000">
        <w:rPr>
          <w:rFonts w:ascii="Times New Roman" w:cs="Times New Roman" w:eastAsia="Times New Roman" w:hAnsi="Times New Roman"/>
          <w:b w:val="0"/>
          <w:bCs w:val="0"/>
          <w:i w:val="0"/>
          <w:iCs w:val="0"/>
          <w:color w:val="000000"/>
          <w:sz w:val="21"/>
          <w:szCs w:val="21"/>
          <w:rtl w:val="0"/>
        </w:rPr>
        <w:t xml:space="preserve">Thực hiện công việc và lịch làm việc đã thỏa thuận; báo kịp thời về việc vắng mặt, đổi ca, sự cố ảnh hưởng công việc.</w:t>
      </w:r>
      <w:r w:rsidDel="00000000" w:rsidR="00000000" w:rsidRPr="00000000">
        <w:rPr>
          <w:rtl w:val="0"/>
        </w:rPr>
      </w:r>
    </w:p>
    <w:p w:rsidR="00000000" w:rsidDel="00000000" w:rsidP="00000000" w:rsidRDefault="00000000" w:rsidRPr="00000000" w14:paraId="00000044">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b) </w:t>
      </w:r>
      <w:r w:rsidDel="00000000" w:rsidR="00000000" w:rsidRPr="00000000">
        <w:rPr>
          <w:rFonts w:ascii="Times New Roman" w:cs="Times New Roman" w:eastAsia="Times New Roman" w:hAnsi="Times New Roman"/>
          <w:b w:val="0"/>
          <w:bCs w:val="0"/>
          <w:i w:val="0"/>
          <w:iCs w:val="0"/>
          <w:color w:val="000000"/>
          <w:sz w:val="21"/>
          <w:szCs w:val="21"/>
          <w:rtl w:val="0"/>
        </w:rPr>
        <w:t xml:space="preserve">Chấp hành nội quy, quy trình an toàn; sử dụng và bảo quản tài sản, công cụ được giao; bảo vệ thông tin thuộc phạm vi bảo mật hợp pháp.</w:t>
      </w:r>
      <w:r w:rsidDel="00000000" w:rsidR="00000000" w:rsidRPr="00000000">
        <w:rPr>
          <w:rtl w:val="0"/>
        </w:rPr>
      </w:r>
    </w:p>
    <w:p w:rsidR="00000000" w:rsidDel="00000000" w:rsidP="00000000" w:rsidRDefault="00000000" w:rsidRPr="00000000" w14:paraId="00000045">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c) </w:t>
      </w:r>
      <w:r w:rsidDel="00000000" w:rsidR="00000000" w:rsidRPr="00000000">
        <w:rPr>
          <w:rFonts w:ascii="Times New Roman" w:cs="Times New Roman" w:eastAsia="Times New Roman" w:hAnsi="Times New Roman"/>
          <w:b w:val="0"/>
          <w:bCs w:val="0"/>
          <w:i w:val="0"/>
          <w:iCs w:val="0"/>
          <w:color w:val="000000"/>
          <w:sz w:val="21"/>
          <w:szCs w:val="21"/>
          <w:rtl w:val="0"/>
        </w:rPr>
        <w:t xml:space="preserve">Được trả lương, nghỉ ngơi, bảo đảm an toàn lao động và hưởng các quyền, chế độ bắt buộc theo pháp luật; có quyền yêu cầu đối chiếu giờ làm và bảng lương.</w:t>
      </w:r>
      <w:r w:rsidDel="00000000" w:rsidR="00000000" w:rsidRPr="00000000">
        <w:rPr>
          <w:rtl w:val="0"/>
        </w:rPr>
      </w:r>
    </w:p>
    <w:p w:rsidR="00000000" w:rsidDel="00000000" w:rsidP="00000000" w:rsidRDefault="00000000" w:rsidRPr="00000000" w14:paraId="00000046">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6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8. Sửa đổi hợp đồng và điều chỉnh lịch làm việc</w:t>
      </w:r>
    </w:p>
    <w:p w:rsidR="00000000" w:rsidDel="00000000" w:rsidP="00000000" w:rsidRDefault="00000000" w:rsidRPr="00000000" w14:paraId="00000047">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8.1. </w:t>
      </w:r>
      <w:r w:rsidDel="00000000" w:rsidR="00000000" w:rsidRPr="00000000">
        <w:rPr>
          <w:rFonts w:ascii="Times New Roman" w:cs="Times New Roman" w:eastAsia="Times New Roman" w:hAnsi="Times New Roman"/>
          <w:b w:val="0"/>
          <w:bCs w:val="0"/>
          <w:i w:val="0"/>
          <w:iCs w:val="0"/>
          <w:color w:val="000000"/>
          <w:sz w:val="21"/>
          <w:szCs w:val="21"/>
          <w:rtl w:val="0"/>
        </w:rPr>
        <w:t xml:space="preserve">Việc thay đổi công việc, nơi làm việc, thời giờ làm việc, tiền lương hoặc nội dung khác của hợp đồng được đề xuất và thỏa thuận theo thủ tục sửa đổi, bổ sung hợp đồng lao động quy định tại pháp luật hiện hành.</w:t>
      </w:r>
      <w:r w:rsidDel="00000000" w:rsidR="00000000" w:rsidRPr="00000000">
        <w:rPr>
          <w:rtl w:val="0"/>
        </w:rPr>
      </w:r>
    </w:p>
    <w:p w:rsidR="00000000" w:rsidDel="00000000" w:rsidP="00000000" w:rsidRDefault="00000000" w:rsidRPr="00000000" w14:paraId="00000048">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8.2. </w:t>
      </w:r>
      <w:r w:rsidDel="00000000" w:rsidR="00000000" w:rsidRPr="00000000">
        <w:rPr>
          <w:rFonts w:ascii="Times New Roman" w:cs="Times New Roman" w:eastAsia="Times New Roman" w:hAnsi="Times New Roman"/>
          <w:b w:val="0"/>
          <w:bCs w:val="0"/>
          <w:i w:val="0"/>
          <w:iCs w:val="0"/>
          <w:color w:val="000000"/>
          <w:sz w:val="21"/>
          <w:szCs w:val="21"/>
          <w:rtl w:val="0"/>
        </w:rPr>
        <w:t xml:space="preserve">Trường hợp phân ca trong khung giờ đã được thỏa thuận tại Điều 3 và Phụ lục 01 (nếu có), lịch ca cụ thể được thông báo và xác nhận theo cơ chế tại Điều 3. Thay đổi vượt ngoài phạm vi thỏa thuận cần sự đồng ý của hai bên, trừ trường hợp pháp luật có quy định khác.</w:t>
      </w:r>
      <w:r w:rsidDel="00000000" w:rsidR="00000000" w:rsidRPr="00000000">
        <w:rPr>
          <w:rtl w:val="0"/>
        </w:rPr>
      </w:r>
    </w:p>
    <w:p w:rsidR="00000000" w:rsidDel="00000000" w:rsidP="00000000" w:rsidRDefault="00000000" w:rsidRPr="00000000" w14:paraId="00000049">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6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9. Tạm hoãn và chấm dứt hợp đồng</w:t>
      </w:r>
    </w:p>
    <w:p w:rsidR="00000000" w:rsidDel="00000000" w:rsidP="00000000" w:rsidRDefault="00000000" w:rsidRPr="00000000" w14:paraId="0000004A">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9.1. </w:t>
      </w:r>
      <w:r w:rsidDel="00000000" w:rsidR="00000000" w:rsidRPr="00000000">
        <w:rPr>
          <w:rFonts w:ascii="Times New Roman" w:cs="Times New Roman" w:eastAsia="Times New Roman" w:hAnsi="Times New Roman"/>
          <w:b w:val="0"/>
          <w:bCs w:val="0"/>
          <w:i w:val="0"/>
          <w:iCs w:val="0"/>
          <w:color w:val="000000"/>
          <w:sz w:val="21"/>
          <w:szCs w:val="21"/>
          <w:rtl w:val="0"/>
        </w:rPr>
        <w:t xml:space="preserve">Các trường hợp tạm hoãn, chấm dứt hợp đồng; quyền đơn phương chấm dứt; thời hạn báo trước; nghĩa vụ bàn giao, thanh toán tiền lương và các khoản liên quan được thực hiện theo Bộ luật Lao động và pháp luật liên quan.</w:t>
      </w:r>
      <w:r w:rsidDel="00000000" w:rsidR="00000000" w:rsidRPr="00000000">
        <w:rPr>
          <w:rtl w:val="0"/>
        </w:rPr>
      </w:r>
    </w:p>
    <w:p w:rsidR="00000000" w:rsidDel="00000000" w:rsidP="00000000" w:rsidRDefault="00000000" w:rsidRPr="00000000" w14:paraId="0000004B">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9.2. </w:t>
      </w:r>
      <w:r w:rsidDel="00000000" w:rsidR="00000000" w:rsidRPr="00000000">
        <w:rPr>
          <w:rFonts w:ascii="Times New Roman" w:cs="Times New Roman" w:eastAsia="Times New Roman" w:hAnsi="Times New Roman"/>
          <w:b w:val="0"/>
          <w:bCs w:val="0"/>
          <w:i w:val="0"/>
          <w:iCs w:val="0"/>
          <w:color w:val="000000"/>
          <w:sz w:val="21"/>
          <w:szCs w:val="21"/>
          <w:rtl w:val="0"/>
        </w:rPr>
        <w:t xml:space="preserve">Việc Bên B làm việc không trọn thời gian không làm phát sinh quyền chấm dứt hợp đồng hoặc cắt giảm quyền lợi trái quy định pháp luật.</w:t>
      </w:r>
      <w:r w:rsidDel="00000000" w:rsidR="00000000" w:rsidRPr="00000000">
        <w:rPr>
          <w:rtl w:val="0"/>
        </w:rPr>
      </w:r>
    </w:p>
    <w:p w:rsidR="00000000" w:rsidDel="00000000" w:rsidP="00000000" w:rsidRDefault="00000000" w:rsidRPr="00000000" w14:paraId="0000004C">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6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Điều 10. Điều khoản thi hành</w:t>
      </w:r>
    </w:p>
    <w:p w:rsidR="00000000" w:rsidDel="00000000" w:rsidP="00000000" w:rsidRDefault="00000000" w:rsidRPr="00000000" w14:paraId="0000004D">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10.1. </w:t>
      </w:r>
      <w:r w:rsidDel="00000000" w:rsidR="00000000" w:rsidRPr="00000000">
        <w:rPr>
          <w:rFonts w:ascii="Times New Roman" w:cs="Times New Roman" w:eastAsia="Times New Roman" w:hAnsi="Times New Roman"/>
          <w:b w:val="0"/>
          <w:bCs w:val="0"/>
          <w:i w:val="0"/>
          <w:iCs w:val="0"/>
          <w:color w:val="000000"/>
          <w:sz w:val="21"/>
          <w:szCs w:val="21"/>
          <w:rtl w:val="0"/>
        </w:rPr>
        <w:t xml:space="preserve">Hai bên cam kết thông tin cung cấp là đúng, đã đọc, hiểu và tự nguyện thỏa thuận các điều khoản trong hợp đồng; các nội dung chưa được quy định áp dụng theo pháp luật hiện hành và các văn bản nội bộ hợp pháp đã được thông báo.</w:t>
      </w:r>
      <w:r w:rsidDel="00000000" w:rsidR="00000000" w:rsidRPr="00000000">
        <w:rPr>
          <w:rtl w:val="0"/>
        </w:rPr>
      </w:r>
    </w:p>
    <w:p w:rsidR="00000000" w:rsidDel="00000000" w:rsidP="00000000" w:rsidRDefault="00000000" w:rsidRPr="00000000" w14:paraId="0000004E">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10.2. </w:t>
      </w:r>
      <w:r w:rsidDel="00000000" w:rsidR="00000000" w:rsidRPr="00000000">
        <w:rPr>
          <w:rFonts w:ascii="Times New Roman" w:cs="Times New Roman" w:eastAsia="Times New Roman" w:hAnsi="Times New Roman"/>
          <w:b w:val="0"/>
          <w:bCs w:val="0"/>
          <w:i w:val="0"/>
          <w:iCs w:val="0"/>
          <w:color w:val="000000"/>
          <w:sz w:val="21"/>
          <w:szCs w:val="21"/>
          <w:rtl w:val="0"/>
        </w:rPr>
        <w:t xml:space="preserve">Phụ lục 01 về lịch làm việc (nếu được các bên ký/xác nhận áp dụng) là bộ phận của hợp đồng và không được trái với nội dung thỏa thuận tại hợp đồng hoặc pháp luật.</w:t>
      </w:r>
      <w:r w:rsidDel="00000000" w:rsidR="00000000" w:rsidRPr="00000000">
        <w:rPr>
          <w:rtl w:val="0"/>
        </w:rPr>
      </w:r>
    </w:p>
    <w:p w:rsidR="00000000" w:rsidDel="00000000" w:rsidP="00000000" w:rsidRDefault="00000000" w:rsidRPr="00000000" w14:paraId="0000004F">
      <w:pPr>
        <w:keepLines w:val="1"/>
        <w:spacing w:after="6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10.3. </w:t>
      </w:r>
      <w:r w:rsidDel="00000000" w:rsidR="00000000" w:rsidRPr="00000000">
        <w:rPr>
          <w:rFonts w:ascii="Times New Roman" w:cs="Times New Roman" w:eastAsia="Times New Roman" w:hAnsi="Times New Roman"/>
          <w:b w:val="0"/>
          <w:bCs w:val="0"/>
          <w:i w:val="0"/>
          <w:iCs w:val="0"/>
          <w:color w:val="000000"/>
          <w:sz w:val="21"/>
          <w:szCs w:val="21"/>
          <w:rtl w:val="0"/>
        </w:rPr>
        <w:t xml:space="preserve">Hợp đồng có hiệu lực từ ngày ...../...../..........; được lập thành 02 bản có giá trị như nhau, mỗi bên giữ 01 bản.</w:t>
      </w:r>
      <w:r w:rsidDel="00000000" w:rsidR="00000000" w:rsidRPr="00000000">
        <w:rPr>
          <w:rtl w:val="0"/>
        </w:rPr>
      </w:r>
    </w:p>
    <w:p w:rsidR="00000000" w:rsidDel="00000000" w:rsidP="00000000" w:rsidRDefault="00000000" w:rsidRPr="00000000" w14:paraId="00000050">
      <w:pPr>
        <w:spacing w:after="160" w:before="14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Hai bên ký và xác nhận dưới đây:</w:t>
      </w:r>
      <w:r w:rsidDel="00000000" w:rsidR="00000000" w:rsidRPr="00000000">
        <w:rPr>
          <w:rtl w:val="0"/>
        </w:rPr>
      </w:r>
    </w:p>
    <w:tbl>
      <w:tblPr>
        <w:tblStyle w:val="Table2"/>
        <w:tblW w:w="9298.0" w:type="dxa"/>
        <w:jc w:val="left"/>
        <w:tblInd w:w="-115.0" w:type="dxa"/>
        <w:tblLayout w:type="fixed"/>
        <w:tblLook w:val="0400"/>
      </w:tblPr>
      <w:tblGrid>
        <w:gridCol w:w="4649"/>
        <w:gridCol w:w="4649"/>
        <w:tblGridChange w:id="0">
          <w:tblGrid>
            <w:gridCol w:w="4649"/>
            <w:gridCol w:w="464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1">
            <w:pPr>
              <w:jc w:val="center"/>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ĐẠI DIỆN BÊN A</w:t>
            </w:r>
            <w:r w:rsidDel="00000000" w:rsidR="00000000" w:rsidRPr="00000000">
              <w:rPr>
                <w:rtl w:val="0"/>
              </w:rPr>
            </w:r>
          </w:p>
          <w:p w:rsidR="00000000" w:rsidDel="00000000" w:rsidP="00000000" w:rsidRDefault="00000000" w:rsidRPr="00000000" w14:paraId="00000052">
            <w:pPr>
              <w:jc w:val="center"/>
              <w:rPr>
                <w:color w:val="000000"/>
              </w:rPr>
            </w:pPr>
            <w:r w:rsidDel="00000000" w:rsidR="00000000" w:rsidRPr="00000000">
              <w:rPr>
                <w:rFonts w:ascii="Times New Roman" w:cs="Times New Roman" w:eastAsia="Times New Roman" w:hAnsi="Times New Roman"/>
                <w:b w:val="0"/>
                <w:bCs w:val="0"/>
                <w:i w:val="1"/>
                <w:iCs w:val="1"/>
                <w:color w:val="000000"/>
                <w:sz w:val="18"/>
                <w:szCs w:val="18"/>
                <w:rtl w:val="0"/>
              </w:rPr>
              <w:t xml:space="preserve">(Ký, ghi rõ họ tên, chức vụ; đóng dấu nếu có)</w:t>
            </w:r>
            <w:r w:rsidDel="00000000" w:rsidR="00000000" w:rsidRPr="00000000">
              <w:rPr>
                <w:rtl w:val="0"/>
              </w:rPr>
            </w:r>
          </w:p>
          <w:p w:rsidR="00000000" w:rsidDel="00000000" w:rsidP="00000000" w:rsidRDefault="00000000" w:rsidRPr="00000000" w14:paraId="00000053">
            <w:pPr>
              <w:spacing w:after="760" w:lineRule="auto"/>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4">
            <w:pPr>
              <w:jc w:val="center"/>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BÊN B – NGƯỜI LAO ĐỘNG</w:t>
            </w:r>
            <w:r w:rsidDel="00000000" w:rsidR="00000000" w:rsidRPr="00000000">
              <w:rPr>
                <w:rtl w:val="0"/>
              </w:rPr>
            </w:r>
          </w:p>
          <w:p w:rsidR="00000000" w:rsidDel="00000000" w:rsidP="00000000" w:rsidRDefault="00000000" w:rsidRPr="00000000" w14:paraId="00000055">
            <w:pPr>
              <w:jc w:val="center"/>
              <w:rPr>
                <w:color w:val="000000"/>
              </w:rPr>
            </w:pPr>
            <w:r w:rsidDel="00000000" w:rsidR="00000000" w:rsidRPr="00000000">
              <w:rPr>
                <w:rFonts w:ascii="Times New Roman" w:cs="Times New Roman" w:eastAsia="Times New Roman" w:hAnsi="Times New Roman"/>
                <w:b w:val="0"/>
                <w:bCs w:val="0"/>
                <w:i w:val="1"/>
                <w:iCs w:val="1"/>
                <w:color w:val="000000"/>
                <w:sz w:val="18"/>
                <w:szCs w:val="18"/>
                <w:rtl w:val="0"/>
              </w:rPr>
              <w:t xml:space="preserve">(Ký và ghi rõ họ tên)</w:t>
            </w:r>
            <w:r w:rsidDel="00000000" w:rsidR="00000000" w:rsidRPr="00000000">
              <w:rPr>
                <w:rtl w:val="0"/>
              </w:rPr>
            </w:r>
          </w:p>
          <w:p w:rsidR="00000000" w:rsidDel="00000000" w:rsidP="00000000" w:rsidRDefault="00000000" w:rsidRPr="00000000" w14:paraId="00000056">
            <w:pPr>
              <w:spacing w:after="760" w:lineRule="auto"/>
              <w:rPr>
                <w:color w:val="000000"/>
              </w:rPr>
            </w:pPr>
            <w:r w:rsidDel="00000000" w:rsidR="00000000" w:rsidRPr="00000000">
              <w:rPr>
                <w:rtl w:val="0"/>
              </w:rPr>
            </w:r>
          </w:p>
        </w:tc>
      </w:tr>
    </w:tbl>
    <w:p w:rsidR="00000000" w:rsidDel="00000000" w:rsidP="00000000" w:rsidRDefault="00000000" w:rsidRPr="00000000" w14:paraId="00000057">
      <w:pP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58">
      <w:pPr>
        <w:spacing w:after="40" w:before="0"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PHỤ LỤC 01</w:t>
      </w:r>
      <w:r w:rsidDel="00000000" w:rsidR="00000000" w:rsidRPr="00000000">
        <w:rPr>
          <w:rtl w:val="0"/>
        </w:rPr>
      </w:r>
    </w:p>
    <w:p w:rsidR="00000000" w:rsidDel="00000000" w:rsidP="00000000" w:rsidRDefault="00000000" w:rsidRPr="00000000" w14:paraId="00000059">
      <w:pPr>
        <w:spacing w:after="200" w:before="0" w:lineRule="auto"/>
        <w:jc w:val="center"/>
        <w:rPr>
          <w:color w:val="000000"/>
        </w:rPr>
      </w:pPr>
      <w:r w:rsidDel="00000000" w:rsidR="00000000" w:rsidRPr="00000000">
        <w:rPr>
          <w:rFonts w:ascii="Times New Roman" w:cs="Times New Roman" w:eastAsia="Times New Roman" w:hAnsi="Times New Roman"/>
          <w:b w:val="1"/>
          <w:bCs w:val="1"/>
          <w:i w:val="0"/>
          <w:iCs w:val="0"/>
          <w:color w:val="000000"/>
          <w:sz w:val="24"/>
          <w:szCs w:val="24"/>
          <w:rtl w:val="0"/>
        </w:rPr>
        <w:t xml:space="preserve">LỊCH LÀM VIỆC BÁN THỜI GIAN</w:t>
      </w:r>
      <w:r w:rsidDel="00000000" w:rsidR="00000000" w:rsidRPr="00000000">
        <w:rPr>
          <w:rtl w:val="0"/>
        </w:rPr>
      </w:r>
    </w:p>
    <w:p w:rsidR="00000000" w:rsidDel="00000000" w:rsidP="00000000" w:rsidRDefault="00000000" w:rsidRPr="00000000" w14:paraId="0000005A">
      <w:pPr>
        <w:spacing w:after="62"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Họ tên người lao động: </w:t>
      </w: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5B">
      <w:pPr>
        <w:spacing w:after="62"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Vị trí/bộ phận: </w:t>
      </w: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5C">
      <w:pPr>
        <w:spacing w:after="18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Áp dụng từ ngày: </w:t>
      </w:r>
      <w:r w:rsidDel="00000000" w:rsidR="00000000" w:rsidRPr="00000000">
        <w:rPr>
          <w:rFonts w:ascii="Times New Roman" w:cs="Times New Roman" w:eastAsia="Times New Roman" w:hAnsi="Times New Roman"/>
          <w:b w:val="0"/>
          <w:bCs w:val="0"/>
          <w:i w:val="0"/>
          <w:iCs w:val="0"/>
          <w:color w:val="000000"/>
          <w:sz w:val="21"/>
          <w:szCs w:val="21"/>
          <w:rtl w:val="0"/>
        </w:rPr>
        <w:t xml:space="preserve">...../...../..........    </w:t>
      </w:r>
      <w:r w:rsidDel="00000000" w:rsidR="00000000" w:rsidRPr="00000000">
        <w:rPr>
          <w:rFonts w:ascii="Times New Roman" w:cs="Times New Roman" w:eastAsia="Times New Roman" w:hAnsi="Times New Roman"/>
          <w:b w:val="1"/>
          <w:bCs w:val="1"/>
          <w:i w:val="0"/>
          <w:iCs w:val="0"/>
          <w:color w:val="000000"/>
          <w:sz w:val="21"/>
          <w:szCs w:val="21"/>
          <w:rtl w:val="0"/>
        </w:rPr>
        <w:t xml:space="preserve">Đến ngày: </w:t>
      </w:r>
      <w:r w:rsidDel="00000000" w:rsidR="00000000" w:rsidRPr="00000000">
        <w:rPr>
          <w:rFonts w:ascii="Times New Roman" w:cs="Times New Roman" w:eastAsia="Times New Roman" w:hAnsi="Times New Roman"/>
          <w:b w:val="0"/>
          <w:bCs w:val="0"/>
          <w:i w:val="0"/>
          <w:iCs w:val="0"/>
          <w:color w:val="000000"/>
          <w:sz w:val="21"/>
          <w:szCs w:val="21"/>
          <w:rtl w:val="0"/>
        </w:rPr>
        <w:t xml:space="preserve">...../...../.......... (nếu có).</w:t>
      </w:r>
      <w:r w:rsidDel="00000000" w:rsidR="00000000" w:rsidRPr="00000000">
        <w:rPr>
          <w:rtl w:val="0"/>
        </w:rPr>
      </w:r>
    </w:p>
    <w:p w:rsidR="00000000" w:rsidDel="00000000" w:rsidP="00000000" w:rsidRDefault="00000000" w:rsidRPr="00000000" w14:paraId="0000005D">
      <w:pPr>
        <w:spacing w:after="140" w:before="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Các bên lựa chọn và điền thời giờ làm việc dự kiến. Trường hợp làm việc theo ca linh hoạt, bổ sung quy tắc phân ca dưới bảng.</w:t>
      </w:r>
      <w:r w:rsidDel="00000000" w:rsidR="00000000" w:rsidRPr="00000000">
        <w:rPr>
          <w:rtl w:val="0"/>
        </w:rPr>
      </w:r>
    </w:p>
    <w:tbl>
      <w:tblPr>
        <w:tblStyle w:val="Table3"/>
        <w:tblW w:w="93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29"/>
        <w:gridCol w:w="1729"/>
        <w:gridCol w:w="1729"/>
        <w:gridCol w:w="1729"/>
        <w:gridCol w:w="2409"/>
        <w:tblGridChange w:id="0">
          <w:tblGrid>
            <w:gridCol w:w="1729"/>
            <w:gridCol w:w="1729"/>
            <w:gridCol w:w="1729"/>
            <w:gridCol w:w="1729"/>
            <w:gridCol w:w="2409"/>
          </w:tblGrid>
        </w:tblGridChange>
      </w:tblGrid>
      <w:tr>
        <w:trPr>
          <w:cantSplit w:val="1"/>
          <w:tblHeader w:val="1"/>
        </w:trPr>
        <w:tc>
          <w:tcPr>
            <w:shd w:fill="ecf0f4" w:val="clear"/>
          </w:tcPr>
          <w:p w:rsidR="00000000" w:rsidDel="00000000" w:rsidP="00000000" w:rsidRDefault="00000000" w:rsidRPr="00000000" w14:paraId="0000005E">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Ngày</w:t>
            </w:r>
            <w:r w:rsidDel="00000000" w:rsidR="00000000" w:rsidRPr="00000000">
              <w:rPr>
                <w:rtl w:val="0"/>
              </w:rPr>
            </w:r>
          </w:p>
        </w:tc>
        <w:tc>
          <w:tcPr>
            <w:shd w:fill="ecf0f4" w:val="clear"/>
          </w:tcPr>
          <w:p w:rsidR="00000000" w:rsidDel="00000000" w:rsidP="00000000" w:rsidRDefault="00000000" w:rsidRPr="00000000" w14:paraId="0000005F">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Giờ bắt đầu</w:t>
            </w:r>
            <w:r w:rsidDel="00000000" w:rsidR="00000000" w:rsidRPr="00000000">
              <w:rPr>
                <w:rtl w:val="0"/>
              </w:rPr>
            </w:r>
          </w:p>
        </w:tc>
        <w:tc>
          <w:tcPr>
            <w:shd w:fill="ecf0f4" w:val="clear"/>
          </w:tcPr>
          <w:p w:rsidR="00000000" w:rsidDel="00000000" w:rsidP="00000000" w:rsidRDefault="00000000" w:rsidRPr="00000000" w14:paraId="00000060">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Giờ kết thúc</w:t>
            </w:r>
            <w:r w:rsidDel="00000000" w:rsidR="00000000" w:rsidRPr="00000000">
              <w:rPr>
                <w:rtl w:val="0"/>
              </w:rPr>
            </w:r>
          </w:p>
        </w:tc>
        <w:tc>
          <w:tcPr>
            <w:shd w:fill="ecf0f4" w:val="clear"/>
          </w:tcPr>
          <w:p w:rsidR="00000000" w:rsidDel="00000000" w:rsidP="00000000" w:rsidRDefault="00000000" w:rsidRPr="00000000" w14:paraId="00000061">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Nghỉ giữa ca</w:t>
            </w:r>
            <w:r w:rsidDel="00000000" w:rsidR="00000000" w:rsidRPr="00000000">
              <w:rPr>
                <w:rtl w:val="0"/>
              </w:rPr>
            </w:r>
          </w:p>
        </w:tc>
        <w:tc>
          <w:tcPr>
            <w:shd w:fill="ecf0f4" w:val="clear"/>
          </w:tcPr>
          <w:p w:rsidR="00000000" w:rsidDel="00000000" w:rsidP="00000000" w:rsidRDefault="00000000" w:rsidRPr="00000000" w14:paraId="00000062">
            <w:pPr>
              <w:spacing w:after="40" w:before="40" w:lineRule="auto"/>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Số giờ dự kiến</w:t>
            </w:r>
            <w:r w:rsidDel="00000000" w:rsidR="00000000" w:rsidRPr="00000000">
              <w:rPr>
                <w:rtl w:val="0"/>
              </w:rPr>
            </w:r>
          </w:p>
        </w:tc>
      </w:tr>
      <w:tr>
        <w:trPr>
          <w:cantSplit w:val="1"/>
          <w:tblHeader w:val="0"/>
        </w:trPr>
        <w:tc>
          <w:tcPr/>
          <w:p w:rsidR="00000000" w:rsidDel="00000000" w:rsidP="00000000" w:rsidRDefault="00000000" w:rsidRPr="00000000" w14:paraId="00000063">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Thứ Hai</w:t>
            </w:r>
            <w:r w:rsidDel="00000000" w:rsidR="00000000" w:rsidRPr="00000000">
              <w:rPr>
                <w:rtl w:val="0"/>
              </w:rPr>
            </w:r>
          </w:p>
        </w:tc>
        <w:tc>
          <w:tcPr/>
          <w:p w:rsidR="00000000" w:rsidDel="00000000" w:rsidP="00000000" w:rsidRDefault="00000000" w:rsidRPr="00000000" w14:paraId="00000064">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65">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66">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67">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r>
      <w:tr>
        <w:trPr>
          <w:cantSplit w:val="1"/>
          <w:tblHeader w:val="0"/>
        </w:trPr>
        <w:tc>
          <w:tcPr>
            <w:shd w:fill="fafbfc" w:val="clear"/>
          </w:tcPr>
          <w:p w:rsidR="00000000" w:rsidDel="00000000" w:rsidP="00000000" w:rsidRDefault="00000000" w:rsidRPr="00000000" w14:paraId="00000068">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Thứ Ba</w:t>
            </w:r>
            <w:r w:rsidDel="00000000" w:rsidR="00000000" w:rsidRPr="00000000">
              <w:rPr>
                <w:rtl w:val="0"/>
              </w:rPr>
            </w:r>
          </w:p>
        </w:tc>
        <w:tc>
          <w:tcPr>
            <w:shd w:fill="fafbfc" w:val="clear"/>
          </w:tcPr>
          <w:p w:rsidR="00000000" w:rsidDel="00000000" w:rsidP="00000000" w:rsidRDefault="00000000" w:rsidRPr="00000000" w14:paraId="00000069">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shd w:fill="fafbfc" w:val="clear"/>
          </w:tcPr>
          <w:p w:rsidR="00000000" w:rsidDel="00000000" w:rsidP="00000000" w:rsidRDefault="00000000" w:rsidRPr="00000000" w14:paraId="0000006A">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shd w:fill="fafbfc" w:val="clear"/>
          </w:tcPr>
          <w:p w:rsidR="00000000" w:rsidDel="00000000" w:rsidP="00000000" w:rsidRDefault="00000000" w:rsidRPr="00000000" w14:paraId="0000006B">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shd w:fill="fafbfc" w:val="clear"/>
          </w:tcPr>
          <w:p w:rsidR="00000000" w:rsidDel="00000000" w:rsidP="00000000" w:rsidRDefault="00000000" w:rsidRPr="00000000" w14:paraId="0000006C">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r>
      <w:tr>
        <w:trPr>
          <w:cantSplit w:val="1"/>
          <w:tblHeader w:val="0"/>
        </w:trPr>
        <w:tc>
          <w:tcPr/>
          <w:p w:rsidR="00000000" w:rsidDel="00000000" w:rsidP="00000000" w:rsidRDefault="00000000" w:rsidRPr="00000000" w14:paraId="0000006D">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Thứ Tư</w:t>
            </w:r>
            <w:r w:rsidDel="00000000" w:rsidR="00000000" w:rsidRPr="00000000">
              <w:rPr>
                <w:rtl w:val="0"/>
              </w:rPr>
            </w:r>
          </w:p>
        </w:tc>
        <w:tc>
          <w:tcPr/>
          <w:p w:rsidR="00000000" w:rsidDel="00000000" w:rsidP="00000000" w:rsidRDefault="00000000" w:rsidRPr="00000000" w14:paraId="0000006E">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6F">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70">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71">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r>
      <w:tr>
        <w:trPr>
          <w:cantSplit w:val="1"/>
          <w:tblHeader w:val="0"/>
        </w:trPr>
        <w:tc>
          <w:tcPr>
            <w:shd w:fill="fafbfc" w:val="clear"/>
          </w:tcPr>
          <w:p w:rsidR="00000000" w:rsidDel="00000000" w:rsidP="00000000" w:rsidRDefault="00000000" w:rsidRPr="00000000" w14:paraId="00000072">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Thứ Năm</w:t>
            </w:r>
            <w:r w:rsidDel="00000000" w:rsidR="00000000" w:rsidRPr="00000000">
              <w:rPr>
                <w:rtl w:val="0"/>
              </w:rPr>
            </w:r>
          </w:p>
        </w:tc>
        <w:tc>
          <w:tcPr>
            <w:shd w:fill="fafbfc" w:val="clear"/>
          </w:tcPr>
          <w:p w:rsidR="00000000" w:rsidDel="00000000" w:rsidP="00000000" w:rsidRDefault="00000000" w:rsidRPr="00000000" w14:paraId="00000073">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shd w:fill="fafbfc" w:val="clear"/>
          </w:tcPr>
          <w:p w:rsidR="00000000" w:rsidDel="00000000" w:rsidP="00000000" w:rsidRDefault="00000000" w:rsidRPr="00000000" w14:paraId="00000074">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shd w:fill="fafbfc" w:val="clear"/>
          </w:tcPr>
          <w:p w:rsidR="00000000" w:rsidDel="00000000" w:rsidP="00000000" w:rsidRDefault="00000000" w:rsidRPr="00000000" w14:paraId="00000075">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shd w:fill="fafbfc" w:val="clear"/>
          </w:tcPr>
          <w:p w:rsidR="00000000" w:rsidDel="00000000" w:rsidP="00000000" w:rsidRDefault="00000000" w:rsidRPr="00000000" w14:paraId="00000076">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r>
      <w:tr>
        <w:trPr>
          <w:cantSplit w:val="1"/>
          <w:tblHeader w:val="0"/>
        </w:trPr>
        <w:tc>
          <w:tcPr/>
          <w:p w:rsidR="00000000" w:rsidDel="00000000" w:rsidP="00000000" w:rsidRDefault="00000000" w:rsidRPr="00000000" w14:paraId="00000077">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Thứ Sáu</w:t>
            </w:r>
            <w:r w:rsidDel="00000000" w:rsidR="00000000" w:rsidRPr="00000000">
              <w:rPr>
                <w:rtl w:val="0"/>
              </w:rPr>
            </w:r>
          </w:p>
        </w:tc>
        <w:tc>
          <w:tcPr/>
          <w:p w:rsidR="00000000" w:rsidDel="00000000" w:rsidP="00000000" w:rsidRDefault="00000000" w:rsidRPr="00000000" w14:paraId="00000078">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79">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7A">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7B">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r>
      <w:tr>
        <w:trPr>
          <w:cantSplit w:val="1"/>
          <w:tblHeader w:val="0"/>
        </w:trPr>
        <w:tc>
          <w:tcPr>
            <w:shd w:fill="fafbfc" w:val="clear"/>
          </w:tcPr>
          <w:p w:rsidR="00000000" w:rsidDel="00000000" w:rsidP="00000000" w:rsidRDefault="00000000" w:rsidRPr="00000000" w14:paraId="0000007C">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Thứ Bảy</w:t>
            </w:r>
            <w:r w:rsidDel="00000000" w:rsidR="00000000" w:rsidRPr="00000000">
              <w:rPr>
                <w:rtl w:val="0"/>
              </w:rPr>
            </w:r>
          </w:p>
        </w:tc>
        <w:tc>
          <w:tcPr>
            <w:shd w:fill="fafbfc" w:val="clear"/>
          </w:tcPr>
          <w:p w:rsidR="00000000" w:rsidDel="00000000" w:rsidP="00000000" w:rsidRDefault="00000000" w:rsidRPr="00000000" w14:paraId="0000007D">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shd w:fill="fafbfc" w:val="clear"/>
          </w:tcPr>
          <w:p w:rsidR="00000000" w:rsidDel="00000000" w:rsidP="00000000" w:rsidRDefault="00000000" w:rsidRPr="00000000" w14:paraId="0000007E">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shd w:fill="fafbfc" w:val="clear"/>
          </w:tcPr>
          <w:p w:rsidR="00000000" w:rsidDel="00000000" w:rsidP="00000000" w:rsidRDefault="00000000" w:rsidRPr="00000000" w14:paraId="0000007F">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shd w:fill="fafbfc" w:val="clear"/>
          </w:tcPr>
          <w:p w:rsidR="00000000" w:rsidDel="00000000" w:rsidP="00000000" w:rsidRDefault="00000000" w:rsidRPr="00000000" w14:paraId="00000080">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r>
      <w:tr>
        <w:trPr>
          <w:cantSplit w:val="1"/>
          <w:tblHeader w:val="0"/>
        </w:trPr>
        <w:tc>
          <w:tcPr/>
          <w:p w:rsidR="00000000" w:rsidDel="00000000" w:rsidP="00000000" w:rsidRDefault="00000000" w:rsidRPr="00000000" w14:paraId="00000081">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Chủ nhật</w:t>
            </w:r>
            <w:r w:rsidDel="00000000" w:rsidR="00000000" w:rsidRPr="00000000">
              <w:rPr>
                <w:rtl w:val="0"/>
              </w:rPr>
            </w:r>
          </w:p>
        </w:tc>
        <w:tc>
          <w:tcPr/>
          <w:p w:rsidR="00000000" w:rsidDel="00000000" w:rsidP="00000000" w:rsidRDefault="00000000" w:rsidRPr="00000000" w14:paraId="00000082">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83">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84">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c>
          <w:tcPr/>
          <w:p w:rsidR="00000000" w:rsidDel="00000000" w:rsidP="00000000" w:rsidRDefault="00000000" w:rsidRPr="00000000" w14:paraId="00000085">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r>
      <w:tr>
        <w:trPr>
          <w:cantSplit w:val="1"/>
          <w:tblHeader w:val="0"/>
        </w:trPr>
        <w:tc>
          <w:tcPr>
            <w:shd w:fill="fafbfc" w:val="clear"/>
          </w:tcPr>
          <w:p w:rsidR="00000000" w:rsidDel="00000000" w:rsidP="00000000" w:rsidRDefault="00000000" w:rsidRPr="00000000" w14:paraId="00000086">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Tổng giờ/tuần</w:t>
            </w:r>
            <w:r w:rsidDel="00000000" w:rsidR="00000000" w:rsidRPr="00000000">
              <w:rPr>
                <w:rtl w:val="0"/>
              </w:rPr>
            </w:r>
          </w:p>
        </w:tc>
        <w:tc>
          <w:tcPr>
            <w:shd w:fill="fafbfc" w:val="clear"/>
          </w:tcPr>
          <w:p w:rsidR="00000000" w:rsidDel="00000000" w:rsidP="00000000" w:rsidRDefault="00000000" w:rsidRPr="00000000" w14:paraId="00000087">
            <w:pPr>
              <w:spacing w:after="40" w:before="40" w:lineRule="auto"/>
              <w:rPr>
                <w:color w:val="000000"/>
              </w:rPr>
            </w:pPr>
            <w:r w:rsidDel="00000000" w:rsidR="00000000" w:rsidRPr="00000000">
              <w:rPr>
                <w:rtl w:val="0"/>
              </w:rPr>
            </w:r>
          </w:p>
        </w:tc>
        <w:tc>
          <w:tcPr>
            <w:shd w:fill="fafbfc" w:val="clear"/>
          </w:tcPr>
          <w:p w:rsidR="00000000" w:rsidDel="00000000" w:rsidP="00000000" w:rsidRDefault="00000000" w:rsidRPr="00000000" w14:paraId="00000088">
            <w:pPr>
              <w:spacing w:after="40" w:before="40" w:lineRule="auto"/>
              <w:rPr>
                <w:color w:val="000000"/>
              </w:rPr>
            </w:pPr>
            <w:r w:rsidDel="00000000" w:rsidR="00000000" w:rsidRPr="00000000">
              <w:rPr>
                <w:rtl w:val="0"/>
              </w:rPr>
            </w:r>
          </w:p>
        </w:tc>
        <w:tc>
          <w:tcPr>
            <w:shd w:fill="fafbfc" w:val="clear"/>
          </w:tcPr>
          <w:p w:rsidR="00000000" w:rsidDel="00000000" w:rsidP="00000000" w:rsidRDefault="00000000" w:rsidRPr="00000000" w14:paraId="00000089">
            <w:pPr>
              <w:spacing w:after="40" w:before="40" w:lineRule="auto"/>
              <w:rPr>
                <w:color w:val="000000"/>
              </w:rPr>
            </w:pPr>
            <w:r w:rsidDel="00000000" w:rsidR="00000000" w:rsidRPr="00000000">
              <w:rPr>
                <w:rtl w:val="0"/>
              </w:rPr>
            </w:r>
          </w:p>
        </w:tc>
        <w:tc>
          <w:tcPr>
            <w:shd w:fill="fafbfc" w:val="clear"/>
          </w:tcPr>
          <w:p w:rsidR="00000000" w:rsidDel="00000000" w:rsidP="00000000" w:rsidRDefault="00000000" w:rsidRPr="00000000" w14:paraId="0000008A">
            <w:pPr>
              <w:spacing w:after="40" w:before="40" w:lineRule="auto"/>
              <w:rPr>
                <w:color w:val="000000"/>
              </w:rPr>
            </w:pPr>
            <w:r w:rsidDel="00000000" w:rsidR="00000000" w:rsidRPr="00000000">
              <w:rPr>
                <w:rFonts w:ascii="Times New Roman" w:cs="Times New Roman" w:eastAsia="Times New Roman" w:hAnsi="Times New Roman"/>
                <w:b w:val="0"/>
                <w:bCs w:val="0"/>
                <w:i w:val="0"/>
                <w:iCs w:val="0"/>
                <w:color w:val="000000"/>
                <w:sz w:val="20"/>
                <w:szCs w:val="20"/>
                <w:rtl w:val="0"/>
              </w:rPr>
              <w:t xml:space="preserve">........</w:t>
            </w:r>
            <w:r w:rsidDel="00000000" w:rsidR="00000000" w:rsidRPr="00000000">
              <w:rPr>
                <w:rtl w:val="0"/>
              </w:rPr>
            </w:r>
          </w:p>
        </w:tc>
      </w:tr>
    </w:tbl>
    <w:p w:rsidR="00000000" w:rsidDel="00000000" w:rsidP="00000000" w:rsidRDefault="00000000" w:rsidRPr="00000000" w14:paraId="0000008B">
      <w:pPr>
        <w:spacing w:after="62" w:before="18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Cơ chế phân ca (nếu có): </w:t>
      </w: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8C">
      <w:pPr>
        <w:spacing w:after="62" w:before="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8D">
      <w:pPr>
        <w:spacing w:after="62"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Kênh thông báo/xác nhận lịch: </w:t>
      </w: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8E">
      <w:pPr>
        <w:spacing w:after="62"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Giới hạn thay đổi lịch đã thỏa thuận: </w:t>
      </w: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8F">
      <w:pPr>
        <w:spacing w:after="180" w:before="0" w:lineRule="auto"/>
        <w:rPr>
          <w:color w:val="000000"/>
        </w:rPr>
      </w:pPr>
      <w:r w:rsidDel="00000000" w:rsidR="00000000" w:rsidRPr="00000000">
        <w:rPr>
          <w:rFonts w:ascii="Times New Roman" w:cs="Times New Roman" w:eastAsia="Times New Roman" w:hAnsi="Times New Roman"/>
          <w:b w:val="1"/>
          <w:bCs w:val="1"/>
          <w:i w:val="0"/>
          <w:iCs w:val="0"/>
          <w:color w:val="000000"/>
          <w:sz w:val="21"/>
          <w:szCs w:val="21"/>
          <w:rtl w:val="0"/>
        </w:rPr>
        <w:t xml:space="preserve">Hình thức chấm công và đối chiếu: </w:t>
      </w:r>
      <w:r w:rsidDel="00000000" w:rsidR="00000000" w:rsidRPr="00000000">
        <w:rPr>
          <w:rFonts w:ascii="Times New Roman" w:cs="Times New Roman" w:eastAsia="Times New Roman" w:hAnsi="Times New Roman"/>
          <w:b w:val="0"/>
          <w:bCs w:val="0"/>
          <w:i w:val="0"/>
          <w:iCs w:val="0"/>
          <w:color w:val="000000"/>
          <w:sz w:val="21"/>
          <w:szCs w:val="21"/>
          <w:rtl w:val="0"/>
        </w:rPr>
        <w:t xml:space="preserve">............................................................................</w:t>
      </w:r>
      <w:r w:rsidDel="00000000" w:rsidR="00000000" w:rsidRPr="00000000">
        <w:rPr>
          <w:rtl w:val="0"/>
        </w:rPr>
      </w:r>
    </w:p>
    <w:p w:rsidR="00000000" w:rsidDel="00000000" w:rsidP="00000000" w:rsidRDefault="00000000" w:rsidRPr="00000000" w14:paraId="00000090">
      <w:pPr>
        <w:spacing w:after="240" w:before="0" w:lineRule="auto"/>
        <w:rPr>
          <w:color w:val="000000"/>
        </w:rPr>
      </w:pPr>
      <w:r w:rsidDel="00000000" w:rsidR="00000000" w:rsidRPr="00000000">
        <w:rPr>
          <w:rFonts w:ascii="Times New Roman" w:cs="Times New Roman" w:eastAsia="Times New Roman" w:hAnsi="Times New Roman"/>
          <w:b w:val="0"/>
          <w:bCs w:val="0"/>
          <w:i w:val="0"/>
          <w:iCs w:val="0"/>
          <w:color w:val="000000"/>
          <w:sz w:val="21"/>
          <w:szCs w:val="21"/>
          <w:rtl w:val="0"/>
        </w:rPr>
        <w:t xml:space="preserve">Lưu ý: Phụ lục này chỉ có giá trị áp dụng khi hai bên hoàn thiện và xác nhận. Lịch làm không được loại trừ các quyền nghỉ ngơi, tiền lương và bảo hiểm bắt buộc theo pháp luật.</w:t>
      </w:r>
      <w:r w:rsidDel="00000000" w:rsidR="00000000" w:rsidRPr="00000000">
        <w:rPr>
          <w:rtl w:val="0"/>
        </w:rPr>
      </w:r>
    </w:p>
    <w:tbl>
      <w:tblPr>
        <w:tblStyle w:val="Table4"/>
        <w:tblW w:w="9298.0" w:type="dxa"/>
        <w:jc w:val="left"/>
        <w:tblInd w:w="-115.0" w:type="dxa"/>
        <w:tblLayout w:type="fixed"/>
        <w:tblLook w:val="0400"/>
      </w:tblPr>
      <w:tblGrid>
        <w:gridCol w:w="4649"/>
        <w:gridCol w:w="4649"/>
        <w:tblGridChange w:id="0">
          <w:tblGrid>
            <w:gridCol w:w="4649"/>
            <w:gridCol w:w="464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1">
            <w:pPr>
              <w:jc w:val="center"/>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ĐẠI DIỆN BÊN A</w:t>
            </w:r>
            <w:r w:rsidDel="00000000" w:rsidR="00000000" w:rsidRPr="00000000">
              <w:rPr>
                <w:rtl w:val="0"/>
              </w:rPr>
            </w:r>
          </w:p>
          <w:p w:rsidR="00000000" w:rsidDel="00000000" w:rsidP="00000000" w:rsidRDefault="00000000" w:rsidRPr="00000000" w14:paraId="00000092">
            <w:pPr>
              <w:jc w:val="center"/>
              <w:rPr>
                <w:color w:val="000000"/>
              </w:rPr>
            </w:pPr>
            <w:r w:rsidDel="00000000" w:rsidR="00000000" w:rsidRPr="00000000">
              <w:rPr>
                <w:rFonts w:ascii="Times New Roman" w:cs="Times New Roman" w:eastAsia="Times New Roman" w:hAnsi="Times New Roman"/>
                <w:b w:val="0"/>
                <w:bCs w:val="0"/>
                <w:i w:val="1"/>
                <w:iCs w:val="1"/>
                <w:color w:val="000000"/>
                <w:sz w:val="18"/>
                <w:szCs w:val="18"/>
                <w:rtl w:val="0"/>
              </w:rPr>
              <w:t xml:space="preserve">(Ký, ghi rõ họ tên)</w:t>
            </w:r>
            <w:r w:rsidDel="00000000" w:rsidR="00000000" w:rsidRPr="00000000">
              <w:rPr>
                <w:rtl w:val="0"/>
              </w:rPr>
            </w:r>
          </w:p>
          <w:p w:rsidR="00000000" w:rsidDel="00000000" w:rsidP="00000000" w:rsidRDefault="00000000" w:rsidRPr="00000000" w14:paraId="00000093">
            <w:pPr>
              <w:spacing w:after="600" w:lineRule="auto"/>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4">
            <w:pPr>
              <w:jc w:val="center"/>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BÊN B – NGƯỜI LAO ĐỘNG</w:t>
            </w:r>
            <w:r w:rsidDel="00000000" w:rsidR="00000000" w:rsidRPr="00000000">
              <w:rPr>
                <w:rtl w:val="0"/>
              </w:rPr>
            </w:r>
          </w:p>
          <w:p w:rsidR="00000000" w:rsidDel="00000000" w:rsidP="00000000" w:rsidRDefault="00000000" w:rsidRPr="00000000" w14:paraId="00000095">
            <w:pPr>
              <w:jc w:val="center"/>
              <w:rPr>
                <w:color w:val="000000"/>
              </w:rPr>
            </w:pPr>
            <w:r w:rsidDel="00000000" w:rsidR="00000000" w:rsidRPr="00000000">
              <w:rPr>
                <w:rFonts w:ascii="Times New Roman" w:cs="Times New Roman" w:eastAsia="Times New Roman" w:hAnsi="Times New Roman"/>
                <w:b w:val="0"/>
                <w:bCs w:val="0"/>
                <w:i w:val="1"/>
                <w:iCs w:val="1"/>
                <w:color w:val="000000"/>
                <w:sz w:val="18"/>
                <w:szCs w:val="18"/>
                <w:rtl w:val="0"/>
              </w:rPr>
              <w:t xml:space="preserve">(Ký, ghi rõ họ tên)</w:t>
            </w:r>
            <w:r w:rsidDel="00000000" w:rsidR="00000000" w:rsidRPr="00000000">
              <w:rPr>
                <w:rtl w:val="0"/>
              </w:rPr>
            </w:r>
          </w:p>
          <w:p w:rsidR="00000000" w:rsidDel="00000000" w:rsidP="00000000" w:rsidRDefault="00000000" w:rsidRPr="00000000" w14:paraId="00000096">
            <w:pPr>
              <w:spacing w:after="600" w:lineRule="auto"/>
              <w:rPr>
                <w:color w:val="000000"/>
              </w:rPr>
            </w:pPr>
            <w:r w:rsidDel="00000000" w:rsidR="00000000" w:rsidRPr="00000000">
              <w:rPr>
                <w:rtl w:val="0"/>
              </w:rPr>
            </w:r>
          </w:p>
        </w:tc>
      </w:tr>
    </w:tbl>
    <w:p w:rsidR="00000000" w:rsidDel="00000000" w:rsidP="00000000" w:rsidRDefault="00000000" w:rsidRPr="00000000" w14:paraId="00000097">
      <w:pPr>
        <w:spacing w:after="60" w:before="280" w:lineRule="auto"/>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LƯU Ý KHI HOÀN THIỆN BIỂU MẪU</w:t>
      </w:r>
      <w:r w:rsidDel="00000000" w:rsidR="00000000" w:rsidRPr="00000000">
        <w:rPr>
          <w:rtl w:val="0"/>
        </w:rPr>
      </w:r>
    </w:p>
    <w:p w:rsidR="00000000" w:rsidDel="00000000" w:rsidP="00000000" w:rsidRDefault="00000000" w:rsidRPr="00000000" w14:paraId="00000098">
      <w:pPr>
        <w:spacing w:after="60" w:lineRule="auto"/>
        <w:ind w:left="283" w:hanging="170"/>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  </w:t>
      </w:r>
      <w:r w:rsidDel="00000000" w:rsidR="00000000" w:rsidRPr="00000000">
        <w:rPr>
          <w:rFonts w:ascii="Times New Roman" w:cs="Times New Roman" w:eastAsia="Times New Roman" w:hAnsi="Times New Roman"/>
          <w:b w:val="0"/>
          <w:bCs w:val="0"/>
          <w:i w:val="0"/>
          <w:iCs w:val="0"/>
          <w:color w:val="000000"/>
          <w:sz w:val="20"/>
          <w:szCs w:val="20"/>
          <w:rtl w:val="0"/>
        </w:rPr>
        <w:t xml:space="preserve">Kiểm tra năng lực, thẩm quyền người ký và điều kiện đối với người lao động chưa thành niên, người lao động nước ngoài hoặc nhóm công việc đặc thù (nếu phát sinh).</w:t>
      </w:r>
      <w:r w:rsidDel="00000000" w:rsidR="00000000" w:rsidRPr="00000000">
        <w:rPr>
          <w:rtl w:val="0"/>
        </w:rPr>
      </w:r>
    </w:p>
    <w:p w:rsidR="00000000" w:rsidDel="00000000" w:rsidP="00000000" w:rsidRDefault="00000000" w:rsidRPr="00000000" w14:paraId="00000099">
      <w:pPr>
        <w:spacing w:after="60" w:lineRule="auto"/>
        <w:ind w:left="283" w:hanging="170"/>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  </w:t>
      </w:r>
      <w:r w:rsidDel="00000000" w:rsidR="00000000" w:rsidRPr="00000000">
        <w:rPr>
          <w:rFonts w:ascii="Times New Roman" w:cs="Times New Roman" w:eastAsia="Times New Roman" w:hAnsi="Times New Roman"/>
          <w:b w:val="0"/>
          <w:bCs w:val="0"/>
          <w:i w:val="0"/>
          <w:iCs w:val="0"/>
          <w:color w:val="000000"/>
          <w:sz w:val="20"/>
          <w:szCs w:val="20"/>
          <w:rtl w:val="0"/>
        </w:rPr>
        <w:t xml:space="preserve">Ghi rõ loại hợp đồng xác định thời hạn/không xác định thời hạn; “bán thời gian” là hình thức bố trí thời giờ làm việc, không thay thế phân loại thời hạn hợp đồng.</w:t>
      </w:r>
      <w:r w:rsidDel="00000000" w:rsidR="00000000" w:rsidRPr="00000000">
        <w:rPr>
          <w:rtl w:val="0"/>
        </w:rPr>
      </w:r>
    </w:p>
    <w:p w:rsidR="00000000" w:rsidDel="00000000" w:rsidP="00000000" w:rsidRDefault="00000000" w:rsidRPr="00000000" w14:paraId="0000009A">
      <w:pPr>
        <w:spacing w:after="60" w:lineRule="auto"/>
        <w:ind w:left="283" w:hanging="170"/>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  </w:t>
      </w:r>
      <w:r w:rsidDel="00000000" w:rsidR="00000000" w:rsidRPr="00000000">
        <w:rPr>
          <w:rFonts w:ascii="Times New Roman" w:cs="Times New Roman" w:eastAsia="Times New Roman" w:hAnsi="Times New Roman"/>
          <w:b w:val="0"/>
          <w:bCs w:val="0"/>
          <w:i w:val="0"/>
          <w:iCs w:val="0"/>
          <w:color w:val="000000"/>
          <w:sz w:val="20"/>
          <w:szCs w:val="20"/>
          <w:rtl w:val="0"/>
        </w:rPr>
        <w:t xml:space="preserve">Đối chiếu lương tối thiểu tháng/giờ theo địa bàn, thời điểm áp dụng; xác định nghĩa vụ bảo hiểm theo hồ sơ và điều kiện thực tế của người lao động.</w:t>
      </w:r>
      <w:r w:rsidDel="00000000" w:rsidR="00000000" w:rsidRPr="00000000">
        <w:rPr>
          <w:rtl w:val="0"/>
        </w:rPr>
      </w:r>
    </w:p>
    <w:p w:rsidR="00000000" w:rsidDel="00000000" w:rsidP="00000000" w:rsidRDefault="00000000" w:rsidRPr="00000000" w14:paraId="0000009B">
      <w:pPr>
        <w:spacing w:after="60" w:lineRule="auto"/>
        <w:ind w:left="283" w:hanging="170"/>
        <w:rPr>
          <w:color w:val="000000"/>
        </w:rPr>
      </w:pPr>
      <w:r w:rsidDel="00000000" w:rsidR="00000000" w:rsidRPr="00000000">
        <w:rPr>
          <w:rFonts w:ascii="Times New Roman" w:cs="Times New Roman" w:eastAsia="Times New Roman" w:hAnsi="Times New Roman"/>
          <w:b w:val="1"/>
          <w:bCs w:val="1"/>
          <w:i w:val="0"/>
          <w:iCs w:val="0"/>
          <w:color w:val="000000"/>
          <w:sz w:val="20"/>
          <w:szCs w:val="20"/>
          <w:rtl w:val="0"/>
        </w:rPr>
        <w:t xml:space="preserve">•  </w:t>
      </w:r>
      <w:r w:rsidDel="00000000" w:rsidR="00000000" w:rsidRPr="00000000">
        <w:rPr>
          <w:rFonts w:ascii="Times New Roman" w:cs="Times New Roman" w:eastAsia="Times New Roman" w:hAnsi="Times New Roman"/>
          <w:b w:val="0"/>
          <w:bCs w:val="0"/>
          <w:i w:val="0"/>
          <w:iCs w:val="0"/>
          <w:color w:val="000000"/>
          <w:sz w:val="20"/>
          <w:szCs w:val="20"/>
          <w:rtl w:val="0"/>
        </w:rPr>
        <w:t xml:space="preserve">Xóa những lựa chọn không áp dụng, điền đầy đủ thông tin còn trống, hoàn thiện nội quy/phụ lục liên quan và xác nhận trước khi ký.</w:t>
      </w:r>
      <w:r w:rsidDel="00000000" w:rsidR="00000000" w:rsidRPr="00000000">
        <w:rPr>
          <w:rtl w:val="0"/>
        </w:rPr>
      </w:r>
    </w:p>
    <w:sectPr>
      <w:headerReference r:id="rId7" w:type="default"/>
      <w:footerReference r:id="rId8" w:type="default"/>
      <w:pgSz w:h="16838" w:w="11906" w:orient="portrait"/>
      <w:pgMar w:bottom="879" w:top="935" w:left="1332" w:right="1219" w:header="425"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1d2a37"/>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687077"/>
        <w:sz w:val="16"/>
        <w:szCs w:val="16"/>
        <w:u w:val="none"/>
        <w:shd w:fill="auto" w:val="clear"/>
        <w:vertAlign w:val="baseline"/>
        <w:rtl w:val="0"/>
      </w:rPr>
      <w:t xml:space="preserve">HĐLĐ bán thời gian  •  Trang </w:t>
    </w:r>
    <w:r w:rsidDel="00000000" w:rsidR="00000000" w:rsidRPr="00000000">
      <w:rPr>
        <w:rFonts w:ascii="Times New Roman" w:cs="Times New Roman" w:eastAsia="Times New Roman" w:hAnsi="Times New Roman"/>
        <w:b w:val="0"/>
        <w:bCs w:val="0"/>
        <w:i w:val="0"/>
        <w:iCs w:val="0"/>
        <w:smallCaps w:val="0"/>
        <w:strike w:val="0"/>
        <w:color w:val="1d2a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1d2a37"/>
        <w:sz w:val="21"/>
        <w:szCs w:val="2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687077"/>
        <w:sz w:val="16"/>
        <w:szCs w:val="16"/>
        <w:u w:val="none"/>
        <w:shd w:fill="auto" w:val="clear"/>
        <w:vertAlign w:val="baseline"/>
        <w:rtl w:val="0"/>
      </w:rPr>
      <w:t xml:space="preserve">MẪU THAM KHẢO  |  HỢP ĐỒNG LAO ĐỘNG BÁN THỜI GIAN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1d2a37"/>
        <w:sz w:val="21"/>
        <w:szCs w:val="21"/>
        <w:lang w:val="en"/>
      </w:rPr>
    </w:rPrDefault>
    <w:pPrDefault>
      <w:pPr>
        <w:spacing w:after="62" w:line="26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HDArticle" w:customStyle="1">
    <w:name w:val="HD Article"/>
    <w:basedOn w:val="Normal"/>
    <w:pPr>
      <w:keepNext w:val="1"/>
      <w:spacing w:after="80" w:before="160"/>
    </w:pPr>
    <w:rPr>
      <w:rFonts w:ascii="Times New Roman" w:hAnsi="Times New Roman"/>
      <w:b w:val="1"/>
      <w:color w:val="2a455b"/>
      <w:sz w:val="22"/>
    </w:rPr>
  </w:style>
  <w:style w:type="paragraph" w:styleId="HDSubtitle" w:customStyle="1">
    <w:name w:val="HD Subtitle"/>
    <w:basedOn w:val="Normal"/>
    <w:pPr>
      <w:keepNext w:val="1"/>
      <w:spacing w:after="60" w:before="100"/>
    </w:pPr>
    <w:rPr>
      <w:rFonts w:ascii="Times New Roman" w:hAnsi="Times New Roman"/>
      <w:b w:val="1"/>
      <w:color w:val="2a455b"/>
      <w:sz w:val="21"/>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MYwotxbPJDTRa6GVOAAwS1As4g==">CgMxLjA4AHIhMTdQMmxrNVF1VFFyNzFWM0dGVmlRUVFMcGFLUU95WG9D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Biểu mẫu tham khảo</dc:creator>
</cp:coreProperties>
</file>