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082"/>
        <w:gridCol w:w="5443"/>
      </w:tblGrid>
      <w:tr>
        <w:tc>
          <w:tcPr>
            <w:tcW w:type="dxa" w:w="4762"/>
            <w:vAlign w:val="center"/>
            <w:tcBorders>
              <w:top w:val="nil"/>
              <w:bottom w:val="nil"/>
              <w:left w:val="nil"/>
              <w:right w:val="nil"/>
              <w:insideH w:val="nil"/>
              <w:insideV w:val="nil"/>
            </w:tcBorders>
          </w:tcPr>
          <w:p>
            <w:pPr>
              <w:spacing w:after="0" w:before="0"/>
              <w:jc w:val="center"/>
            </w:pPr>
            <w:r/>
            <w:r>
              <w:rPr>
                <w:rFonts w:ascii="Times New Roman" w:hAnsi="Times New Roman" w:eastAsia="Times New Roman"/>
                <w:b/>
                <w:i w:val="0"/>
                <w:sz w:val="19"/>
              </w:rPr>
              <w:t>TÊN DOANH NGHIỆP: .................................</w:t>
            </w:r>
          </w:p>
          <w:p>
            <w:pPr>
              <w:jc w:val="center"/>
            </w:pPr>
            <w:r>
              <w:rPr>
                <w:rFonts w:ascii="Times New Roman" w:hAnsi="Times New Roman" w:eastAsia="Times New Roman"/>
                <w:b w:val="0"/>
                <w:i w:val="0"/>
                <w:sz w:val="19"/>
              </w:rPr>
              <w:t>Số: ........./PLHĐLĐ</w:t>
            </w:r>
          </w:p>
        </w:tc>
        <w:tc>
          <w:tcPr>
            <w:tcW w:type="dxa" w:w="4762"/>
            <w:vAlign w:val="center"/>
            <w:tcBorders>
              <w:top w:val="nil"/>
              <w:bottom w:val="nil"/>
              <w:left w:val="nil"/>
              <w:right w:val="nil"/>
              <w:insideH w:val="nil"/>
              <w:insideV w:val="nil"/>
            </w:tcBorders>
          </w:tcPr>
          <w:p>
            <w:pPr>
              <w:spacing w:after="0" w:before="0"/>
              <w:jc w:val="center"/>
            </w:pPr>
            <w:r/>
            <w:r>
              <w:rPr>
                <w:rFonts w:ascii="Times New Roman" w:hAnsi="Times New Roman" w:eastAsia="Times New Roman"/>
                <w:b/>
                <w:i w:val="0"/>
                <w:sz w:val="20"/>
              </w:rPr>
              <w:t>CỘNG HÒA XÃ HỘI CHỦ NGHĨA VIỆT NAM</w:t>
            </w:r>
          </w:p>
          <w:p>
            <w:pPr>
              <w:spacing w:after="0"/>
              <w:jc w:val="center"/>
            </w:pPr>
            <w:r>
              <w:rPr>
                <w:rFonts w:ascii="Times New Roman" w:hAnsi="Times New Roman" w:eastAsia="Times New Roman"/>
                <w:b/>
                <w:i w:val="0"/>
                <w:sz w:val="20"/>
              </w:rPr>
              <w:t>Độc lập - Tự do - Hạnh phúc</w:t>
            </w:r>
          </w:p>
        </w:tc>
      </w:tr>
    </w:tbl>
    <w:p>
      <w:pPr>
        <w:spacing w:after="40"/>
        <w:jc w:val="right"/>
        <w:suppressAutoHyphens/>
      </w:pPr>
      <w:r>
        <w:rPr>
          <w:rFonts w:ascii="Times New Roman" w:hAnsi="Times New Roman" w:eastAsia="Times New Roman"/>
          <w:b w:val="0"/>
          <w:i/>
          <w:sz w:val="20"/>
        </w:rPr>
        <w:t>.................., ngày ...... tháng ...... năm ........</w:t>
      </w:r>
    </w:p>
    <w:p>
      <w:pPr>
        <w:spacing w:before="60" w:after="20"/>
        <w:jc w:val="center"/>
        <w:suppressAutoHyphens/>
      </w:pPr>
      <w:r>
        <w:rPr>
          <w:rFonts w:ascii="Times New Roman" w:hAnsi="Times New Roman" w:eastAsia="Times New Roman"/>
          <w:b/>
          <w:i w:val="0"/>
          <w:sz w:val="28"/>
        </w:rPr>
        <w:t>PHỤ LỤC HỢP ĐỒNG LAO ĐỘNG</w:t>
      </w:r>
    </w:p>
    <w:p>
      <w:pPr>
        <w:spacing w:after="140"/>
        <w:jc w:val="center"/>
        <w:suppressAutoHyphens/>
      </w:pPr>
      <w:r>
        <w:rPr>
          <w:rFonts w:ascii="Times New Roman" w:hAnsi="Times New Roman" w:eastAsia="Times New Roman"/>
          <w:b w:val="0"/>
          <w:i/>
          <w:sz w:val="21"/>
        </w:rPr>
        <w:t>(V/v: Điều chỉnh, tăng mức lương)</w:t>
      </w:r>
    </w:p>
    <w:p>
      <w:pPr>
        <w:spacing w:before="0" w:after="20"/>
        <w:ind w:firstLine="198"/>
        <w:suppressAutoHyphens/>
      </w:pPr>
      <w:r>
        <w:rPr>
          <w:rFonts w:ascii="Times New Roman" w:hAnsi="Times New Roman" w:eastAsia="Times New Roman"/>
          <w:b w:val="0"/>
          <w:i w:val="0"/>
          <w:sz w:val="21"/>
        </w:rPr>
        <w:t>Căn cứ Bộ luật Lao động hiện hành và các quy định pháp luật có liên quan;</w:t>
      </w:r>
    </w:p>
    <w:p>
      <w:pPr>
        <w:spacing w:before="0" w:after="20"/>
        <w:ind w:firstLine="198"/>
        <w:suppressAutoHyphens/>
      </w:pPr>
      <w:r>
        <w:rPr>
          <w:rFonts w:ascii="Times New Roman" w:hAnsi="Times New Roman" w:eastAsia="Times New Roman"/>
          <w:b w:val="0"/>
          <w:i w:val="0"/>
          <w:sz w:val="21"/>
        </w:rPr>
        <w:t>Căn cứ Hợp đồng lao động số ............ ký ngày ...... / ...... / ........ giữa các bên;</w:t>
      </w:r>
    </w:p>
    <w:p>
      <w:pPr>
        <w:spacing w:before="0" w:after="100"/>
        <w:ind w:firstLine="198"/>
        <w:suppressAutoHyphens/>
      </w:pPr>
      <w:r>
        <w:rPr>
          <w:rFonts w:ascii="Times New Roman" w:hAnsi="Times New Roman" w:eastAsia="Times New Roman"/>
          <w:b w:val="0"/>
          <w:i w:val="0"/>
          <w:sz w:val="21"/>
        </w:rPr>
        <w:t>Căn cứ thỏa thuận của người sử dụng lao động và người lao động.</w:t>
      </w:r>
    </w:p>
    <w:p>
      <w:pPr>
        <w:spacing w:before="0" w:after="80"/>
        <w:suppressAutoHyphens/>
      </w:pPr>
      <w:r>
        <w:rPr>
          <w:rFonts w:ascii="Times New Roman" w:hAnsi="Times New Roman" w:eastAsia="Times New Roman"/>
          <w:b w:val="0"/>
          <w:i w:val="0"/>
          <w:sz w:val="21"/>
        </w:rPr>
        <w:t>Hôm nay, ngày ...... tháng ...... năm ........, tại ......................................................, chúng tôi gồm:</w:t>
      </w:r>
    </w:p>
    <w:p>
      <w:pPr>
        <w:spacing w:before="0" w:after="40"/>
        <w:suppressAutoHyphens/>
      </w:pPr>
      <w:r>
        <w:rPr>
          <w:rFonts w:ascii="Times New Roman" w:hAnsi="Times New Roman" w:eastAsia="Times New Roman"/>
          <w:b/>
          <w:i w:val="0"/>
          <w:sz w:val="21"/>
        </w:rPr>
        <w:t>BÊN A - NGƯỜI SỬ DỤNG LAO ĐỘNG</w:t>
      </w:r>
      <w:r>
        <w:rPr>
          <w:rFonts w:ascii="Times New Roman" w:hAnsi="Times New Roman" w:eastAsia="Times New Roman"/>
          <w:b w:val="0"/>
          <w:i w:val="0"/>
          <w:sz w:val="21"/>
        </w:rPr>
      </w:r>
    </w:p>
    <w:p>
      <w:pPr>
        <w:spacing w:before="0" w:after="40"/>
        <w:suppressAutoHyphens/>
      </w:pPr>
      <w:r>
        <w:rPr>
          <w:rFonts w:ascii="Times New Roman" w:hAnsi="Times New Roman" w:eastAsia="Times New Roman"/>
          <w:b/>
          <w:i w:val="0"/>
          <w:sz w:val="21"/>
        </w:rPr>
        <w:t xml:space="preserve">Tên doanh nghiệp: </w:t>
      </w:r>
      <w:r>
        <w:rPr>
          <w:rFonts w:ascii="Times New Roman" w:hAnsi="Times New Roman" w:eastAsia="Times New Roman"/>
          <w:b w:val="0"/>
          <w:i w:val="0"/>
          <w:sz w:val="21"/>
        </w:rPr>
        <w:t>............................................................................................................</w:t>
      </w:r>
    </w:p>
    <w:p>
      <w:pPr>
        <w:spacing w:before="0" w:after="40"/>
        <w:suppressAutoHyphens/>
      </w:pPr>
      <w:r>
        <w:rPr>
          <w:rFonts w:ascii="Times New Roman" w:hAnsi="Times New Roman" w:eastAsia="Times New Roman"/>
          <w:b/>
          <w:i w:val="0"/>
          <w:sz w:val="21"/>
        </w:rPr>
        <w:t xml:space="preserve">Địa chỉ trụ sở: </w:t>
      </w:r>
      <w:r>
        <w:rPr>
          <w:rFonts w:ascii="Times New Roman" w:hAnsi="Times New Roman" w:eastAsia="Times New Roman"/>
          <w:b w:val="0"/>
          <w:i w:val="0"/>
          <w:sz w:val="21"/>
        </w:rPr>
        <w:t>................................................................................................................</w:t>
      </w:r>
    </w:p>
    <w:p>
      <w:pPr>
        <w:spacing w:before="0" w:after="40"/>
        <w:suppressAutoHyphens/>
      </w:pPr>
      <w:r>
        <w:rPr>
          <w:rFonts w:ascii="Times New Roman" w:hAnsi="Times New Roman" w:eastAsia="Times New Roman"/>
          <w:b/>
          <w:i w:val="0"/>
          <w:sz w:val="21"/>
        </w:rPr>
        <w:t xml:space="preserve">Mã số thuế: </w:t>
      </w:r>
      <w:r>
        <w:rPr>
          <w:rFonts w:ascii="Times New Roman" w:hAnsi="Times New Roman" w:eastAsia="Times New Roman"/>
          <w:b w:val="0"/>
          <w:i w:val="0"/>
          <w:sz w:val="21"/>
        </w:rPr>
        <w:t>....................................   Điện thoại: .........................................................</w:t>
      </w:r>
    </w:p>
    <w:p>
      <w:pPr>
        <w:spacing w:before="0" w:after="80"/>
        <w:suppressAutoHyphens/>
      </w:pPr>
      <w:r>
        <w:rPr>
          <w:rFonts w:ascii="Times New Roman" w:hAnsi="Times New Roman" w:eastAsia="Times New Roman"/>
          <w:b/>
          <w:i w:val="0"/>
          <w:sz w:val="21"/>
        </w:rPr>
        <w:t xml:space="preserve">Người đại diện: </w:t>
      </w:r>
      <w:r>
        <w:rPr>
          <w:rFonts w:ascii="Times New Roman" w:hAnsi="Times New Roman" w:eastAsia="Times New Roman"/>
          <w:b w:val="0"/>
          <w:i w:val="0"/>
          <w:sz w:val="21"/>
        </w:rPr>
        <w:t>..............................................   Chức vụ: ...............................................</w:t>
      </w:r>
    </w:p>
    <w:p>
      <w:pPr>
        <w:spacing w:before="0" w:after="40"/>
        <w:suppressAutoHyphens/>
      </w:pPr>
      <w:r>
        <w:rPr>
          <w:rFonts w:ascii="Times New Roman" w:hAnsi="Times New Roman" w:eastAsia="Times New Roman"/>
          <w:b/>
          <w:i w:val="0"/>
          <w:sz w:val="21"/>
        </w:rPr>
        <w:t>BÊN B - NGƯỜI LAO ĐỘNG</w:t>
      </w:r>
      <w:r>
        <w:rPr>
          <w:rFonts w:ascii="Times New Roman" w:hAnsi="Times New Roman" w:eastAsia="Times New Roman"/>
          <w:b w:val="0"/>
          <w:i w:val="0"/>
          <w:sz w:val="21"/>
        </w:rPr>
      </w:r>
    </w:p>
    <w:p>
      <w:pPr>
        <w:spacing w:before="0" w:after="40"/>
        <w:suppressAutoHyphens/>
      </w:pPr>
      <w:r>
        <w:rPr>
          <w:rFonts w:ascii="Times New Roman" w:hAnsi="Times New Roman" w:eastAsia="Times New Roman"/>
          <w:b/>
          <w:i w:val="0"/>
          <w:sz w:val="21"/>
        </w:rPr>
        <w:t xml:space="preserve">Họ và tên: </w:t>
      </w:r>
      <w:r>
        <w:rPr>
          <w:rFonts w:ascii="Times New Roman" w:hAnsi="Times New Roman" w:eastAsia="Times New Roman"/>
          <w:b w:val="0"/>
          <w:i w:val="0"/>
          <w:sz w:val="21"/>
        </w:rPr>
        <w:t>.....................................................   Ngày sinh: ...... / ...... / ........</w:t>
      </w:r>
    </w:p>
    <w:p>
      <w:pPr>
        <w:spacing w:before="0" w:after="40"/>
        <w:suppressAutoHyphens/>
      </w:pPr>
      <w:r>
        <w:rPr>
          <w:rFonts w:ascii="Times New Roman" w:hAnsi="Times New Roman" w:eastAsia="Times New Roman"/>
          <w:b/>
          <w:i w:val="0"/>
          <w:sz w:val="21"/>
        </w:rPr>
        <w:t xml:space="preserve">Số CCCD/ĐD cá nhân: </w:t>
      </w:r>
      <w:r>
        <w:rPr>
          <w:rFonts w:ascii="Times New Roman" w:hAnsi="Times New Roman" w:eastAsia="Times New Roman"/>
          <w:b w:val="0"/>
          <w:i w:val="0"/>
          <w:sz w:val="21"/>
        </w:rPr>
        <w:t>....................................................   Ngày cấp: ...... / ...... / ........</w:t>
      </w:r>
    </w:p>
    <w:p>
      <w:pPr>
        <w:spacing w:before="0" w:after="40"/>
        <w:suppressAutoHyphens/>
      </w:pPr>
      <w:r>
        <w:rPr>
          <w:rFonts w:ascii="Times New Roman" w:hAnsi="Times New Roman" w:eastAsia="Times New Roman"/>
          <w:b/>
          <w:i w:val="0"/>
          <w:sz w:val="21"/>
        </w:rPr>
        <w:t xml:space="preserve">Địa chỉ liên hệ: </w:t>
      </w:r>
      <w:r>
        <w:rPr>
          <w:rFonts w:ascii="Times New Roman" w:hAnsi="Times New Roman" w:eastAsia="Times New Roman"/>
          <w:b w:val="0"/>
          <w:i w:val="0"/>
          <w:sz w:val="21"/>
        </w:rPr>
        <w:t>..............................................................................................................</w:t>
      </w:r>
    </w:p>
    <w:p>
      <w:pPr>
        <w:spacing w:before="0" w:after="100"/>
        <w:suppressAutoHyphens/>
      </w:pPr>
      <w:r>
        <w:rPr>
          <w:rFonts w:ascii="Times New Roman" w:hAnsi="Times New Roman" w:eastAsia="Times New Roman"/>
          <w:b/>
          <w:i w:val="0"/>
          <w:sz w:val="21"/>
        </w:rPr>
        <w:t xml:space="preserve">Chức danh/công việc: </w:t>
      </w:r>
      <w:r>
        <w:rPr>
          <w:rFonts w:ascii="Times New Roman" w:hAnsi="Times New Roman" w:eastAsia="Times New Roman"/>
          <w:b w:val="0"/>
          <w:i w:val="0"/>
          <w:sz w:val="21"/>
        </w:rPr>
        <w:t>.....................................................................................................</w:t>
      </w:r>
    </w:p>
    <w:p>
      <w:pPr>
        <w:spacing w:before="0" w:after="100"/>
        <w:suppressAutoHyphens/>
      </w:pPr>
      <w:r>
        <w:rPr>
          <w:rFonts w:ascii="Times New Roman" w:hAnsi="Times New Roman" w:eastAsia="Times New Roman"/>
          <w:b w:val="0"/>
          <w:i w:val="0"/>
          <w:sz w:val="21"/>
        </w:rPr>
        <w:t>Hai bên thống nhất ký phụ lục sửa đổi nội dung tiền lương của Hợp đồng lao động đã giao kết như sau:</w:t>
      </w:r>
    </w:p>
    <w:p>
      <w:pPr>
        <w:spacing w:before="80" w:after="60"/>
        <w:suppressAutoHyphens/>
      </w:pPr>
      <w:r>
        <w:rPr>
          <w:rFonts w:ascii="Times New Roman" w:hAnsi="Times New Roman" w:eastAsia="Times New Roman"/>
          <w:b/>
          <w:i w:val="0"/>
          <w:sz w:val="21"/>
        </w:rPr>
        <w:t>Điều 1. Nội dung điều chỉnh tiền lương</w:t>
      </w:r>
    </w:p>
    <w:p>
      <w:pPr>
        <w:spacing w:before="0" w:after="80"/>
        <w:suppressAutoHyphens/>
      </w:pPr>
      <w:r>
        <w:rPr>
          <w:rFonts w:ascii="Times New Roman" w:hAnsi="Times New Roman" w:eastAsia="Times New Roman"/>
          <w:b w:val="0"/>
          <w:i w:val="0"/>
          <w:sz w:val="21"/>
        </w:rPr>
        <w:t>Sửa đổi nội dung tại Điều ........, Khoản ........ của Hợp đồng lao động số ................. liên quan đến mức lương theo công việc/chức danh:</w:t>
      </w:r>
    </w:p>
    <w:tbl>
      <w:tblPr>
        <w:tblStyle w:val="TableGrid"/>
        <w:tblW w:type="auto" w:w="0"/>
        <w:tblLayout w:type="fixed"/>
        <w:tblLook w:firstColumn="1" w:firstRow="1" w:lastColumn="0" w:lastRow="0" w:noHBand="0" w:noVBand="1" w:val="04A0"/>
      </w:tblPr>
      <w:tblGrid>
        <w:gridCol w:w="4762"/>
        <w:gridCol w:w="4762"/>
      </w:tblGrid>
      <w:tr>
        <w:tc>
          <w:tcPr>
            <w:tcW w:type="dxa" w:w="4762"/>
            <w:vAlign w:val="center"/>
            <w:shd w:fill="F0F1F3"/>
          </w:tcPr>
          <w:p>
            <w:pPr>
              <w:spacing w:after="0" w:before="0"/>
            </w:pPr>
            <w:r/>
            <w:r>
              <w:rPr>
                <w:rFonts w:ascii="Times New Roman" w:hAnsi="Times New Roman" w:eastAsia="Times New Roman"/>
                <w:b/>
                <w:i w:val="0"/>
                <w:sz w:val="20"/>
              </w:rPr>
              <w:t>Nội dung</w:t>
            </w:r>
          </w:p>
        </w:tc>
        <w:tc>
          <w:tcPr>
            <w:tcW w:type="dxa" w:w="4762"/>
            <w:vAlign w:val="center"/>
            <w:shd w:fill="F0F1F3"/>
          </w:tcPr>
          <w:p>
            <w:pPr>
              <w:spacing w:after="0" w:before="0"/>
            </w:pPr>
            <w:r/>
            <w:r>
              <w:rPr>
                <w:rFonts w:ascii="Times New Roman" w:hAnsi="Times New Roman" w:eastAsia="Times New Roman"/>
                <w:b/>
                <w:i w:val="0"/>
                <w:sz w:val="20"/>
              </w:rPr>
              <w:t>Mức lương thỏa thuận</w:t>
            </w:r>
          </w:p>
        </w:tc>
      </w:tr>
      <w:tr>
        <w:tc>
          <w:tcPr>
            <w:tcW w:type="dxa" w:w="4762"/>
            <w:vAlign w:val="center"/>
          </w:tcPr>
          <w:p>
            <w:pPr>
              <w:spacing w:after="0" w:before="0"/>
            </w:pPr>
            <w:r/>
            <w:r>
              <w:rPr>
                <w:rFonts w:ascii="Times New Roman" w:hAnsi="Times New Roman" w:eastAsia="Times New Roman"/>
                <w:b w:val="0"/>
                <w:i w:val="0"/>
                <w:sz w:val="20"/>
              </w:rPr>
              <w:t>Mức lương trước điều chỉnh</w:t>
            </w:r>
          </w:p>
        </w:tc>
        <w:tc>
          <w:tcPr>
            <w:tcW w:type="dxa" w:w="4762"/>
            <w:vAlign w:val="center"/>
          </w:tcPr>
          <w:p>
            <w:pPr>
              <w:spacing w:after="0" w:before="0"/>
            </w:pPr>
            <w:r/>
            <w:r>
              <w:rPr>
                <w:rFonts w:ascii="Times New Roman" w:hAnsi="Times New Roman" w:eastAsia="Times New Roman"/>
                <w:b w:val="0"/>
                <w:i w:val="0"/>
                <w:sz w:val="20"/>
              </w:rPr>
              <w:t>........................................ đồng/tháng</w:t>
            </w:r>
          </w:p>
        </w:tc>
      </w:tr>
      <w:tr>
        <w:tc>
          <w:tcPr>
            <w:tcW w:type="dxa" w:w="4762"/>
            <w:vAlign w:val="center"/>
          </w:tcPr>
          <w:p>
            <w:pPr>
              <w:spacing w:after="0" w:before="0"/>
            </w:pPr>
            <w:r/>
            <w:r>
              <w:rPr>
                <w:rFonts w:ascii="Times New Roman" w:hAnsi="Times New Roman" w:eastAsia="Times New Roman"/>
                <w:b w:val="0"/>
                <w:i w:val="0"/>
                <w:sz w:val="20"/>
              </w:rPr>
              <w:t>Mức lương sau điều chỉnh</w:t>
            </w:r>
          </w:p>
        </w:tc>
        <w:tc>
          <w:tcPr>
            <w:tcW w:type="dxa" w:w="4762"/>
            <w:vAlign w:val="center"/>
          </w:tcPr>
          <w:p>
            <w:pPr>
              <w:spacing w:after="0" w:before="0"/>
            </w:pPr>
            <w:r/>
            <w:r>
              <w:rPr>
                <w:rFonts w:ascii="Times New Roman" w:hAnsi="Times New Roman" w:eastAsia="Times New Roman"/>
                <w:b w:val="0"/>
                <w:i w:val="0"/>
                <w:sz w:val="20"/>
              </w:rPr>
              <w:t>........................................ đồng/tháng</w:t>
            </w:r>
          </w:p>
        </w:tc>
      </w:tr>
    </w:tbl>
    <w:p>
      <w:pPr>
        <w:spacing w:before="80" w:after="60"/>
        <w:suppressAutoHyphens/>
      </w:pPr>
      <w:r>
        <w:rPr>
          <w:rFonts w:ascii="Times New Roman" w:hAnsi="Times New Roman" w:eastAsia="Times New Roman"/>
          <w:b/>
          <w:i w:val="0"/>
          <w:sz w:val="21"/>
        </w:rPr>
        <w:t xml:space="preserve">Bằng chữ (mức lương mới): </w:t>
      </w:r>
      <w:r>
        <w:rPr>
          <w:rFonts w:ascii="Times New Roman" w:hAnsi="Times New Roman" w:eastAsia="Times New Roman"/>
          <w:b w:val="0"/>
          <w:i w:val="0"/>
          <w:sz w:val="21"/>
        </w:rPr>
        <w:t>..........................................................................................................</w:t>
      </w:r>
    </w:p>
    <w:p>
      <w:pPr>
        <w:spacing w:before="0" w:after="40"/>
        <w:suppressAutoHyphens/>
      </w:pPr>
      <w:r>
        <w:rPr>
          <w:rFonts w:ascii="Times New Roman" w:hAnsi="Times New Roman" w:eastAsia="Times New Roman"/>
          <w:b/>
          <w:i w:val="0"/>
          <w:sz w:val="21"/>
        </w:rPr>
        <w:t xml:space="preserve">Phụ cấp lương, khoản bổ sung khác (nếu có thay đổi): </w:t>
      </w:r>
      <w:r>
        <w:rPr>
          <w:rFonts w:ascii="Times New Roman" w:hAnsi="Times New Roman" w:eastAsia="Times New Roman"/>
          <w:b w:val="0"/>
          <w:i w:val="0"/>
          <w:sz w:val="21"/>
        </w:rPr>
        <w:t>.......................................................</w:t>
      </w:r>
    </w:p>
    <w:p>
      <w:pPr>
        <w:spacing w:before="0" w:after="60"/>
        <w:suppressAutoHyphens/>
      </w:pPr>
      <w:r>
        <w:rPr>
          <w:rFonts w:ascii="Times New Roman" w:hAnsi="Times New Roman" w:eastAsia="Times New Roman"/>
          <w:b w:val="0"/>
          <w:i w:val="0"/>
          <w:sz w:val="21"/>
        </w:rPr>
        <w:t>...........................................................................................................................................</w:t>
      </w:r>
    </w:p>
    <w:p>
      <w:pPr>
        <w:spacing w:before="80" w:after="60"/>
        <w:suppressAutoHyphens/>
      </w:pPr>
      <w:r>
        <w:rPr>
          <w:rFonts w:ascii="Times New Roman" w:hAnsi="Times New Roman" w:eastAsia="Times New Roman"/>
          <w:b/>
          <w:i w:val="0"/>
          <w:sz w:val="21"/>
        </w:rPr>
        <w:t>Điều 2. Thời điểm áp dụng và phương thức chi trả</w:t>
      </w:r>
    </w:p>
    <w:p>
      <w:pPr>
        <w:spacing w:before="0" w:after="40"/>
        <w:suppressAutoHyphens/>
      </w:pPr>
      <w:r>
        <w:rPr>
          <w:rFonts w:ascii="Times New Roman" w:hAnsi="Times New Roman" w:eastAsia="Times New Roman"/>
          <w:b/>
          <w:i w:val="0"/>
          <w:sz w:val="21"/>
        </w:rPr>
        <w:t xml:space="preserve">Thời điểm áp dụng mức lương mới: </w:t>
      </w:r>
      <w:r>
        <w:rPr>
          <w:rFonts w:ascii="Times New Roman" w:hAnsi="Times New Roman" w:eastAsia="Times New Roman"/>
          <w:b w:val="0"/>
          <w:i w:val="0"/>
          <w:sz w:val="21"/>
        </w:rPr>
        <w:t>Kể từ ngày ...... / ...... / ........</w:t>
      </w:r>
    </w:p>
    <w:p>
      <w:pPr>
        <w:spacing w:before="0" w:after="40"/>
        <w:suppressAutoHyphens/>
      </w:pPr>
      <w:r>
        <w:rPr>
          <w:rFonts w:ascii="Times New Roman" w:hAnsi="Times New Roman" w:eastAsia="Times New Roman"/>
          <w:b/>
          <w:i w:val="0"/>
          <w:sz w:val="21"/>
        </w:rPr>
        <w:t xml:space="preserve">Hình thức trả lương: </w:t>
      </w:r>
      <w:r>
        <w:rPr>
          <w:rFonts w:ascii="Times New Roman" w:hAnsi="Times New Roman" w:eastAsia="Times New Roman"/>
          <w:b w:val="0"/>
          <w:i w:val="0"/>
          <w:sz w:val="21"/>
        </w:rPr>
        <w:t xml:space="preserve">....................................   </w:t>
      </w:r>
      <w:r>
        <w:rPr>
          <w:rFonts w:ascii="Times New Roman" w:hAnsi="Times New Roman" w:eastAsia="Times New Roman"/>
          <w:b/>
          <w:i w:val="0"/>
          <w:sz w:val="21"/>
        </w:rPr>
        <w:t xml:space="preserve">Kỳ hạn trả lương: </w:t>
      </w:r>
      <w:r>
        <w:rPr>
          <w:rFonts w:ascii="Times New Roman" w:hAnsi="Times New Roman" w:eastAsia="Times New Roman"/>
          <w:b w:val="0"/>
          <w:i w:val="0"/>
          <w:sz w:val="21"/>
        </w:rPr>
        <w:t>...................................</w:t>
      </w:r>
    </w:p>
    <w:p>
      <w:pPr>
        <w:spacing w:before="0" w:after="60"/>
        <w:suppressAutoHyphens/>
      </w:pPr>
      <w:r>
        <w:rPr>
          <w:rFonts w:ascii="Times New Roman" w:hAnsi="Times New Roman" w:eastAsia="Times New Roman"/>
          <w:b w:val="0"/>
          <w:i w:val="0"/>
          <w:sz w:val="21"/>
        </w:rPr>
        <w:t>Các khoản tiền lương được thực hiện theo quy định pháp luật và thỏa thuận của hai bên trong Hợp đồng lao động, trừ nội dung được điều chỉnh tại phụ lục này.</w:t>
      </w:r>
    </w:p>
    <w:p>
      <w:pPr>
        <w:spacing w:before="80" w:after="60"/>
        <w:suppressAutoHyphens/>
      </w:pPr>
      <w:r>
        <w:rPr>
          <w:rFonts w:ascii="Times New Roman" w:hAnsi="Times New Roman" w:eastAsia="Times New Roman"/>
          <w:b/>
          <w:i w:val="0"/>
          <w:sz w:val="21"/>
        </w:rPr>
        <w:t>Điều 3. Điều khoản chung</w:t>
      </w:r>
    </w:p>
    <w:p>
      <w:pPr>
        <w:spacing w:before="0" w:after="40"/>
        <w:suppressAutoHyphens/>
      </w:pPr>
      <w:r>
        <w:rPr>
          <w:rFonts w:ascii="Times New Roman" w:hAnsi="Times New Roman" w:eastAsia="Times New Roman"/>
          <w:b w:val="0"/>
          <w:i w:val="0"/>
          <w:sz w:val="21"/>
        </w:rPr>
        <w:t>1. Các nội dung khác của Hợp đồng lao động không được sửa đổi tại phụ lục này tiếp tục giữ nguyên hiệu lực. Phụ lục không làm thay đổi thời hạn Hợp đồng lao động.</w:t>
      </w:r>
    </w:p>
    <w:p>
      <w:pPr>
        <w:spacing w:before="0" w:after="80"/>
        <w:suppressAutoHyphens/>
      </w:pPr>
      <w:r>
        <w:rPr>
          <w:rFonts w:ascii="Times New Roman" w:hAnsi="Times New Roman" w:eastAsia="Times New Roman"/>
          <w:b w:val="0"/>
          <w:i w:val="0"/>
          <w:sz w:val="21"/>
        </w:rPr>
        <w:t>2. Phụ lục là bộ phận không tách rời của Hợp đồng lao động, có hiệu lực kể từ ngày ...... / ...... / ........ và được lập thành 02 bản có giá trị pháp lý như nhau, mỗi bên giữ 01 bản.</w:t>
      </w:r>
    </w:p>
    <w:tbl>
      <w:tblPr>
        <w:tblW w:type="auto" w:w="0"/>
        <w:tblLayout w:type="fixed"/>
        <w:tblLook w:firstColumn="1" w:firstRow="1" w:lastColumn="0" w:lastRow="0" w:noHBand="0" w:noVBand="1" w:val="04A0"/>
      </w:tblPr>
      <w:tblGrid>
        <w:gridCol w:w="4762"/>
        <w:gridCol w:w="4762"/>
      </w:tblGrid>
      <w:tr>
        <w:tc>
          <w:tcPr>
            <w:tcW w:type="dxa" w:w="4762"/>
            <w:vAlign w:val="center"/>
            <w:tcBorders>
              <w:top w:val="nil"/>
              <w:bottom w:val="nil"/>
              <w:left w:val="nil"/>
              <w:right w:val="nil"/>
              <w:insideH w:val="nil"/>
              <w:insideV w:val="nil"/>
            </w:tcBorders>
          </w:tcPr>
          <w:p>
            <w:pPr>
              <w:spacing w:after="0" w:before="0"/>
              <w:jc w:val="center"/>
            </w:pPr>
            <w:r/>
            <w:r>
              <w:rPr>
                <w:rFonts w:ascii="Times New Roman" w:hAnsi="Times New Roman" w:eastAsia="Times New Roman"/>
                <w:b/>
                <w:i w:val="0"/>
                <w:sz w:val="20"/>
              </w:rPr>
              <w:t>ĐẠI DIỆN BÊN A</w:t>
            </w:r>
          </w:p>
          <w:p>
            <w:pPr>
              <w:spacing w:after="700"/>
              <w:jc w:val="center"/>
            </w:pPr>
            <w:r>
              <w:rPr>
                <w:rFonts w:ascii="Times New Roman" w:hAnsi="Times New Roman" w:eastAsia="Times New Roman"/>
                <w:b w:val="0"/>
                <w:i/>
                <w:sz w:val="18"/>
              </w:rPr>
              <w:t>(Ký, ghi rõ họ tên và đóng dấu nếu có)</w:t>
            </w:r>
          </w:p>
        </w:tc>
        <w:tc>
          <w:tcPr>
            <w:tcW w:type="dxa" w:w="4762"/>
            <w:vAlign w:val="center"/>
            <w:tcBorders>
              <w:top w:val="nil"/>
              <w:bottom w:val="nil"/>
              <w:left w:val="nil"/>
              <w:right w:val="nil"/>
              <w:insideH w:val="nil"/>
              <w:insideV w:val="nil"/>
            </w:tcBorders>
          </w:tcPr>
          <w:p>
            <w:pPr>
              <w:spacing w:after="0" w:before="0"/>
              <w:jc w:val="center"/>
            </w:pPr>
            <w:r/>
            <w:r>
              <w:rPr>
                <w:rFonts w:ascii="Times New Roman" w:hAnsi="Times New Roman" w:eastAsia="Times New Roman"/>
                <w:b/>
                <w:i w:val="0"/>
                <w:sz w:val="20"/>
              </w:rPr>
              <w:t>NGƯỜI LAO ĐỘNG (BÊN B)</w:t>
            </w:r>
          </w:p>
          <w:p>
            <w:pPr>
              <w:spacing w:after="700"/>
              <w:jc w:val="center"/>
            </w:pPr>
            <w:r>
              <w:rPr>
                <w:rFonts w:ascii="Times New Roman" w:hAnsi="Times New Roman" w:eastAsia="Times New Roman"/>
                <w:b w:val="0"/>
                <w:i/>
                <w:sz w:val="18"/>
              </w:rPr>
              <w:t>(Ký, ghi rõ họ tên)</w:t>
            </w:r>
          </w:p>
        </w:tc>
      </w:tr>
    </w:tbl>
    <w:sectPr w:rsidR="00FC693F" w:rsidRPr="0006063C" w:rsidSect="00034616">
      <w:pgSz w:w="11906" w:h="16838"/>
      <w:pgMar w:top="879" w:right="1134" w:bottom="839" w:left="1247"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4" w:lineRule="auto" w:after="60"/>
    </w:pPr>
    <w:rPr>
      <w:rFonts w:ascii="Times New Roman" w:hAnsi="Times New Roman"/>
      <w:color w:val="1C20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phụ lục hợp đồng tăng lương</dc:title>
  <dc:subject>Phụ lục hợp đồng lao động điều chỉnh mức lương</dc:subject>
  <dc:creator>Biểu mẫu tham khảo</dc:creator>
  <cp:keywords/>
  <dc:description>generated by python-docx</dc:description>
  <cp:lastModifiedBy/>
  <cp:revision>1</cp:revision>
  <dcterms:created xsi:type="dcterms:W3CDTF">2013-12-23T23:15:00Z</dcterms:created>
  <dcterms:modified xsi:type="dcterms:W3CDTF">2013-12-23T23:15:00Z</dcterms:modified>
  <cp:category/>
</cp:coreProperties>
</file>